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Kay Danielpa Qelqan — Pachak Qanchis Chunka Suqtañiqin</w:t>
      </w:r>
    </w:p>
    <w:p>
      <w:pPr>
        <w:pStyle w:val="ArticleSubtitle"/>
        <w:jc w:val="left"/>
      </w:pPr>
      <w:r>
        <w:rPr>
          <w:rFonts w:ascii="Arial" w:hAnsi="Arial" w:eastAsia="Arial" w:cs="Arial"/>
        </w:rPr>
        <w:t>Revelación Divina y la Qhipa Rikch’ariy: Danielpa Musquyninmanta Yachayninkuna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2024-04-06</w:t>
      </w:r>
    </w:p>
    <w:p>
      <w:pPr>
        <w:pStyle w:val="ArticleBody"/>
        <w:jc w:val="left"/>
      </w:pPr>
      <w:r>
        <w:rPr>
          <w:rFonts w:ascii="Times New Roman" w:hAnsi="Times New Roman" w:eastAsia="Times New Roman" w:cs="Times New Roman"/>
        </w:rPr>
        <w:t>Danielpa chunka kaq chunka capítulonpi, Gabrielqa Danielpa libronpa hunt’asqa qhawayninta Diospa qhepa p’unchaykunapi llaqtanman qhawaykachispa ruwasqan llamk’ayta hunt’achkan. Danielqa Diospa qhepa p’unchaykunapi llaqtanta sut’inchan, paykunaqa Apocalipsis libropi pachak tawa chunka tawa waranqa kanku. Chay hinaqa, pachak tawa chunka tawa waranqaqa rikch’arinaku, cheqaqchaspa paykuna t’aqisqa kasqankuta, imaynachus Daniel sut’inchasqa kashan chunka isqon capítulopi. Hinallataq rikch’arinaku hatun pruebay, mayninwan wiñay kawsayninkupa destino nisqan kamachisqa kan, chayqa bestiapa imagen prueban kasqanta, mayqencha sellasqa kanku manaraq, hinaspa gracia pacha wichq’akun manaraq Estados Unidospi domingo kamachiypi. Paykunaqa llakikuchkanku chay qhechuywan, mayqan paykunata taripasqa julio 18, 2020 p’unchaypi, hinaspa chay kasqankupi, Cristota Santísimo Lugarninpi qhawarinankupaq qhawayta chaskinku, imaynachus Isaías sut’inchasqa kashan chunka soqta capítulopi.</w:t>
      </w:r>
    </w:p>
    <w:p>
      <w:pPr>
        <w:pStyle w:val="ArticleBody"/>
        <w:jc w:val="left"/>
      </w:pPr>
      <w:r>
        <w:rPr>
          <w:rFonts w:ascii="Times New Roman" w:hAnsi="Times New Roman" w:eastAsia="Times New Roman" w:cs="Times New Roman"/>
        </w:rPr>
        <w:t>Chay rikch’ay, imayna Danielwan Isaiaswan rikuchisqan hina, paykunata saqin paykunaq waqlliychasqa kasqankuta Hatun Yupayniyuqpa ñawpaqenpi rikunankupaq, hinaspan iskayninkupas allp’akama pisi kayman uraykuchisqa kanku. Chaymanta Isaias uyarin tapuyta, pitas Dios kachamunman llaqtanman nisqanta, hinaspan Isaias sapallanmi ñawiriykun, ichaqa ñawpaqtaqa pichasqa kan.</w:t>
      </w:r>
    </w:p>
    <w:p>
      <w:pPr>
        <w:pStyle w:val="ArticleScripture"/>
        <w:jc w:val="left"/>
      </w:pPr>
      <w:r>
        <w:rPr>
          <w:rFonts w:ascii="Times New Roman" w:hAnsi="Times New Roman" w:eastAsia="Times New Roman" w:cs="Times New Roman"/>
        </w:rPr>
        <w:t>Chaymi nirqani: ¡Ay, ñoqamanta! chinkasqan ñoqa kani; qhelli simiyuq runa kasqayrayku, qhelli simiyuq runakuna chawpipi tiyasaq rayku ima; ñawiykunaqa qhawanñam Reyta, tukuy atiyniyuq Señor-ta. Chaymantataq serafinkunamanta huknin phawamurqa ñoqaman, makinpi kawsay nina rumiwan, altar-manta tenazwan hap’isqanta apamuspantaq. Hinaptinmi simiyman churaykurqa, nispa: Qhawariy, kayqa simiykikunata tupasqanñam; huchaykiqa qichusqanñam, huchaykitaq pichasqanñam. Chaymantapas uyariqani Señorpa rimariyninta, nispa: ¿Pitataq kachasaq, pitaq ñoqaykupa rinqa? Hinaptinmi nirqani: Kaypi kani ñoqa; kachaway. Isaías 6:5–8.</w:t>
      </w:r>
    </w:p>
    <w:p>
      <w:pPr>
        <w:pStyle w:val="ArticleBody"/>
        <w:jc w:val="left"/>
      </w:pPr>
      <w:r>
        <w:rPr>
          <w:rFonts w:ascii="Times New Roman" w:hAnsi="Times New Roman" w:eastAsia="Times New Roman" w:cs="Times New Roman"/>
        </w:rPr>
        <w:t>Isaiasta altar-manta hap’iq nina rumiwan q’umichisqa karqa, Danieltaq qhawana qespillu rikuchikuq musquywan q’umichisqa karqa; chay rikuchikuq musquyqa qhawakuqta ima rikuchisqanman tukuchin. Isaiastaq niykusqa karqa willakuyta apananpaq huk runakunaman, paykuna uyarispapas mana uyariqkuna, qhawaspapas mana qhawaqkuna kashaqtin.</w:t>
      </w:r>
    </w:p>
    <w:p>
      <w:pPr>
        <w:pStyle w:val="ArticleScripture"/>
        <w:jc w:val="left"/>
      </w:pPr>
      <w:r>
        <w:rPr>
          <w:rFonts w:ascii="Times New Roman" w:hAnsi="Times New Roman" w:eastAsia="Times New Roman" w:cs="Times New Roman"/>
        </w:rPr>
        <w:t>Paymi nirqan: “Riy, kay llaqtataq rimapay: Uyariychik cheqaqtapuni, ichaqa ama entiendenkichikchu; qhawariychik cheqaqtapuni, ichaqa ama reparankichikchu. Kay llaqtapa sonqonta wirayachiy, rinrintataq llasaqyachiy, ñawinkunatataq wichq'ay; ama ñawinkuwan qhawanankupaq, ama rinrinkunawan uyarinankupaq, ama sonqonkuwan entiendenankupaq, kutirikunankupaq, hinaspa hampisqa kanankupaq.” Isaías 6:9, 10.</w:t>
      </w:r>
    </w:p>
    <w:p>
      <w:pPr>
        <w:pStyle w:val="ArticleBody"/>
        <w:jc w:val="left"/>
      </w:pPr>
      <w:r>
        <w:rPr>
          <w:rFonts w:ascii="Times New Roman" w:hAnsi="Times New Roman" w:eastAsia="Times New Roman" w:cs="Times New Roman"/>
        </w:rPr>
        <w:t>Isaíasqa yachayta munan hayka p’unchawkamachus rimarinan kasqanta chay runakunawan, paykuna mana entiendenchu nitaq reparanankuchu; chayrayku tapun: “¿hayk’aqkamataq?”</w:t>
      </w:r>
    </w:p>
    <w:p>
      <w:pPr>
        <w:pStyle w:val="ArticleScripture"/>
        <w:jc w:val="left"/>
      </w:pPr>
      <w:r>
        <w:rPr>
          <w:rFonts w:ascii="Times New Roman" w:hAnsi="Times New Roman" w:eastAsia="Times New Roman" w:cs="Times New Roman"/>
        </w:rPr>
        <w:t>Chaymi, Señor, hayk’akamaq? Paytaq kutichirqa: Llaqtakuna runaynaq tukuqkama, wasikunapas runaynaqkama, hallp’ataq tukuy ch’usaqyachisqa qhiparikunankama, hinallataq Señor runakunata karuman apachinqa, hallp’a chawpipitaq hatun saqisqa kanqa. Isaías 6:11, 12.</w:t>
      </w:r>
    </w:p>
    <w:p>
      <w:pPr>
        <w:pStyle w:val="ArticleBody"/>
        <w:jc w:val="left"/>
      </w:pPr>
      <w:r>
        <w:rPr>
          <w:rFonts w:ascii="Times New Roman" w:hAnsi="Times New Roman" w:eastAsia="Times New Roman" w:cs="Times New Roman"/>
        </w:rPr>
        <w:t>Allpa, Bibliaq qhepa p’unchaykunapi willakuy proféticopi parlakusqa, Estados Unidos nisqami; chaymi “llapanmantapuni ch’usaqyachisqa” kanqa, naciónpa thuñiyninqa hamuptin, domingo ley nacional nisqapa nacional apostasíanmanta. Daniel chunka hukniyuq qillqapa tawa chunka hukniyuq versículonqa, kikin capítulopi chunka suqta versículowanmi tipificasqa karqan. Tawa chunka hukniyuq versículopi, “hatun saqesqa kay allpapa chawpinpi” nisqa reqsisqa kachkan “ashka runakuna” urmachisqa kasqankuwan. Isaíaspa willakuynin, Jesuspa rimarisqanman qhawachisqa, payqa runakunapa historiankupi sut’i mana allin tapukuq judíokunata rimapayaspa, reqsichinmi ñawpaq covenant llaqtata qhipaman saqesqanku chayqa, hinaspan paykunaq rinrinkunañataq ñawinkunataq mana entiendenchu nitaq reparankuchu. Isaíaspa willakuyninqa qhipa qayakuymi Laodicea Adventismoman rikuchin, chaymi domingo leypi tukukun, maypichus Laodicea Adventismqa Señorp siminmanta wijch’usqa kachkan.</w:t>
      </w:r>
    </w:p>
    <w:p>
      <w:pPr>
        <w:pStyle w:val="ArticleScripture"/>
        <w:jc w:val="left"/>
      </w:pPr>
      <w:r>
        <w:rPr>
          <w:rFonts w:ascii="Times New Roman" w:hAnsi="Times New Roman" w:eastAsia="Times New Roman" w:cs="Times New Roman"/>
        </w:rPr>
        <w:t>Payqaqa hatun allpanmanpas yaykunqa, achka suyukunataq urmachisqa kanqaku; ichaqa kaykunaqa makinmanta qispinqaku: Edom, Moab, hinallataq Ammonpa churinkunamanta aswan kurajkuna. Daniel 11:41.</w:t>
      </w:r>
    </w:p>
    <w:p>
      <w:pPr>
        <w:pStyle w:val="ArticleBody"/>
        <w:jc w:val="left"/>
      </w:pPr>
      <w:r>
        <w:rPr>
          <w:rFonts w:ascii="Times New Roman" w:hAnsi="Times New Roman" w:eastAsia="Times New Roman" w:cs="Times New Roman"/>
        </w:rPr>
        <w:t>Isaiaswan Danielwanmi Laodiceaman qhipa qayllayta willanakuypaq kamachisqa kanku, hinaspan Danielpa kinsa ñak’ariyninpi chunka kaq qillqapi kallpachasqa kachkan chay ruwaypaq.</w:t>
      </w:r>
    </w:p>
    <w:p>
      <w:pPr>
        <w:pStyle w:val="ArticleScripture"/>
        <w:jc w:val="left"/>
      </w:pPr>
      <w:r>
        <w:rPr>
          <w:rFonts w:ascii="Times New Roman" w:hAnsi="Times New Roman" w:eastAsia="Times New Roman" w:cs="Times New Roman"/>
        </w:rPr>
        <w:t>Chaymi hukman kutim hinaspa runapa rikch’aynin hina kaq hamuspa llamk’awarqan, hinallataq kallpachawarqan. Hinaspataq nirqan: “Ancha munasqa runa, ama manchakuychu; qampaq kachun thak kay. Kallpachakuy, arí, kallpachakuy” nispa. Chayta rimaptiynin, noqaqa kallpachasqa karqani, hinaspataq nirqani: “Señorníy rimachun; qanmi kallpachawarqanki” nispa. Daniel 10:18, 19.</w:t>
      </w:r>
    </w:p>
    <w:p>
      <w:pPr>
        <w:pStyle w:val="ArticleBody"/>
        <w:jc w:val="left"/>
      </w:pPr>
      <w:r>
        <w:rPr>
          <w:rFonts w:ascii="Times New Roman" w:hAnsi="Times New Roman" w:eastAsia="Times New Roman" w:cs="Times New Roman"/>
        </w:rPr>
        <w:t>Danielqa kallpachisqa karqa willakuyta qunanpaq, chaytaqa pay hamuqta entienderqa Michael uraykamusqanmi chunka kaq capitulopi. Isaíasqa willasqa karqa chay willakuyta qunananta domingo kamachikuykama. Domingo kamachikuypiqa huk puchuq ayllu sayarichisqa kanqa.</w:t>
      </w:r>
    </w:p>
    <w:p>
      <w:pPr>
        <w:pStyle w:val="ArticleScripture"/>
        <w:jc w:val="left"/>
      </w:pPr>
      <w:r>
        <w:rPr>
          <w:rFonts w:ascii="Times New Roman" w:hAnsi="Times New Roman" w:eastAsia="Times New Roman" w:cs="Times New Roman"/>
        </w:rPr>
        <w:t>Chayna ñuqaqa nirqani: “Señor, ¿hayk’aqkama?” Paytaq kutichirqan: “Llaqtakunaqa runa mana tiyaptin ch’usaqyachisqa kanankama, wasikunapas runa mana tiyaptin ch’usaq kanankama, hallp’apas llapanpi tukusqa ch’in niraq qhiparinqakama; Señorpas runakunata karuman apachinqakama, hallp’a chawpipipas hatun saqisqa kay kanankama. Ichaqa chaypiqa chunka hukninmi kanqa; hinaspapas kutimunqa, mikhusqa hina kanqa: hinaqtin t’ola sach’a hina, hinaq roble sach’a hina, raphrankuta urmachiptinku ukhunpi kallpan qhiparin; chayhinallataq santo muhuqa chaypa kallpan kanqa.” Isaías 6:11–13.</w:t>
      </w:r>
    </w:p>
    <w:p>
      <w:pPr>
        <w:pStyle w:val="ArticleBody"/>
        <w:jc w:val="left"/>
      </w:pPr>
      <w:r>
        <w:rPr>
          <w:rFonts w:ascii="Times New Roman" w:hAnsi="Times New Roman" w:eastAsia="Times New Roman" w:cs="Times New Roman"/>
        </w:rPr>
        <w:t>Maypacha karqa chawpinpi “hatun saqesqa” kanqa (domingo kamachiy tiempopi), chaypim rikurinqa “chunka kaq huknin,” paypa “substancian” nisqaqa “santu muhu” kasqanta. Hebreo simipi “chunka kaq huknin” nispa tikrasqa simipa sapinqa “diezmo” ninqa. Señorqa domingo kamachiy tiempopi huk “diezmota” kanqa, paykunaqa “kutirisqakuna” kashaqtin.</w:t>
      </w:r>
    </w:p>
    <w:p>
      <w:pPr>
        <w:pStyle w:val="ArticleScripture"/>
        <w:jc w:val="left"/>
      </w:pPr>
      <w:r>
        <w:rPr>
          <w:rFonts w:ascii="Times New Roman" w:hAnsi="Times New Roman" w:eastAsia="Times New Roman" w:cs="Times New Roman"/>
        </w:rPr>
        <w:t>Hinallataq allpapa chunka hukninmanta, allpapa murunmanta icha sach’apa rurunmanta, Señorpaqmi: Señorpaq churasqa, sagradosmi. Sichus huk runa chunkanmantapuni imatapas rantispayta munanman chayqa, chayman pisqa kaqninmanta hukta yapanan. Uywakunapa chunka hukninmanta, wakakunamanta icha ovejakunamanta, tukuy bastón uraman pasaqmanta, chunka kaqmi Señorpaq churasqa, sagrado kanqa. Levítico 27:30–32.</w:t>
      </w:r>
    </w:p>
    <w:p>
      <w:pPr>
        <w:pStyle w:val="ArticleBody"/>
        <w:jc w:val="left"/>
      </w:pPr>
      <w:r>
        <w:rPr>
          <w:rFonts w:ascii="Times New Roman" w:hAnsi="Times New Roman" w:eastAsia="Times New Roman" w:cs="Times New Roman"/>
        </w:rPr>
        <w:t>Chunka “chunkan kaq” “kutimun”qa Señorpaq santu kanku, hinaspa paykunam Señorpa rak’in kanku.</w:t>
      </w:r>
    </w:p>
    <w:p>
      <w:pPr>
        <w:pStyle w:val="ArticleScripture"/>
        <w:jc w:val="left"/>
      </w:pPr>
      <w:r>
        <w:rPr>
          <w:rFonts w:ascii="Times New Roman" w:hAnsi="Times New Roman" w:eastAsia="Times New Roman" w:cs="Times New Roman"/>
        </w:rPr>
        <w:t>Señorpa rak’inqa llaqtanmi; Jacobqa herencianta churakusqan suertinmi. Deuteronomio 32:9.</w:t>
      </w:r>
    </w:p>
    <w:p>
      <w:pPr>
        <w:pStyle w:val="ArticleBody"/>
        <w:jc w:val="left"/>
      </w:pPr>
      <w:r>
        <w:rPr>
          <w:rFonts w:ascii="Times New Roman" w:hAnsi="Times New Roman" w:eastAsia="Times New Roman" w:cs="Times New Roman"/>
        </w:rPr>
        <w:t>Kikinkuna domingo kamachiy manaraq chayamushajtin kutimujkunaqa, Jeremiaswan rikuchisqa kanku, ñawpaq ñak’ariywan llakichisqa karqanku; paykunamanmi Señor nisqaña karqa: kutirimunkuchus chayqa, paykunaqa Señorpa simin kanqaku, icha paypa rimaynin apaqnin runakuna.</w:t>
      </w:r>
    </w:p>
    <w:p>
      <w:pPr>
        <w:pStyle w:val="ArticleScripture"/>
        <w:jc w:val="left"/>
      </w:pPr>
      <w:r>
        <w:rPr>
          <w:rFonts w:ascii="Times New Roman" w:hAnsi="Times New Roman" w:eastAsia="Times New Roman" w:cs="Times New Roman"/>
        </w:rPr>
        <w:t>Simi rimaykikuna tarisqa karqan, chaykunatataq mikhurqani; hinaspa simiykiqa sonqoypaq kusikuywan anchata kusikuynin karqan: sutiykiwan sutichasqa kani, Apu Dios, ejercitokunapa Señor. Manam asipayakuqkunapa tantanakusqanpi tiyaykurqanichu, nitaq kusikurqanichu; sapallaymi tiyaykurqani makiykirayku, phiñakuymi hunt’asqa kasqayrayku. Imaraykutaq nanaynīqa wiñaypaq, hinaspa ch’akiyñīqa mana hampiy atikuq, alliyachiyta mana munaspa? ¿Llullaq hinachu noqapaq tukunkiman, pisi-pisimanta chinkaq unu hina? Chayrayku kayhinata nin Señor: Sichus kutirimunkiqa, kutichisqayki, ñawpaqniypi sayanki; hinaspa allin kaqta mana allin kaqmanta t’aqanki chayqa, simiy hina kanki. Paykuna qamman kutirimuchunku; qanqa ama paykunaman kutiriychu. Kay llaqtapaqmi broncemanta muyurisqa pirqa hina rurasaqki; paykuna qampaq maqanakunqaku, ichaqa manam atipayasunkichu: noqaqa qanwan kashani qispichisunaypaq hinaspa salvasunaypaq, nispa Señor. Hinaspa mana allin runakunapa makinkumanta qispichisqayki, manchay runakunapa makinkumantataq rantisqayki. Jeremías 15:16–21.</w:t>
      </w:r>
    </w:p>
    <w:p>
      <w:pPr>
        <w:pStyle w:val="ArticleBody"/>
        <w:jc w:val="left"/>
      </w:pPr>
      <w:r>
        <w:rPr>
          <w:rFonts w:ascii="Times New Roman" w:hAnsi="Times New Roman" w:eastAsia="Times New Roman" w:cs="Times New Roman"/>
        </w:rPr>
        <w:t>Puchuq kaq, icha chunka kaq kutimuq, Isaíaspa willakuyninpiqa mikusqa kananpaq karqaku, imaraykuchus Diospa willakuynin qosqa karqan chaykunaman, hinaspa Paypa Siminqa mikusqa kananpaq karqan. Chaykunaqa Diospa simin kananpaq kaqkuna karqaku, hinaspa chay hina ruwaspaqa Diospa Siminta rikuchirqaku, qespichikuyta maskaqkunapaq mikusqa kananpaq kaqta. Jeremíasqa mana tiyakurqanchu “asamblea de burladores” nisqapi, imaynachus Danielwan karqan hina, musquy-riqsiyta rikuspanqa “asamblea de burladores” nisqa ayqekurqan. Jeremíasqa yuyarqan Dios llullakusqanta paywan, imaraykuchus Diospa makinqa saqerqan ñawpaq llakikuy-pantayta 19 de abril de 1844 watapi historia Milleritapi, hinaspa 18 de julio de 2020 watapi qhipa p’unchaykunapi. Jeremíaspaqqa promesaqa karqan: sichus payqa “kutimunman” chayqa; hinaspa Isaíaspa pasajenpipas “chunka kaq” “kutimun.”</w:t>
      </w:r>
    </w:p>
    <w:p>
      <w:pPr>
        <w:pStyle w:val="ArticleBody"/>
        <w:jc w:val="left"/>
      </w:pPr>
      <w:r>
        <w:rPr>
          <w:rFonts w:ascii="Times New Roman" w:hAnsi="Times New Roman" w:eastAsia="Times New Roman" w:cs="Times New Roman"/>
        </w:rPr>
        <w:t>Jeremías “kutirimpuspaqa”, Isaiaspa “chunka kaqnin”manmi yaykun, chayqa qhapaqmi, Señorpa rakisqanmi, paykunapim kachkan “sustancian”. Hebreo simipi “sustancia” nisqaqa huk sayachiq pilarmi niynin, hinaspataq “pilar”man tukuchisqa kayqa, Filadelfiapi kaqkunaman qusqa promesam.</w:t>
      </w:r>
    </w:p>
    <w:p>
      <w:pPr>
        <w:pStyle w:val="ArticleScripture"/>
        <w:jc w:val="left"/>
      </w:pPr>
      <w:r>
        <w:rPr>
          <w:rFonts w:ascii="Times New Roman" w:hAnsi="Times New Roman" w:eastAsia="Times New Roman" w:cs="Times New Roman"/>
        </w:rPr>
        <w:t>Atipaqeqtaqa, paytan Diosniypa templonpi huk sayay columnata ruwasaq, manataqmi ima kutinpas lluqsinqachu. Paypa hawanmanmi qillqasaq Diosniypa sutinta, hinallataq Diosniypa llaqtanpa sutinta, musuq Jerusalén sutiyuqta, mayqinchus Diosniymanta hanaq pachamanta uraykamun; hinallataqmi qillqasaq paypa hawanman musuq sutiyta. Rinriyuq kaqqa uyariychun Espíritu ima nisqanta iglesiakunaman. Apocalipsis 3:12, 13.</w:t>
      </w:r>
    </w:p>
    <w:p>
      <w:pPr>
        <w:pStyle w:val="ArticleBody"/>
        <w:jc w:val="left"/>
      </w:pPr>
      <w:r>
        <w:rPr>
          <w:rFonts w:ascii="Times New Roman" w:hAnsi="Times New Roman" w:eastAsia="Times New Roman" w:cs="Times New Roman"/>
        </w:rPr>
        <w:t>“Saywanqa,” nisqaqa paykunap “sustancia”-nmi, Dios kaywan runa kaywan huñusqanta rikuchin; Cristoqa templota sayachiq “saywanqa”mi.</w:t>
      </w:r>
    </w:p>
    <w:p>
      <w:pPr>
        <w:pStyle w:val="ArticleScripture"/>
        <w:jc w:val="left"/>
      </w:pPr>
      <w:r>
        <w:rPr>
          <w:rFonts w:ascii="Times New Roman" w:hAnsi="Times New Roman" w:eastAsia="Times New Roman" w:cs="Times New Roman"/>
        </w:rPr>
        <w:t>“Kay llakikuywan urmarisqa kay kasqaypi, huk musquyta musqurqani, chaymi yuyayniyman sinchi kallpawan allinta churakurqan. Musquypi huk templota rikurqani, mayman achka runakuna utqayllamanta hamuspa yaykuyta munarqanku. Chay temploman pakakukllam salvasqa kanqaku pacha tukukuptin. Llapan hawa qhipaqta saqisqa kaqkuna wiñaypaqmi chinkasqa kanqaku. Hawa kaq achka runakuna, sapa huknin ñanninkunapi purispa, temploman yaykukkunata asipayarqanku, p’enqaycharqanku, hinaspataq nirqanku kay qespichiypa yuyayqa yachaywan wakichisqa llullakuy kasqanta, cheqaqtapuni mana imapas sasa peligro kasqanta ayqepanaykupaq. Wakinmanpas hap’ipayarqanku, ama utqaylla perqakuna ukhunkama yaykunankupaq hark’ayta munaspa.”</w:t>
      </w:r>
    </w:p>
    <w:p>
      <w:pPr>
        <w:pStyle w:val="ArticleScripture"/>
        <w:jc w:val="left"/>
      </w:pPr>
      <w:r>
        <w:rPr>
          <w:rFonts w:ascii="Times New Roman" w:hAnsi="Times New Roman" w:eastAsia="Times New Roman" w:cs="Times New Roman"/>
        </w:rPr>
        <w:t>“Asikuchisqa burlasqa kaytaq kanaymanta, allinta yuyarirqani achka runakuna chinkarinankama suyayta, utaq paykunamanta mana qawarisqa yaykunaykama. Ichaqa yupaykunaqa manam pisiyachkaspachu, astawanmi yapakullarqan; hinallataq qhipayaymanta manchakuq kaspa, usqhayllam wasiymanta lluqsirqani hinaspa runa tantanakuy ukunta ñit’ispa purirqani. Temploman chayanaypaq llakiywanqa manam reparakurqanichu, nitaq muyuriqniypi kaq achka runakunataqa imapas qhawarqanichu. Wasiman yaykuspaqa, ricurqani hatun temploqa huk jatun sayaq pilarmanta sayachisqa kasqanta, chaymanmi huk oveja wawa watasqa karqa, tukuy llik’isqa hinaspa yawarlla rikuriq. Ñuqanchik, chaypi kaqkunaqa, yachaq hina karqanchik kay oveja wawaqa ñuqanchikrayku llik’isqa hinaspa takasqa kasqanta. Pipas temploman yaykuqqa, ñawpaqenman hamuspa huchankunata willakunan karqa.”</w:t>
      </w:r>
    </w:p>
    <w:p>
      <w:pPr>
        <w:pStyle w:val="ArticleScripture"/>
        <w:jc w:val="left"/>
      </w:pPr>
      <w:r>
        <w:rPr>
          <w:rFonts w:ascii="Times New Roman" w:hAnsi="Times New Roman" w:eastAsia="Times New Roman" w:cs="Times New Roman"/>
        </w:rPr>
        <w:t>Cordero ñawpaqman aswan qayllapi hatarichisqa tiyanakuna karqan, chaykunapi tiyashaq huk huñu runakuna ancha kusisqa rikurirqanku. Hanaq pacha k’anchayninqa uyankunapi lliphiyta hina rikurirqan, hinaspan Diosta yupaycharqanku, kusikuypaq agradecimientomanta takikunata takirqanku, chay takikunaqa angelkunapa musicanta hina karqan. Kaykunaqa cordero ñawpaqman hamusqakuna kanku, huchankuta willakuspa, pampachayta chaskisqakuna, kunanqa kusisqa suyakuypi suyaspa huk kusikuypaq ruwaypa chayamunanta.</w:t>
      </w:r>
    </w:p>
    <w:p>
      <w:pPr>
        <w:pStyle w:val="ArticleScripture"/>
        <w:jc w:val="left"/>
      </w:pPr>
      <w:r>
        <w:rPr>
          <w:rFonts w:ascii="Times New Roman" w:hAnsi="Times New Roman" w:eastAsia="Times New Roman" w:cs="Times New Roman"/>
        </w:rPr>
        <w:t>“Wasimanman rurasqaña yaykusqaymanta qhipapas, manchakuy hamuwarqan, hinallataq p’enqakuy sonqoyman yaykurqan kay runakunapa ñawpaqenpi ñuqaqa pampachakunaypaq. Ichaqa ñawpaqman purinaypaq hina kallpachasqa rikurirqani, hinallataq allin allinlla pilarkama muyuriykuspa corderota ñawirinanpaq rirqani; chaypitaq trompeta waqamusqan, templota chukchichirqan, tantasqa santoskunamanta atipanakuy kusikuy qapariykuna hatarirqan, mancharikuypaq k’anchariy wasita qhancharirqan, chaymantaq llapanpis sinchi tutayayman tukurqan. Kusisqa runakunaqa llapallanmi chay k’anchariywan chinkapurqaku, ñuqataq sapallayta saqewarqaku tuta upallaypi mancharikuypaq q’espiy mana atiy ukhunpi. Llakisqa sonqowanmi rikcharirqani, mana chay hina musqukusqayta yuyayman churanayta atispaña. Yuyarirqanmi ñuqapa tukukuyniy churasqa kasqanta, Señorpa Espiritunñataq saqesqawankusqanta, mana hayk’aq kutimunanpaq.” Testimonios, volumen 1, 27.</w:t>
      </w:r>
    </w:p>
    <w:p>
      <w:pPr>
        <w:pStyle w:val="ArticleBody"/>
        <w:jc w:val="left"/>
      </w:pPr>
      <w:r>
        <w:rPr>
          <w:rFonts w:ascii="Times New Roman" w:hAnsi="Times New Roman" w:eastAsia="Times New Roman" w:cs="Times New Roman"/>
        </w:rPr>
        <w:t>Kutimuq chunka kaq kutirimuq ukhupin kachkan “sustancia”, chaymi templota hap’iq “pilar” nisqa. Danielqa rikurqan Corderopa causativa visionninta, chay Corderotaq pilarpi watasqa karqan, chay Corderotaqmi “pilar” karqan. Daniel chay hatun visionta rikuspanqa, pilarpa rikch’ayninman tikrasqa karqan; Isaíaspa chunka kaqninkunapas, hinallataq, paykuna ukhupin kachkan “sustancia” (pilar), chay sustanciataq “mikhusqa” kanan, llapa temploman yaykuyta munakkuqkunapaq. Temploman yaykuqkuna, sustanciata mikhuspaqa, Diospa huk ovejankuna kanku; paykunaqa kutichinku ensign nisqapa willakuyninman, domingo kamachikuy oqarisqa kaptin, hallp’api hatun saqesqa kaptin. “Semilla santa”, chay Isaíaspa sustancian nisqa, kay pachapa cimientonmanta wañuchisqa Corderomi.</w:t>
      </w:r>
    </w:p>
    <w:p>
      <w:pPr>
        <w:pStyle w:val="ArticleBody"/>
        <w:jc w:val="left"/>
      </w:pPr>
      <w:r>
        <w:rPr>
          <w:rFonts w:ascii="Times New Roman" w:hAnsi="Times New Roman" w:eastAsia="Times New Roman" w:cs="Times New Roman"/>
        </w:rPr>
        <w:t>Chunkak kutimuqkunaqa mana allin runakunap makinkunamanta qispichisqa kanqaku, domingo leypi Filadelfiawan Laodiceawan t’aqasqa kayninku wiñaypaq takyasqa kaptin, chaypitaq achkha runakuna urmachisqa kanqaku. Chay urmachisqakunaqa reqsisqa kanku mana allin, mana entiendenakuq runakuna hina. Paykunataq manchay runakunap makinkunamantapas qispichisqa kanqaku, imaraykuchus mana uywapa señalninta chaskinqakuchu.</w:t>
      </w:r>
    </w:p>
    <w:p>
      <w:pPr>
        <w:pStyle w:val="ArticleScripture"/>
        <w:jc w:val="left"/>
      </w:pPr>
      <w:r>
        <w:rPr>
          <w:rFonts w:ascii="Times New Roman" w:hAnsi="Times New Roman" w:eastAsia="Times New Roman" w:cs="Times New Roman"/>
        </w:rPr>
        <w:t>Kaymi ninmi Señor Dios: Ñoqapas Egiptopa achka runankunata tukuchisaq Babilonia llaqtapa rey Nebucadrezzarpa makinkama. Paypas, paywan kuska runankunapas, nacionkunamanta manchay atipaqkuna, apamusaqku hallp’ata chinkachinankupaq; hinaspa espadankunata surqunqaku Egiptomanta contra, hallp’ata wañusqakunawan hunt’achinqaku. Ñoqataq mayukunata ch’akichisaq, hallp’atataq mana allin runakunapa makinkuman rantikusaq; hallp’atapas ch’usaqyachisaq, llapan ima ukhunpi kaqkunatawan, wak llaqtayoqkunapa makinkuwan: Ñoqa Señor rimarqani. Isaías 30:10–12.</w:t>
      </w:r>
    </w:p>
    <w:p>
      <w:pPr>
        <w:pStyle w:val="ArticleBody"/>
        <w:jc w:val="left"/>
      </w:pPr>
      <w:r>
        <w:rPr>
          <w:rFonts w:ascii="Times New Roman" w:hAnsi="Times New Roman" w:eastAsia="Times New Roman" w:cs="Times New Roman"/>
        </w:rPr>
        <w:t>“Nacionkunapa mancharikuypaqnin”qa chay norte llaqtapa reyninpa rantin ejercitunmi. Domingo leypi hoqarisqa señaltaqa salvasqa kanku upa, icha mana allin vírgenespa makinmanta, hinallataq salvasqa kanku nacionkunapa mancharikuypaqninpa makinmantapas. Kaypi rimashanchik asuntotaqa kaymi: Isaíaspas, Danielpas, Jeremíaspas, Ezequielpas, Juanpas lliwmi apaykachasqa kanku pachak tawa chunka tawa waranqakunapa kawsarimuyta, kallpachakusqankutawan rikuchinankupaq, paykunaqa 18 julio 2020 p’unchaypi llakikuy, pantaymanta kutimuqkuna kashaqtin. Danielpa qhipa visiónninpi, Hiddekel mayu patapi qosqasqa visiónpi, Danielqa hamut’achisqa kachkan Diospa profético Palabranpa ukhupi kaq visiónnintawan hawa kaq visiónnintapas entiendenanpaq, hinaspataq chay mensajeta willananpaq kallpachisqa kachkan.</w:t>
      </w:r>
    </w:p>
    <w:p>
      <w:pPr>
        <w:pStyle w:val="ArticleBody"/>
        <w:jc w:val="left"/>
      </w:pPr>
      <w:r>
        <w:rPr>
          <w:rFonts w:ascii="Times New Roman" w:hAnsi="Times New Roman" w:eastAsia="Times New Roman" w:cs="Times New Roman"/>
        </w:rPr>
        <w:t>Ukhupi ukhamarakina ukat anqäxankirina yatiyäwipaxa tunka jisk’a t’aqapan p’iqita jan ukax “qala murallata” sutimp sutiyata qhanañchäwimpi chikachatawa, ukasti jichha pacha Putinax apaskiwa uka Ucrania ch’axwäwi uñt’ayi. Uka p’iqi uñt’ayañ llavejax manqhana ukhamaraki anqäxana apnaqäwiniwa, ukat uka ch’axwäwin qalltäwipaw pacha chimpuñchi kunapachatï panpacha p’iqinakax profecían yäqäwipar tukuñ qalltapki uka. Qala murallata jan ukax p’iqi, Rusia-r uñt’ayasa, payïr sustitución ch’axwäwi uñt’ayi; ukasti kimsïr sustitución ch’axwäwir irpi, ukaw Kimsïr Mundial Ch’axwäwin qalltäwip chimpunti, kunjamtï tunka phisqhani jisk’a t’aqapan Panium nuwasïwimp uñacht’ayatäki ukhamaraki.</w:t>
      </w:r>
    </w:p>
    <w:p>
      <w:pPr>
        <w:pStyle w:val="ArticleBody"/>
        <w:jc w:val="left"/>
      </w:pPr>
      <w:r>
        <w:rPr>
          <w:rFonts w:ascii="Times New Roman" w:hAnsi="Times New Roman" w:eastAsia="Times New Roman" w:cs="Times New Roman"/>
        </w:rPr>
        <w:t>Chunkaq chunka suqniyuq versículoqa Domingopa kamachisqanmi; chayrayku 2014 watamanta, Ucrania llaqtapi awqanakuy qallarisqan p’unchaymanta, chunka hukniyuq, chunka iskayniyuq versículokunapi rikuchisqa hina, Domingopa kamachisqankama, Diospa llaqtanta sellaywan tupaq qhepa llamk’ayqa hunt’asqa kan. Gabrielpa yuyaychasqan Daniel qhelqepa chunka hukniyuq capítulo nisqapiqa, Diospa llaqtanta ch’uyanchan, utaq sellan, chay willakuyta rikuchin. Chay cheqaqta pantayqa llapantapas pantaymi. Kicharisqa profecíaqa, Apocalipsis qhelqepi Jesucristopa Revelación nisqa sutichasqa, hinaspa Apocalipsis qhelqellantaq probación tukukuyninman manaraq chayaykuspa kicharisqa kasqanta reqsichin, Daniel qhelqamanta huk sapa pasajemi.</w:t>
      </w:r>
    </w:p>
    <w:p>
      <w:pPr>
        <w:pStyle w:val="ArticleScripture"/>
        <w:jc w:val="left"/>
      </w:pPr>
      <w:r>
        <w:rPr>
          <w:rFonts w:ascii="Times New Roman" w:hAnsi="Times New Roman" w:eastAsia="Times New Roman" w:cs="Times New Roman"/>
        </w:rPr>
        <w:t>Hinaspanmi: Ama sellaychu kay qillqapi kashaq profecíapa rimayninkunata, pachaqa qayllañam kachkan. Mana chaninnaq runaqa, mana chaninnaqlla kachunraq; qhellichasqa kaqqa, qhellichasqalla kachunraq; chanin runaqa, chaninlla kachunraq; santokaqa, santolla kachunraq. Apocalipsis 22:10, 11.</w:t>
      </w:r>
    </w:p>
    <w:p>
      <w:pPr>
        <w:pStyle w:val="ArticleBody"/>
        <w:jc w:val="left"/>
      </w:pPr>
      <w:r>
        <w:rPr>
          <w:rFonts w:ascii="Times New Roman" w:hAnsi="Times New Roman" w:eastAsia="Times New Roman" w:cs="Times New Roman"/>
        </w:rPr>
        <w:t>Qhipa p’unchaykunapi, huk sut’i pacha kan maypachachus qhepa profecía kichasqa kachkan, imaraykuchus chay versículopi nin: “pachaqa qayllañam.” Chay kikin rimay, Apocalipsispa qhepa capitulonpi tarikusqaqa, ñawpaq capitulonpipas tarikunmi.</w:t>
      </w:r>
    </w:p>
    <w:p>
      <w:pPr>
        <w:pStyle w:val="ArticleScripture"/>
        <w:jc w:val="left"/>
      </w:pPr>
      <w:r>
        <w:rPr>
          <w:rFonts w:ascii="Times New Roman" w:hAnsi="Times New Roman" w:eastAsia="Times New Roman" w:cs="Times New Roman"/>
        </w:rPr>
        <w:t>Jesucristopa Revelacionninmi, Diospa payman qosqan, kamachisqan runankunaman rikuchinanpaq imakunachus utqaylla pasanankupaq kaqkunata; hinaspan angelwan reqsichirqan kamachisqan Juanman: paymi Diospa siminmanta testificaq karqan, Jesucristopa testimoniomantawan, llapa rikuskankunamantapas. Kusisqanmi ñawiriq, hinaspa kay profeciapasiminkunata uyariqkuna, chaypi qelqasqakunata waqaychaqkunapas: pachaqa qayllañanmi. Apocalipsis 1:1–3.</w:t>
      </w:r>
    </w:p>
    <w:p>
      <w:pPr>
        <w:pStyle w:val="ArticleBody"/>
        <w:jc w:val="left"/>
      </w:pPr>
      <w:r>
        <w:rPr>
          <w:rFonts w:ascii="Times New Roman" w:hAnsi="Times New Roman" w:eastAsia="Times New Roman" w:cs="Times New Roman"/>
        </w:rPr>
        <w:t>Ishkay pachak iskay chunka, chayrayku iskay chunka iskaypas, Dios kaywan runa kaywan huñunakuypa unanchaqninmi kanku; hinaspa kimsa kaq angelpa qhipa llamkaynin, mayqinchus pachak tawa chunka tawa waranqa sellakuy kasqa, chunka sipaskunapa rikch’ayninpa profetico contexto ukhupi hunt’akun. Qhipa p’unchaykunapi yuyaysapa sipaskuna ñawpaq kaq llakikuyta ñak’arirqanku 18 julio 2020 p’unchaypi, hinaspa wañusqa tullukunahina ch’iqisqa karqanku Apocalipsis chunka hukniyuq kapitulospa callepi, julio 2023 kama, iskay chunka iskay watañam pasarakusqa 2001 watapi sellakuy ruray qallarisqamanta. “Chay pachaña qayllapi karqa,” chaymanta Señorqa hatarichirqan “ch’in pampa ukhupi huk kunkata,” mayqinchus mensajeta chaskirqan Gabrielmanta, paymi Cristomanta chaskirqan, Cristopis Taytamantam chaskirqan.</w:t>
      </w:r>
    </w:p>
    <w:p>
      <w:pPr>
        <w:pStyle w:val="ArticleBody"/>
        <w:jc w:val="left"/>
      </w:pPr>
      <w:r>
        <w:rPr>
          <w:rFonts w:ascii="Times New Roman" w:hAnsi="Times New Roman" w:eastAsia="Times New Roman" w:cs="Times New Roman"/>
        </w:rPr>
        <w:t>Chaymantaqa llaqtakuna iglesia-kunaman willakuyta apachimuyta qallarin, hinallataq kunan pacha electrónico nisqawan apachisqa kashan, chaypi ñawirisqa utaq uyarisqa kananpaq, kunanqa soqta chunka simikuna manta aswanpi. Willakuy qichusqa profecíamanta chay rakhuqa, kayqa chay willakuymi Danielpa qillqasqan libropi tarikun.</w:t>
      </w:r>
    </w:p>
    <w:p>
      <w:pPr>
        <w:pStyle w:val="ArticleScripture"/>
        <w:jc w:val="left"/>
      </w:pPr>
      <w:r>
        <w:rPr>
          <w:rFonts w:ascii="Times New Roman" w:hAnsi="Times New Roman" w:eastAsia="Times New Roman" w:cs="Times New Roman"/>
        </w:rPr>
        <w:t>“Sellasqa karqa libroqa manam Apocalipsis-chu, aswanqa Danielpa profecianmanta qhepa p’unchaykunaman tupuq chay rakhuynin. Angelmi kamachirqan: ‘Qanrí, Daniel, simikunata wisq’akuy, librutaq sellay, tukukuypa p’unchayninkama.’ Daniel 12:4.” Hechos de los Apóstoles, 585.</w:t>
      </w:r>
    </w:p>
    <w:p>
      <w:pPr>
        <w:pStyle w:val="ArticleBody"/>
        <w:jc w:val="left"/>
      </w:pPr>
      <w:r>
        <w:rPr>
          <w:rFonts w:ascii="Times New Roman" w:hAnsi="Times New Roman" w:eastAsia="Times New Roman" w:cs="Times New Roman"/>
        </w:rPr>
        <w:t>“Danielpa willakuynin qhepa p’unchaykunaman hina tupaqnin rak’in” nisqaqa, chusku chunka versículom. Mana chaylla chusku chunka versículochu; aswanqa, chay chusku chunka versículopi qhepa pacha tukukuyninmanta qhipaman 1989 watapi rikuchisqa rak’inmi, hinaspa chusku chunka hukniyuq versículopi domingo kamachiy manaraq chayamuchkaptin. Chay chusku chunka versículopa historianninqa, versículopi kikinpi mana ni imatapas rimarisqa kasqanwan, qhepa p’unchaykunaman hina tupaq willakuypa rak’inmi, sellasqa karqan; hinaspa julio killamanta, 2023 watamanta pacha, qhawariyta uyariytawan akllaqkunapaq kicharisqa kachkan.</w:t>
      </w:r>
    </w:p>
    <w:p>
      <w:pPr>
        <w:pStyle w:val="ArticleBody"/>
        <w:jc w:val="left"/>
      </w:pPr>
      <w:r>
        <w:rPr>
          <w:rFonts w:ascii="Times New Roman" w:hAnsi="Times New Roman" w:eastAsia="Times New Roman" w:cs="Times New Roman"/>
        </w:rPr>
        <w:t>Chusku chunkaq tawañiyuq versículopiqa manam imatapas qillqanchu Unión Soviéticaq urmanmanta qhipa historiata 1989 watapi, chaymanta chayaqta domingo kamachiyman, chusku chunkaq hukniyuq versículopi kaqman; ichaqa payqa qunmi proféticawan sayariyta, maymanmi huk profecía siq’ikuna churakunan tiyan. Linea hawan linea nisqa ruwanakuyta qhipa paraq ruwanakuy kasqanta mana munaspa rikuyta hinallataq uyariyta mana munuqkunaqa, manam atinqakuchu chusku chunkaq versículopi pakasqa historiata rikuyta; chay historiataqmi Jesucristoq Revelaciónnin, mayqenta Gabriel hamurqan Juanman hinallataq Danielman sut’inchananpaq.</w:t>
      </w:r>
    </w:p>
    <w:p>
      <w:pPr>
        <w:pStyle w:val="ArticleBody"/>
        <w:jc w:val="left"/>
      </w:pPr>
      <w:r>
        <w:rPr>
          <w:rFonts w:ascii="Times New Roman" w:hAnsi="Times New Roman" w:eastAsia="Times New Roman" w:cs="Times New Roman"/>
        </w:rPr>
        <w:t>Kay yachayta qatiq sunquykiwan qhipa qillqapi.</w:t>
      </w:r>
    </w:p>
    <w:p>
      <w:pPr>
        <w:pStyle w:val="ArticleScripture"/>
        <w:jc w:val="left"/>
      </w:pPr>
      <w:r>
        <w:rPr>
          <w:rFonts w:ascii="Times New Roman" w:hAnsi="Times New Roman" w:eastAsia="Times New Roman" w:cs="Times New Roman"/>
        </w:rPr>
        <w:t>“Berea llaqtapas Pablo yapamanta llamk’asqanta qallarispa judíokunapa sinagoganman yaykurqan Cristopa evangeliunta willanapaq. Paymi paykunamanta nin: ‘Kaykunaqa Tesalónica llaqtapi kaqkunamanta aswan allin sonqoyuq karqanku, yuyaynkuta hunt’asqata simita chaskisqankurayku, hinallataq sapa p’unchay Qelqakunata maskharqanku chaykunachus cheqaq kasqanta yachanankupaq. Chayrayku achka paykunamanta iñirqanku; griegas kasqankumanta sumaq reqsisqa warmikunapas, qharikunapas, mana pisillachu.’”</w:t>
      </w:r>
    </w:p>
    <w:p>
      <w:pPr>
        <w:pStyle w:val="ArticleScripture"/>
        <w:jc w:val="left"/>
      </w:pPr>
      <w:r>
        <w:rPr>
          <w:rFonts w:ascii="Times New Roman" w:hAnsi="Times New Roman" w:eastAsia="Times New Roman" w:cs="Times New Roman"/>
        </w:rPr>
        <w:t>“Cheqaqa willakuyta rikuchispa, cheqap chiqap kaqta munaspa allin kaqman chayanaykuta maskaqkunaqa qawarichisqa kanqaku qillqasqata sapa kutin allinta maskanankupaq. Chayqa ruramunqa Béreapi apostolkuna llamkasqankuta qatiq hina ruraykunata. Ichaqa kay p’unchaykunapi cheqaq kaqta willaqkunaqa askha runakunawan tinkunku Béreapi kaqkunapa contrankuna hina kaqwan. Qonqayta mana atinku paykunaman rikuchisqa yachachiyta urmachiyta; chaywanpas aswan hatun mana munayta rikuchinku chay yachachiyta yanapaq qillqachisqa chiqaqchayninkunata tapukuyta; hinaspapas yuyanku, cheqaq kaptinpas, chaskinkuchu mana chaskinkuchu chayqa pisillamanta kasqanta. Paykunaqa yuyanku ñawpaq iñiyninku, ruwasqankupas paykunapaq allin kachkanta. Ichaqa Señorqa, pacha llaqtaman kachamurqa kikin rantinchasqankunata huk willakuywan, runakunata huchachinqa imayna kasqanman hina sirviqninpa siminkunata chaskisqankumanta. Diosqa llapan runakunata juzganqa paykunaman rikuchisqa k’anchayman hina, sut’ichu paykunapaq utaq mana sut’ichu kaptinpas. Paykunapa ruwananmi Béreapi kaqkuna hina tapukuyqa. Señorqa profeta Oseas nisqawan nin: ‘Llaqtayqa yachay pisiymanta chinkachisqa kan; yachayta qam qhesachasqaykimanta, noqapas qamtan qhesachasqayki.’”</w:t>
      </w:r>
    </w:p>
    <w:p>
      <w:pPr>
        <w:pStyle w:val="ArticleScripture"/>
        <w:jc w:val="left"/>
      </w:pPr>
      <w:r>
        <w:rPr>
          <w:rFonts w:ascii="Times New Roman" w:hAnsi="Times New Roman" w:eastAsia="Times New Roman" w:cs="Times New Roman"/>
        </w:rPr>
        <w:t>“Bereapi runakuna yuyayninkukunaqa manam ñak’arichisqa karqanchu ñawpaqman hap’isqa hukllachasqa yuyaywanqa, aswanpas munarqanku apostolkuna willakusqan cheqaqkuna allinta maskhayta chaskiytawan. Sichus kay p’unchaykunapi llaqtanchik runakunaqa qhapaq Bereapi runakunapa ejemplonta qatikunku, sapa p’unchay Qillqakunata maskhaspa, paykunaman apamusqa willakuykunata chaypi qillqasqa kasqanwan tupachispaqa, kunan p’unchaypi huklla kashanmanqa, waranqa runakuna kanman Diospa kamachikuyninman cheqaq sonqowan kasuk. Ichaqa askha, Diosta munakusqankuta niqkunaqa, manam munanku pantasqanmanta cheqaqman tikrayta, aswanpas qhepa p’unchaykunapa kusichiq llulla willakuykunaman hap’ipakunku. Pantayqa yuyayta tutayachin hinaspa Diosta karunchan; cheqaqmi ichaqa yuyayman k’anchayta, almasman kawsaytapas qon.” Sketches from the Life of Paul, 87, 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Kay Danielpa Qelqan — Pachak Qanchis Chunka Suqtañiqin</dc:title>
  <dc:subject>Revelación Divina y la Qhipa Rikch’ariy: Danielpa Musquyninmanta Yachayninkuna</dc:subject>
  <dc:creator>Jeff Pippenger</dc:creator>
  <cp:keywords/>
  <dc:description>Generated by ArticleDigger from daniel\176_daniel.json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