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Qelqan — Pachak qanchis chunka qanchisniyuq kaqnin</w:t>
      </w:r>
    </w:p>
    <w:p>
      <w:pPr>
        <w:pStyle w:val="ArticleSubtitle"/>
        <w:jc w:val="left"/>
      </w:pPr>
      <w:r>
        <w:rPr>
          <w:rFonts w:ascii="Arial" w:hAnsi="Arial" w:eastAsia="Arial" w:cs="Arial"/>
        </w:rPr>
        <w:t>Sutinakuy 144,000 kaqkunamanta: Danielpa rikuyayninmanta y profético simbolismomanta yachaykuna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2024-04-07</w:t>
      </w:r>
    </w:p>
    <w:p>
      <w:pPr>
        <w:pStyle w:val="ArticleBody"/>
        <w:jc w:val="left"/>
      </w:pPr>
      <w:r>
        <w:rPr>
          <w:rFonts w:ascii="Times New Roman" w:hAnsi="Times New Roman" w:eastAsia="Times New Roman" w:cs="Times New Roman"/>
        </w:rPr>
        <w:t>Danielqa kimsa kuti tupasqa karqan chunka kaq qillqapi; ñawpaq kaqpas qhipa kaqpas Gabrielmanta karqan, chawpi kaq tupaytaq Cristomanta karqan. Chay chawpi kaq tupaypim Danielqa aswan sinchita mana allin kayninta musyarqan, imaraykuchus cheqaq kaypa chawpi waymarkninqa hatarikuymanmi rikch’akun. Michaelmi Danielta iskay ñiqin kuti tuparqan, payqa iskay chunka hukniyuq p’unchaykunapa tukukuyninpi uraykamusqanrayku.</w:t>
      </w:r>
    </w:p>
    <w:p>
      <w:pPr>
        <w:pStyle w:val="ArticleBody"/>
        <w:jc w:val="left"/>
      </w:pPr>
      <w:r>
        <w:rPr>
          <w:rFonts w:ascii="Times New Roman" w:hAnsi="Times New Roman" w:eastAsia="Times New Roman" w:cs="Times New Roman"/>
        </w:rPr>
        <w:t>Kimsa wata kuskan p’unchawkunapa tukukuyninpi, Apocalipsis chunka hukniyuq kapitulumanta iskay testigokuna callepi wañusqa jink’akusqankuman hina, huk kunan rimaymi iskay testigokunata kawsarichin. Chayqa arcángelpa rimayninmi kawsarichin. Daniel chunka kapitulumanta Miguelpa uraykuy, iskay chunka iskayniyuq p’unchawpi, 2023 watapi iskay testigokunapa kawsarimuyninwan tupachakun. Iskay testigokuna callepi wañusqa kashaqtinku, Ezequielman rikuchisqa karqan ch’iqnisqa tullunkuku, hinaspataq tapusqa karqan mayqin yuyanmanchus chay qechwapi ch’aki wañusqa tullukuna kawsarimuyta atinmanchu; Ezequieltaq kayllatam kutichirqan: “Señor, qan yachanki.”</w:t>
      </w:r>
    </w:p>
    <w:p>
      <w:pPr>
        <w:pStyle w:val="ArticleBody"/>
        <w:jc w:val="left"/>
      </w:pPr>
      <w:r>
        <w:rPr>
          <w:rFonts w:ascii="Times New Roman" w:hAnsi="Times New Roman" w:eastAsia="Times New Roman" w:cs="Times New Roman"/>
        </w:rPr>
        <w:t>Chaymanta Ezequiel-ta nirqaku tullukunaman willakuyta, paypas chayta ruwarqa, hinaspa ruwasqanmantaraq, paykuna huñunakuspa rurasqa karqaku, ichaqa manaraq kawsayniyuqchu karqaku. Ezequielpa ñawpaq willakusqanqa tullukunata huñuy karqa, ichaqa iskay ñiqin willakusqanraq kasqa tullukunata huk ejercitota hina kawsarichinapaq. Ezequielpa iskay ñiqin willakusqanqa kinsa ñiqin ay ñak’ariypa willakusqan karqa, tawa wayrakunawan rikuchisqa, chaykunaqa tullukunaman kawsayta quq karqaku. Ñawpaq Adánqa hunt’asqa allin kaypi ruwasqa karqa, ichaqa qhipaman huchallikurqa hinaspa wañuyta llapa mirayninman apachirqan. Ezequielpa wañusqa tullunkunapa kawsarimuyninqa Adánpa hunt’asqa allin kayninpi ruwasqa kasqanwan tupachakuqmi, imaraykuchus Adánqa ñawpaqta ruwasqa karqa, chaymantataq Señor payman kawsay samayta samaykurqan.</w:t>
      </w:r>
    </w:p>
    <w:p>
      <w:pPr>
        <w:pStyle w:val="ArticleBody"/>
        <w:jc w:val="left"/>
      </w:pPr>
      <w:r>
        <w:rPr>
          <w:rFonts w:ascii="Times New Roman" w:hAnsi="Times New Roman" w:eastAsia="Times New Roman" w:cs="Times New Roman"/>
        </w:rPr>
        <w:t>Kayqa mana ninananchu iskay testigokuna kawsarimusqankumanta qespichisqa cuerpukunata chaskinkuman, imaraykuchus chayqa mana iskay kutiy hamuyninkama pasanchu; ichaqa kawsarimusqanku Danielpa rikuywan tupachisqa kachkan, chay causativo “marah” nisqa rikuywan, maypichus qawashqanku rikch’ayninman tikrasqa kanku. Siki siki hina, sellakuy ruwayqa ancha allinta profético testimonio nisqawan churakusqa kachkan.</w:t>
      </w:r>
    </w:p>
    <w:p>
      <w:pPr>
        <w:pStyle w:val="ArticleBody"/>
        <w:jc w:val="left"/>
      </w:pPr>
      <w:r>
        <w:rPr>
          <w:rFonts w:ascii="Times New Roman" w:hAnsi="Times New Roman" w:eastAsia="Times New Roman" w:cs="Times New Roman"/>
        </w:rPr>
        <w:t>Apocalipsis chunka hukniyuq kapitulumanta, “kimsa p’unchay kuskanwan qhipamantaqa Diosmanta kawsay Espíritu yaykurqan” iskay testigokunaman, “hinaspataq paykuna” chaymanta “chakinkupi sayariqku; hinaspa hatun manchay urmaykurqan paykunata rikkuqkunaman,” hinaspataq karqan “hanaq pachamanta hatun rimay paykunata nispa: Kayman wichariychik. Hinaspataq puyupi hanaq pachaman wicharirqanku; hinaspa awqankuna paykunata rikurqanku.”</w:t>
      </w:r>
    </w:p>
    <w:p>
      <w:pPr>
        <w:pStyle w:val="ArticleBody"/>
        <w:jc w:val="left"/>
      </w:pPr>
      <w:r>
        <w:rPr>
          <w:rFonts w:ascii="Times New Roman" w:hAnsi="Times New Roman" w:eastAsia="Times New Roman" w:cs="Times New Roman"/>
        </w:rPr>
        <w:t>Ñawpaqtaqa Espíritu paykunaman yaykurqan, chaymantataq chakinkunapi sayarirqanku, hinaspa sayarisqankumantaqa manchakuy urmaykurqan ñawpaqta wañusqankumanta kusisqa qatiqnin kunaman. Chaymantataq huk rimay paykunata hanaqman waqyan, hinaspa qatiqninkuna chay ruwayta rikunku. Ezequielwanqa ñawpaqta paykuna requsikunku chay pampapi chinkasqa hinaspa wañusqa hina; chaymantataq huk profecía willakuy rimarisqa, chaymi paykunata huñun; chaymanta iskay kaq profecíaqa paykunata sayarichin atiyniyuq sinchi ejército hina. Danielwanqa ñawpaqta hatun visión-ta rikun, chaymi iskay clase runakunapa t’aqasqa kananpaq rurayninpaq; chaymantataq kimsa kuti llankhaykusqa kasqa.</w:t>
      </w:r>
    </w:p>
    <w:p>
      <w:pPr>
        <w:pStyle w:val="ArticleBody"/>
        <w:jc w:val="left"/>
      </w:pPr>
      <w:r>
        <w:rPr>
          <w:rFonts w:ascii="Times New Roman" w:hAnsi="Times New Roman" w:eastAsia="Times New Roman" w:cs="Times New Roman"/>
        </w:rPr>
        <w:t>Ñawpaq kutipi llamk’asqa kaptinqa manan kallpayuqchu karqa, sinchi puñuypin karqa, uyñunpas allpaman qhawasqa karqa. Puñuyqa wañuymanmi rikch’akuq. Chaywanpas rimarisqa simikunataqa uyarirqam.</w:t>
      </w:r>
    </w:p>
    <w:p>
      <w:pPr>
        <w:pStyle w:val="ArticleScripture"/>
        <w:jc w:val="left"/>
      </w:pPr>
      <w:r>
        <w:rPr>
          <w:rFonts w:ascii="Times New Roman" w:hAnsi="Times New Roman" w:eastAsia="Times New Roman" w:cs="Times New Roman"/>
        </w:rPr>
        <w:t>Ama musphaychischu kaymanta: imaraykuchus hora hamushanña, chaypi llapa p'ampasqakunapi kaqkunaqa kikinpa rimayninta uyarinqaku. Juan 5:28.</w:t>
      </w:r>
    </w:p>
    <w:p>
      <w:pPr>
        <w:pStyle w:val="ArticleBody"/>
        <w:jc w:val="left"/>
      </w:pPr>
      <w:r>
        <w:rPr>
          <w:rFonts w:ascii="Times New Roman" w:hAnsi="Times New Roman" w:eastAsia="Times New Roman" w:cs="Times New Roman"/>
        </w:rPr>
        <w:t>Chaymantaqa Gabrielqa Danielta makinmanta qonqormanmanta sayachirqan, chaymantaq sayariyta kamachirqan, paymi sayarqan, ichaqa katkatashaq. Chaymantataq Gabrielp siminkunata uyarirqan, ichaqa upallaqlla saqisqa karqan. Ezequielpas Cristop rikuyayninta rikurqan, chaypas kikillan ruwaykuna qatipakuyninta paqarichirqan.</w:t>
      </w:r>
    </w:p>
    <w:p>
      <w:pPr>
        <w:pStyle w:val="ArticleScripture"/>
        <w:jc w:val="left"/>
      </w:pPr>
      <w:r>
        <w:rPr>
          <w:rFonts w:ascii="Times New Roman" w:hAnsi="Times New Roman" w:eastAsia="Times New Roman" w:cs="Times New Roman"/>
        </w:rPr>
        <w:t>Paykunapa umallankunamanta hanaqpi kaq firmamentu patapi karqa huk tiyana rikch’aynin, zafiro rumipa rikch’aynin hina; chay tiyanapa rikch’aynin patapitaq karqa huk runapa rikch’aynin hina, hawanpi tiyashaq. Hinaspa rikurqani ámbar nisqapa llimp’in hina, ukhunpi muyuriq nina rikch’ayninta hina, sikiyninmanta hanaqman rikch’ayninmanta pacha; sikiyninmanta uraymanpas rikurqani, imaynachus ninapa rikch’aynin hina, muyuriqnintintaq kanchariy karqa. Para p’unchawpi phuyu ukhupi kaq k’uychi imayna rikurinqa, chayhinam muyuriqninpi kaq kanchariyqa rikurirqa. Kaymi Señorpa hatun k’anchayninpa rikch’ayninpa rikch’aynin karqa. Chayta rikuspataq uyayman urmurqani, hinaspa uyarirqani huk rimachiqpa siminta. Paytaq niwarqa: Runa churiy, chakiykikunapi sayariy, qanwan rimasaq. Hinaspa rimawashaqtin espiritu yaykurqa ñuqaman, chaymantataq chakiykunapi sayarichiwaq, chayhinaqa uyarirqani ñoqawan rimachiqta. Ezequiel 1:26–2:2.</w:t>
      </w:r>
    </w:p>
    <w:p>
      <w:pPr>
        <w:pStyle w:val="ArticleBody"/>
        <w:jc w:val="left"/>
      </w:pPr>
      <w:r>
        <w:rPr>
          <w:rFonts w:ascii="Times New Roman" w:hAnsi="Times New Roman" w:eastAsia="Times New Roman" w:cs="Times New Roman"/>
        </w:rPr>
        <w:t>Rikch’ariyqa iskaynin Ezequielta, Danieltapas allinta ñut’uchirqan allp’aman, chaypiqa pampapi sonqonman urmaykusqa kasharqanku. Chay hina kashaspapas, iskayninkuqa Señorpa rimayninta uyarirqanku, chaymantataq sayarichisqa karqanku paykunaman nisqa simikunata uyarinankupaq; hinaspa chay simikunata uyarispankuqa “Espíritun paykunaman haykurqan”. Dios kaywan huñusqa kayqa hunt’akapun Diospa Siminta chaskispa, Santo Espíritumanta apamuwasqa kaqtin. “Simi” nisqaqa imanamantaq divinidadta runa kayman apachin. Kay chiqaqta reqsikuyqa ancha necesitakun, Gabriel chapter elevenpi Danielman qosqan profétic hinasqa historiapa llakiyta, ancha chaninta ima allinta entiendenapaq. Chapter elevenpi rikuchisqa profétic historiaqa canalmi, chaymanta santo aceite yachaq vírgenesman apachisqa kananpaq.</w:t>
      </w:r>
    </w:p>
    <w:p>
      <w:pPr>
        <w:pStyle w:val="ArticleBody"/>
        <w:jc w:val="left"/>
      </w:pPr>
      <w:r>
        <w:rPr>
          <w:rFonts w:ascii="Times New Roman" w:hAnsi="Times New Roman" w:eastAsia="Times New Roman" w:cs="Times New Roman"/>
        </w:rPr>
        <w:t>Ezequielwanmi, chaylla kamachisqa kachkan huk willakuyta Laodicea nisqa Adventismoman apananpaq, ichaqa qallariymantapacha Ezequielman yachachisqa kachkan Laodicea nisqa Adventismo mana uyarinqachu rimayninkunata, paykunaqa huk hatariq wasim kashaqtin. Ezequielpa kawsayninmi Isaiaspa kawsaynin capítulo suqtapi, chayrayku iskay testigokunapa siminpi, Dios Danielta puñuymanta rikchachispan, wañuypa señalan kasqanmanta, Danielman qusqa kachkan huk willakuy Laodicea nisqa Adventismopa hatariq wasinpaq, ichaqa mana uyarinqachu.</w:t>
      </w:r>
    </w:p>
    <w:p>
      <w:pPr>
        <w:pStyle w:val="ArticleBody"/>
        <w:jc w:val="left"/>
      </w:pPr>
      <w:r>
        <w:rPr>
          <w:rFonts w:ascii="Times New Roman" w:hAnsi="Times New Roman" w:eastAsia="Times New Roman" w:cs="Times New Roman"/>
        </w:rPr>
        <w:t>Chayqa qhepamanqa Danielta iskay kutita yapamanta llamkan Cristo Kikin, paymi Danielpa siminta tupaykun, hinallataq Isaiaspa siminta altarmanta shamusqa q’illpawan tupaykusqan hina. Chaymanta Danielqa rimayta atirqan, ichaqa manaraq kallpayuqchu karqa, nitaq samayniyuqchu karqa. Ezequielman hinaqa samayqa hamun “tawa wayrakuna” nisqa willakuywan, chaymi Ezequielpa iskay ñiqin qhelqasqan karqa. Ezequielpa tawa wayrakunamanta willakuyninqa Danielpa kimsa ñiqin tupaykusqanwan tupanchakun, chay pachapin samay tullukunaman haykun, paykunataq hatun soldadokuna hina sayarinku. Danielpa kimsa ñiqin tupaykusqanpim kallpachakusqa kan.</w:t>
      </w:r>
    </w:p>
    <w:p>
      <w:pPr>
        <w:pStyle w:val="ArticleBody"/>
        <w:jc w:val="left"/>
      </w:pPr>
      <w:r>
        <w:rPr>
          <w:rFonts w:ascii="Times New Roman" w:hAnsi="Times New Roman" w:eastAsia="Times New Roman" w:cs="Times New Roman"/>
        </w:rPr>
        <w:t>18 julio 2020 p’unchawpi, Diospa qhepa p’unchawkuna runankuna ch’eqesqa karqanku, hinaspataq tinkurqanku yuyaychasqa rikch’akuypi suyakuypa tiempoman. Sellos churaypa historianninqa rikuchisqa karqa 22 octubre 1844 historiapi, 1863 watapi hatarikuyman chayanankama. Chaypi representasqa historia rikhurimunmi hawan-hawanpas 11 septiembre 2001 p’unchawmanta Domingo ley kama, ichaqa hawan-hawanpas rikhurimun 18 julio 2020 p’unchawmanta Domingo ley kama. Kay profetiku rikch’akuyqa sayachisqa kachkanmi chay rayku, simbolokuna hukmanta aswan huk ñiqi ima ninayuq kasqankurayku, hinaspa chay ninanqa sut’inchasqa kanan tiyan maypi contexto ukhupi churakunku chayman hina.</w:t>
      </w:r>
    </w:p>
    <w:p>
      <w:pPr>
        <w:pStyle w:val="ArticleBody"/>
        <w:jc w:val="left"/>
      </w:pPr>
      <w:r>
        <w:rPr>
          <w:rFonts w:ascii="Times New Roman" w:hAnsi="Times New Roman" w:eastAsia="Times New Roman" w:cs="Times New Roman"/>
        </w:rPr>
        <w:t>Kimsa angelkunamanta mayqennin chayamunanta hinaspa rurasqanta yuyarispaqa, llapankutaq chaylla kaq ruway p’atawan kamachisqa kanku. Chaykunaqa chay pachapin chayamunku maypachachus paykunawan tupaq willakuq rimay kicharisqa kachkan. Chay willakuq rimayqa kimsa pataman churakusqa kasqanman hina sayarichisqa kachkan: chayamun, kallpachasqa kanan, hinaspa tukukuyninpi wisq’asqa punku. Chay historiapi hukñiqin unanchakunaqa kanmi, ichaqa mayqinpas kimsa angelkunamanta hukninpa chayamunampaq kimsa pruebapa unanchankunaqa ñawpaq unancham, maypachachus huk profecía kicharisqa kachkan. Chay kicharisqa willakuq rimayqa huk takyachiywan kallpachasqa kachkan, hinaspa chay takyachiywan kallpachayqa chay historiapi qhari warmikunata prueban. Chay historiapa tukukuyninqa huk rikuchikuq pruebata paqarichin, mayqenchus kimsañiqin pruebapi sayaqkuna yachaqchu manachu, utaq mana yachaqchu kasqankuta sut’ita rikuchinanpaq.</w:t>
      </w:r>
    </w:p>
    <w:p>
      <w:pPr>
        <w:pStyle w:val="ArticleBody"/>
        <w:jc w:val="left"/>
      </w:pPr>
      <w:r>
        <w:rPr>
          <w:rFonts w:ascii="Times New Roman" w:hAnsi="Times New Roman" w:eastAsia="Times New Roman" w:cs="Times New Roman"/>
        </w:rPr>
        <w:t>11 septiembre 2001manta Domingo kamachikuykama wiñay pacha willakuy ukhupi kimsa angelkunata reqsispa tarinki. Ñawpaq angelqa 11 septiembre 2001pi chayamurqa, iskayñiqin angelqa 18 julio 2020pi chayamurqa, kimsañiqin angeltaq utqay hamuq Domingo kamachikuypi chayamun (litmus test nisqapi). 22 octubre 1844qa 11 septiembre 2001wan tupachisqa kachkan, 1856taq 18 julio 2020wan tupachisqa kachkan, 1863taq Domingo kamachikuywan tupachisqa kachkan. Chayhina kaptinqa, 22 octubre 1844manta 1863kamaqa 18 julio 2020manta Domingo kamachikuykama hinallataq tupachisqa kachkan, imaraykuchus 18 julioqa sellokuy willakuy paqariyninpi iskayñiqin angelpa chayamuynin karqa. Qhipaman hamuq willakuyqa allinlla reqsisqa kachkan, mayqin angelpañataq waymarkakuna kasqan hina.</w:t>
      </w:r>
    </w:p>
    <w:p>
      <w:pPr>
        <w:pStyle w:val="ArticleBody"/>
        <w:jc w:val="left"/>
      </w:pPr>
      <w:r>
        <w:rPr>
          <w:rFonts w:ascii="Times New Roman" w:hAnsi="Times New Roman" w:eastAsia="Times New Roman" w:cs="Times New Roman"/>
        </w:rPr>
        <w:t>18 julio 2020 p’unchawpi, huk chiqaqmi manañam pakasqa karqan, chayqa chay mirayta pruebaman churana karqan. Chay willakuypa iskay kaq puriyninqa maypichus iskay testigokuna kawsarimunku chaymi. Chaymantataq pruebaykunku, chay p’unchaw rikuchisqa k’anchayta chaskinkuchu mana chaskinkuchu nispa; chayqa kunanmi ruwakusqa kachkan. Chaymanta Domingo ley p’unchawpi (litmus prueba), sut’ita rikuchikunqa pichus yachaysapa virgen kasqan, pichus mana kasqanta. Sichus kay historiata huklla angelpa estructura-nin hina qhawarispa, hinaspataq 22 octubre 1844 p’unchawmanta 1863 watapi hatarikuyman chayasqankama, 18 julio 2020 p’unchawmanta Domingo leykama historiapa hawanman churanchis, tarisunchis 1849 watapi Sister White sut’ita rimasqanta, Señorqa yapamanta makinta mast’arirqan llaqtanpa puchuqnin runakunata huñunampaq.</w:t>
      </w:r>
    </w:p>
    <w:p>
      <w:pPr>
        <w:pStyle w:val="ArticleBody"/>
        <w:jc w:val="left"/>
      </w:pPr>
      <w:r>
        <w:rPr>
          <w:rFonts w:ascii="Times New Roman" w:hAnsi="Times New Roman" w:eastAsia="Times New Roman" w:cs="Times New Roman"/>
        </w:rPr>
        <w:t>1844 watapi 22 p’unchawmanta 1849 watakama, Diospa llaqtanqa ch’iqichisqa karqanku. 1850 watapiqa Habacucpa iskay tablankunamanta iskay ñiqinta rurarqunku. 1851 watapa enero killapim musuq diagramata Review nisqapi willakuyta qallarirqanku. Diospa llaqtanqa ch’iqichisqa karqanku, hinaspa kinsa kaq angelqa k’anchaywan chayamurqa. Chaymantataq Diosqa yapamanta huñuyta qallarirqan, hinaspa payqa paykuna willakunanpaq kaq qhelqapa rikch’ayninta qorqan, imaynachus 1842 watapi rurarqan hina. 1844 watapi octubre killapa 22 p’unchawninpi chayamusuq k’anchayqa yachay yapakuymi karqa, hinaspa paypa pusaynin urapi wiñaspalla purirqan; 1856 watapitaq chay k’anchaypa uma ruminta qallarichirqanku. Chay k’anchayqa “qanchis kuti” nisqapi karqa, chaymi William Miller ñawpaqta reqsirqan kaq k’anchay karqa, hinaspataq 1844 watapi octubre killapa 22 p’unchawninpi hunt’asqa kaq huk profecía hina rikuchisqa karqa.</w:t>
      </w:r>
    </w:p>
    <w:p>
      <w:pPr>
        <w:pStyle w:val="ArticleBody"/>
        <w:jc w:val="left"/>
      </w:pPr>
      <w:r>
        <w:rPr>
          <w:rFonts w:ascii="Times New Roman" w:hAnsi="Times New Roman" w:eastAsia="Times New Roman" w:cs="Times New Roman"/>
        </w:rPr>
        <w:t>1856 watapi “qanchis kuti” nisqapa k’anchayninqa, huk ladoqa Millerman qosqa yachaypa yapakusqanmanta tukukuynin karqan, paymi ñawpaq angelpa willakuqnin karqan; ichaqa hinallataqmi kimsa kaq angelpa qhepa k’anchayninpas karqan, chaymi 1844 watapa octubre killapa 22 p’unchawninpi qosqa karqan. 1856 watapi chay k’anchayta mana chaskiyqa, huk ladoqa 1798 watapi kichasqa yachaypa yapakusqanta mana chaskiy karqan, ichaqa hinallataq 1844 watapa octubre killapa 22 p’unchawninpi kichasqa yachaypa yapakusqantapas mana chaskiy karqan; chaytaqa chaypacham, chay pachallapim, Philadelphiaq experienciamanta Laodiceaq experienciaman tikraqkuna mana chaskirqanku. 1863 watapi hatarikuyninqa kimsa kaqmi karqan, hinaspa litmus pruebayna qhawachikuqmi karqan; chaytaqa huk llulla cuadro nisqawanmi rikuchirqanku, chaymi “qanchis kuti” nisqapa k’anchayninta hurqusqan.</w:t>
      </w:r>
    </w:p>
    <w:p>
      <w:pPr>
        <w:pStyle w:val="ArticleBody"/>
        <w:jc w:val="left"/>
      </w:pPr>
      <w:r>
        <w:rPr>
          <w:rFonts w:ascii="Times New Roman" w:hAnsi="Times New Roman" w:eastAsia="Times New Roman" w:cs="Times New Roman"/>
        </w:rPr>
        <w:t>19 punchawri 1844 watapi killapi ñawpaq llakikuyqa Diospa rurasqanmi karqa, paypa makinwan 1843 watapi ñawpaq pionerokunaq siq’ichasqan chartpi wakin yupaykunapi pantasqakuna patapi hark’asqanrayku; chaymi ñawpaq angelpa Filadelfia kuyuyman hamurqa. 18 punchawri julio killapi 2020 watapi ñawpaq llakikuyqa kimsa kaq angelpa Laodicea kuyuyman runakuna apamurqanku, 22 punchawri octubre killapi 1844 watapi Cristo hanaq pachaman makin hoqarispa jurasqanta mana yupaychasqankurayku: pacha manaña kanqachu nispa. 18 punchawri julio killapi 2020 watapi huk willakuy kichasqa karqa, kay mirayqen virginkunata pruebananpaq. Hinallataq 1850 watapi hina, Señorqa 2023 watapi iskay kutita makin mast’arirqan, Ezequielpa wañusqa tullunkunata huñunampaq, chaykunaqa 18 punchawri julio killapi 2020 watamanta pacha callepi wañusqa kasharqanku. 1851 watakamaqa, willakuypa musuq rikuchikuy-nisqa karqa, chayqa Habacuc iskay kaq kapitulumanta profeciapa hunt’asqanmi karqa; chayraykutaq reqsichin, 2023 watamanta qhepanpi Señorqa musuq kawsayniyuq señalta hoqarinqa, chayqa Habacucpa iskay tablankunawan unanchasqa kashan.</w:t>
      </w:r>
    </w:p>
    <w:p>
      <w:pPr>
        <w:pStyle w:val="ArticleBody"/>
        <w:jc w:val="left"/>
      </w:pPr>
      <w:r>
        <w:rPr>
          <w:rFonts w:ascii="Times New Roman" w:hAnsi="Times New Roman" w:eastAsia="Times New Roman" w:cs="Times New Roman"/>
        </w:rPr>
        <w:t>Habacucpa iskay tablankunaqa chunka kamachikuykunapa iskay tablankunawanmi rikuchisqa karqanku, chaymantapas Pentecostés raymipi iskay kuyuchisqa t’antakunawanmi. Pachak tawa chunka tawa waranqa runakunaqa ñawpaq ruruchakuy haywarisqa kasqankumanta reqsisqa kanku, paykunataq Malakíaspi haywarisqata rikuchiqkuna kanku, “ñawpaq p’unchaykunapi hina, ñawpaq watakunapi hina” nisqaman hina. Paykunaqa huk kuyuchisqa haywarisqa hina hoqarisqa kanku, llapa pachapa rikunanpaq.</w:t>
      </w:r>
    </w:p>
    <w:p>
      <w:pPr>
        <w:pStyle w:val="ArticleBody"/>
        <w:jc w:val="left"/>
      </w:pPr>
      <w:r>
        <w:rPr>
          <w:rFonts w:ascii="Times New Roman" w:hAnsi="Times New Roman" w:eastAsia="Times New Roman" w:cs="Times New Roman"/>
        </w:rPr>
        <w:t>Pachak tawa chunka tawa waranqaqkuna rikch’ariyninqa huñunakuymanta qallarin, chay huñunakuynataq Diospa Siminwan hunt’akuchkan; Ezequielpa wañusqa tullunkunaqa Diospa Siminta uyarispan huñusqakunku, wañusqalla kachkaptinku. Ezequielqa runa yanapakuqta rikuchin, chaymi tullukunata huñuq willakuyta willakun, Apunchikpa makin­ta iskay kaq kutipi mast’arispa puchuqninta huñunanpaq. Isaías, Jeremías, Daniel, Juan, hinallataq Ezequielpas runa kaq imata sut’inchanku, chaymi wañusqa ch’aki tullukunaman apamun hanaq pacha willakuyniyuqta.</w:t>
      </w:r>
    </w:p>
    <w:p>
      <w:pPr>
        <w:pStyle w:val="ArticleBody"/>
        <w:jc w:val="left"/>
      </w:pPr>
      <w:r>
        <w:rPr>
          <w:rFonts w:ascii="Times New Roman" w:hAnsi="Times New Roman" w:eastAsia="Times New Roman" w:cs="Times New Roman"/>
        </w:rPr>
        <w:t>Tullukunata huñusqaña kaptinmi Señorqa yachaypa yapakuyninta rikuchin, chayqa pruebapa wichq’aynin tukukuymanta ñawpaqllata kichasqa kachkan; chay yachaytaq “Danielpa profecianmanta pisi, qhepa p’unchaykunaman hayk’uq nisqapi” sut’inchasqa kachkan. Ezequielpa iskay kaq profecianpiqa, kichasqa k’anchayqa kinsa kaq ay nisqa kachkan, chaymi inti lloqsimuq wayrapa willakuynin, tullukunaman kawsayta samachiq, hinallataq paykunata atiyniyuq hatun ejército hina sayariychin. Danielman rikuchisqa k’anchayqa chay k’anchaymi, chunka hukniyuq kaq capitulopi norte kaq reyniyuqwan sut’inchasqa. Huñunaykuspaqa Ezequielwan Danielwan “Danielpa profecianmanta pisi, qhepa p’unchaykunaman hayk’uq nisqa” sut’inchasqata reqsinchik, chayqa (inti lloqsimuq) wayrapa willakuyninwan (norte kaq) reyniyuqwanmi.</w:t>
      </w:r>
    </w:p>
    <w:p>
      <w:pPr>
        <w:pStyle w:val="ArticleScripture"/>
        <w:jc w:val="left"/>
      </w:pPr>
      <w:r>
        <w:rPr>
          <w:rFonts w:ascii="Times New Roman" w:hAnsi="Times New Roman" w:eastAsia="Times New Roman" w:cs="Times New Roman"/>
        </w:rPr>
        <w:t>Ichaqa inti llaqtakuna inti lluqsiymanta, hinallataq chinchaymanta hamuq willakuykuna payta mancharichinqa; chayrayku hatun piñakuyninwan lluqsinqa chinkachinampaq, achka runakunata tukuchinampaqpas lliwta. Daniel 11:44.</w:t>
      </w:r>
    </w:p>
    <w:p>
      <w:pPr>
        <w:pStyle w:val="ArticleBody"/>
        <w:jc w:val="left"/>
      </w:pPr>
      <w:r>
        <w:rPr>
          <w:rFonts w:ascii="Times New Roman" w:hAnsi="Times New Roman" w:eastAsia="Times New Roman" w:cs="Times New Roman"/>
        </w:rPr>
        <w:t>1856 watapi, Señorqa llank’ananta tukuchiyta munarqa, llaqtanman sellos churananpaq; ichaqa paykunaqa hatarirqaku. Paykunata Laodicea hina kayninkumanta lluqsichinapaq llamk’achiyta munasqan willakuyqa Levítico iskay chunka suqtañiyuqpi kashan “qanchis kuti” nisqaqa karqan. Señorqa llaqtanta huñuyta qallarispa julio killapi, 2023 watapi, hukmanta paykunaman “qanchis kuti” nisqa willakuyman qurirqan, hinaspa huk imakunawanpas reqsichirqan antitípico Día de Expiación p’unchawpi Jubileo trompetan waqaychananpaq kasqanta, maypichus qanchis kaq trompetapas waqaychanan karqa. Jubileo trompetaqa “qanchis kuti” nisqap unanchaqninmi, qanchis kaq trompetaqa kinsa kaq ay. Miguelqa Daniel pusaq chunka kaq capitulopi uraykamuptin. Danielqa chaykunatan rikch’akurqan, pikunachus Levítico iskay chunka suqtañiyuqpa mañakuyninta mañakuspa chaskinku, hinaspa pikunachus Daniel iskay kaq capitulopi profético pakasqa yachayta entiendenapaq maskanku.</w:t>
      </w:r>
    </w:p>
    <w:p>
      <w:pPr>
        <w:pStyle w:val="ArticleBody"/>
        <w:jc w:val="left"/>
      </w:pPr>
      <w:r>
        <w:rPr>
          <w:rFonts w:ascii="Times New Roman" w:hAnsi="Times New Roman" w:eastAsia="Times New Roman" w:cs="Times New Roman"/>
        </w:rPr>
        <w:t>Danielqa rikuchkanmi Diospa vozninwan huñusqakuna-ta, chaymanta sayarinku chakinkupi kallpachasqa, inti lloqsimuy suyumanta hinaspa chinchay suyumanta willakuyta willanankupaq. Chay willakuyta willanku domingo p’unchay kamachiy hamuq qaylla kachkaptin. Chay ejercitota hatarichiy rurayqa ancha sut’ita willasqa profecíaq yachayninmi, hinallataq maypacha Divinidad runa kaywan huñunakuyta qallarin, pachak tawa chunka tawa waranqa sellaqakunapa hunt’asqanman hina, qallarikurqan chay historiapi Daniel chunka hukniyuqpi chunka hukniyuq versículopi rikuchisqapi. Daniel chunka hukniyuqpa huk versículomanta chunka suqta chunka versículokama rikuchisqa historiqa junt’achinmi chunka versículopa pakasqa historianta, chayqa “Danielpa profecíanmanta qhipa p’unchaykunaman tupuq chay parte”-mi.</w:t>
      </w:r>
    </w:p>
    <w:p>
      <w:pPr>
        <w:pStyle w:val="ArticleBody"/>
        <w:jc w:val="left"/>
      </w:pPr>
      <w:r>
        <w:rPr>
          <w:rFonts w:ascii="Times New Roman" w:hAnsi="Times New Roman" w:eastAsia="Times New Roman" w:cs="Times New Roman"/>
        </w:rPr>
        <w:t>Kay qallarichkuyku Daniel chunka hukniyuqpa chunka kimsaqniyuqmanta chunka pichqayuqkama versículokunata yuyayman churayta, chayqa ñawpaqta hunt’akusqa karqa Panium maqanakuypi, Cristo manaraq paqarinmanta iskay pachak watapi (200 a.C.), ancha allinmi kay versículokuna ima niyniyuq kasqanta entiendenanchikpaq. Paniumqa kinsa maqanakuykunamanta kimsan kaq proxy guerra nisqam. Ñawpaq kaq maqanakuymi tukukusqa karqa papadoq atipaywan hinaspa paypa proxy ejercitowan, Estados Unidos, 1989 watapi. Qhepa kaq maqanakuymi, chunka hukniyuq hinaspa chunka iskayniyuq versículokunawan rikuchisqa, chaymi hunt’akusqa karqa Raphia Maqanakuywan; uray llaqtapa reynin (Rusia)qa atipayta ruwanqa hanaq llaqtapa reyninta hinaspa paypa proxy ejercitonta Ucraniapi. Kinsa kaq maqanakuymi kanqa hina ñawpaq kaqman, papadowan (hanaq llaqtapa reynin) Comunismota (Naciones Unidas) atipaykuspa, paypa proxy ejercitowan (Estados Unidos). Ichaqa kay kinsa kaq proxy guerra, chayqa Panium Maqanakuymi, qallarinqa hinallataq Kimsa Kaq Mundial Guerratapas.</w:t>
      </w:r>
    </w:p>
    <w:p>
      <w:pPr>
        <w:pStyle w:val="ArticleBody"/>
        <w:jc w:val="left"/>
      </w:pPr>
      <w:r>
        <w:rPr>
          <w:rFonts w:ascii="Times New Roman" w:hAnsi="Times New Roman" w:eastAsia="Times New Roman" w:cs="Times New Roman"/>
        </w:rPr>
        <w:t>Qatiq qelqaq qillqapi kay yachayta ñawpaqman apasaqku.</w:t>
      </w:r>
    </w:p>
    <w:p>
      <w:pPr>
        <w:pStyle w:val="ArticleScripture"/>
        <w:jc w:val="left"/>
      </w:pPr>
      <w:r>
        <w:rPr>
          <w:rFonts w:ascii="Times New Roman" w:hAnsi="Times New Roman" w:eastAsia="Times New Roman" w:cs="Times New Roman"/>
        </w:rPr>
        <w:t>“Imaynam querubinkunapa riprankuna urapi kaq makipa kamachisqanpi hina chay rueda-hina sasachakuykuna kasqankuta, chayhinallataq runakunapa rurayninkunapa sasachakusqa pukllayninqa Diospa kamachiynin uranpi kachkan. Nacionespa chawpipi maqanakuywan ch’aqwaywanpas, querubinkunapa hawanpi tiyakuqmi kay pachapa rurayninkunata manaraq saqespa pusashan.</w:t>
      </w:r>
    </w:p>
    <w:p>
      <w:pPr>
        <w:pStyle w:val="ArticleScripture"/>
        <w:jc w:val="left"/>
      </w:pPr>
      <w:r>
        <w:rPr>
          <w:rFonts w:ascii="Times New Roman" w:hAnsi="Times New Roman" w:eastAsia="Times New Roman" w:cs="Times New Roman"/>
        </w:rPr>
        <w:t>Llaqtakunapa sarnaqäwinku, hukninmanta huknin qispichisqa tiemponchikta, hinallataq t’aqasqa mayunchikta hap’ispanku, mana yachasqankurayku chay cheqaq kayta qhawachispa, paykuna kikin mana yachasqankuta ima ninan kasqanta, ñuqanchisman rimarin. Sapa llaqtaman, sapa runamanpas kay p’unchaykunapi, Diosmi mayta churapun hatun yuyayninpi. Kunan p’unchawkunapi runakunapas llaqtakunapas tupusqa kachkanku plomadawan, chay mana pantay atiqpa makinpi. Llapanmi kikin akllasqankuwan kamachkanku imayna tukunanpaq kasqankuta, hinaspan Diosmi llapanta kamachin paypa munasqan hunt’akunampaq.</w:t>
      </w:r>
    </w:p>
    <w:p>
      <w:pPr>
        <w:pStyle w:val="ArticleScripture"/>
        <w:jc w:val="left"/>
      </w:pPr>
      <w:r>
        <w:rPr>
          <w:rFonts w:ascii="Times New Roman" w:hAnsi="Times New Roman" w:eastAsia="Times New Roman" w:cs="Times New Roman"/>
        </w:rPr>
        <w:t>“Hatun KANI kasqan Diospa rimayninpi señalasqan historiata, huk t’inkita huk t’inkiman huñuspa profecíapa cadenanpi, ñawpa wiñaymanta jamuq wiñaykama, willawanchis kunan p’unchawpi maypichus kasqanchista watakunapa qatipasqanpi, hinallataq ima suyasqa kananpaq kasqanta jamuq tiempope. Llapa imapas profecía nisqanpa ñawpaqmanta willasqan hunt’akunanpaq, kunan p’unchawkama, historiapa p’anqankunapi rikuchisqa kashan; chayrayku allinmi yachanchisraq llapa ima jamunanpaqraq kasqanpas ordenninman hina hunt’akunanpaq kasqanta.</w:t>
      </w:r>
    </w:p>
    <w:p>
      <w:pPr>
        <w:pStyle w:val="ArticleScripture"/>
        <w:jc w:val="left"/>
      </w:pPr>
      <w:r>
        <w:rPr>
          <w:rFonts w:ascii="Times New Roman" w:hAnsi="Times New Roman" w:eastAsia="Times New Roman" w:cs="Times New Roman"/>
        </w:rPr>
        <w:t>“Tukuy kay pachapi kamachikuq qhapaqkunaq qhipa tukuyninqa chiqapta rimarisqa kachkan cheqaq simipi. Diosmanta taripasqa willakuy qhipa Israelpa qhipa reyninman nisqa profecíapi kay willakuyqa qosqa kachkan:</w:t>
      </w:r>
    </w:p>
    <w:p>
      <w:pPr>
        <w:pStyle w:val="ArticleScripture"/>
        <w:jc w:val="left"/>
      </w:pPr>
      <w:r>
        <w:rPr>
          <w:rFonts w:ascii="Times New Roman" w:hAnsi="Times New Roman" w:eastAsia="Times New Roman" w:cs="Times New Roman"/>
        </w:rPr>
        <w:t>“‘Kaymi nin Señor Dios: Qichuy llaqtapa umalliq wañk’achata, hinaspa qichuy coronata: … hatunchay pisi kasqata, huch’uyachiytaq alto kasqata. Ñoqaqa tikrachisaq, tikrachisaq, tikrachisaqmi chayta: manañataq kanqachu, pay hamunankama, pichus chaypaq derechoyuq kasqanman; hinaspa paymanmi qonqa chayta.’ Ezequiel 21:26, 27.”</w:t>
      </w:r>
    </w:p>
    <w:p>
      <w:pPr>
        <w:pStyle w:val="ArticleScripture"/>
        <w:jc w:val="left"/>
      </w:pPr>
      <w:r>
        <w:rPr>
          <w:rFonts w:ascii="Times New Roman" w:hAnsi="Times New Roman" w:eastAsia="Times New Roman" w:cs="Times New Roman"/>
        </w:rPr>
        <w:t>“Israelmanta qichusqa coronajaqa qatiq qatiq Babilonia, Medo-Persia, Grecia, hinallataq Roma nacionkunaman pasarqa. Diosmi nin: ‘Manañam kanqachu, paypa kananpaq kaq hamunankama; paytataq qosqaq.’”</w:t>
      </w:r>
    </w:p>
    <w:p>
      <w:pPr>
        <w:pStyle w:val="ArticleScripture"/>
        <w:jc w:val="left"/>
      </w:pPr>
      <w:r>
        <w:rPr>
          <w:rFonts w:ascii="Times New Roman" w:hAnsi="Times New Roman" w:eastAsia="Times New Roman" w:cs="Times New Roman"/>
        </w:rPr>
        <w:t>“Chay pachaqa qayllañam kashan. Kunan p’unchaw pacha señalkuna willakun hatun hinaspa ancha solemnereq ruwaykunapa punku punkupi sayasqanchikta. Tukuy imapas kay pachanchikpi ch’aqwaypi kashan. Ñawinchikkuna ñawpaqpi hunt’akushan Qispichiqpa profecían, paypa hamuyninman ñawpaqchasqa ruwaykunamanta: ‘Guerrakunata hinaspa guerrakunamanta rimasqakunata uyarisunkichik…. Suyuqa suyumanta hatarinqa, reinopas reinomanta: hinaspa muchuykuna, onqoy millaykuna, hinallataq pacha kuyuykuna kanqa imaymana cheqespi.’ Mateo 24:6, 7.”</w:t>
      </w:r>
    </w:p>
    <w:p>
      <w:pPr>
        <w:pStyle w:val="ArticleScripture"/>
        <w:jc w:val="left"/>
      </w:pPr>
      <w:r>
        <w:rPr>
          <w:rFonts w:ascii="Times New Roman" w:hAnsi="Times New Roman" w:eastAsia="Times New Roman" w:cs="Times New Roman"/>
        </w:rPr>
        <w:t>Kunan pachaqa llapa kawsakqkunapaq ancha hatun interésniyuq tiempo kasqanmi. Kamachiqkuna, estadistakuna, hinallataq confianzawan autoridadwan churakusqa puestokunapi kaq runakuna, yuyayniyuq qharikuna warmikuna ima llapa clasekunamanta, llapankum kunan ñawpaqninchikpi pasashaq ruwaykunaman sumaqta qhawarishanku. Paykunaqa nacionkuna ukhupi kaq sasachakusqa, mana samayniyuq tinkuykuna imayna kasqanta qhawashanku. Qhawarinku imayna kallpachasqa kasqanta sapa kay pachapi kaq imapas ukhunta jap’ishaqtin, hinaspa reqsinkum hatun, t’aqwiypaq kaq ima ruwaypas utqayman pasananpaq kasqanta—kay pachaqa hatun, manchay atiyniyuq crisispa patanpiña kasqanta.</w:t>
      </w:r>
    </w:p>
    <w:p>
      <w:pPr>
        <w:pStyle w:val="ArticleScripture"/>
        <w:jc w:val="left"/>
      </w:pPr>
      <w:r>
        <w:rPr>
          <w:rFonts w:ascii="Times New Roman" w:hAnsi="Times New Roman" w:eastAsia="Times New Roman" w:cs="Times New Roman"/>
        </w:rPr>
        <w:t>Kunanqa kachkanku wayrakunata hark’aspa, ama ch’aqwaypa wayrankuna wayramunankukama, kay pachapi kaqkuna hamuq chinkachisqa kasqankumanta willasqa kachunpaq; ichaqa huk hatun paraqati huñukuchkan, kay pachaman phutiykunanpaq wakichisqa; Diosqa angelninkunata wayrakunata cacharichiyta kamachiptinmi, chay hina ch’aqway ricch’ay kanqa mana ima qillqaqpas sut’ita rikuchiyta atinmanchu.</w:t>
      </w:r>
    </w:p>
    <w:p>
      <w:pPr>
        <w:pStyle w:val="ArticleScripture"/>
        <w:jc w:val="left"/>
      </w:pPr>
      <w:r>
        <w:rPr>
          <w:rFonts w:ascii="Times New Roman" w:hAnsi="Times New Roman" w:eastAsia="Times New Roman" w:cs="Times New Roman"/>
        </w:rPr>
        <w:t>“La Biblia, hinallataq Biblia sapallam, kay imakunamanta chiqap qhawariyta qun. Kaypin rikuchisqa kanku ñawpaqman chayamunanpaq hatun qhipa escenakuna kay pacha historiampi, chay ruwaykunaña ñam ñawpaqtaraq llanthunkuta wikch’arispa, asuykamuyninkupa unanchayninwan allpata khatatichispa, runakunapa sonqonkutapas manchakuywan pisi kallpayoq kayman churan.”</w:t>
      </w:r>
    </w:p>
    <w:p>
      <w:pPr>
        <w:pStyle w:val="ArticleScripture"/>
        <w:jc w:val="left"/>
      </w:pPr>
      <w:r>
        <w:rPr>
          <w:rFonts w:ascii="Times New Roman" w:hAnsi="Times New Roman" w:eastAsia="Times New Roman" w:cs="Times New Roman"/>
        </w:rPr>
        <w:t>“‘“Qhawariychis, Señorqa kay pachata ch’usaqyachin, waqlliyachin, tikrarichin hinaspa chaypi tiyaqkunata ch’iqirin…. Paykunaqa kamachikunata p’akirqanku, ordenanzata tikrarqanku, wiñay tratota p’akirqanku. Chayraykun ñakayqa pachata mikhurun, chaypi tiyaqkunataq ch’usaqchasqa kanku…. Panderokunapa kusikuyninqa tukukun, kusisqakunapa qapariyninqa chinkapun, arpapa kusikuyninqa tukukun.’ Isaías 24:1–18.”</w:t>
      </w:r>
    </w:p>
    <w:p>
      <w:pPr>
        <w:pStyle w:val="ArticleScripture"/>
        <w:jc w:val="left"/>
      </w:pPr>
      <w:r>
        <w:rPr>
          <w:rFonts w:ascii="Times New Roman" w:hAnsi="Times New Roman" w:eastAsia="Times New Roman" w:cs="Times New Roman"/>
        </w:rPr>
        <w:t>“‘“¡Anchaqmi chay p’unchaypaq! Señorpa p’unchayninqa qayllapiñam kashan, llapa-atiyniyoqmanta hamuq wañuchiy hinaqmi hamun…. Muyuqa allpa kurkukun ukhupi ismurusqanñam, qollqakunaqa ch’usaqyachisqanñam, qollqawasiykunaqa urmachisqanñam; saraqa ch’akirusqanrayku. ¡Imaynata uywakunaqa qaparinku! Waka qatun uywakunaqa pantasqas kanku, mana michina kananchikrayku; arí, oveja qatun uywakunaqa ch’usaqyachisqas kanku.’ ‘Uvas sach’aqa ch’akirusqanñam, higos sach’aqa pisi kallpayoqña kashan; granada sach’a, palma sach’a hinallataq manzana sach’a, arí, chakrapi llapa sach’akunaqa ch’akirusqañam: runakunapa churinkunamanta kusikuyqa ch’akirusqanrayku.’ Joel 1:15–18, 12.”</w:t>
      </w:r>
    </w:p>
    <w:p>
      <w:pPr>
        <w:pStyle w:val="ArticleScripture"/>
        <w:jc w:val="left"/>
      </w:pPr>
      <w:r>
        <w:rPr>
          <w:rFonts w:ascii="Times New Roman" w:hAnsi="Times New Roman" w:eastAsia="Times New Roman" w:cs="Times New Roman"/>
        </w:rPr>
        <w:t>“‘Sonqoypa ukhunpi sinchita ñak’arichisqa kani; … mana upallayta atinichu, imaraykuchus qan, aylluy sonqoy, uyarisqanki waqra waqayta, maqanakuypa qapariyninta. Chinkachiy hawan chinkachiymi qaparikun; tukuy suyuqa waqllisqa kashan.’”</w:t>
      </w:r>
    </w:p>
    <w:p>
      <w:pPr>
        <w:pStyle w:val="ArticleScripture"/>
        <w:jc w:val="left"/>
      </w:pPr>
      <w:r>
        <w:rPr>
          <w:rFonts w:ascii="Times New Roman" w:hAnsi="Times New Roman" w:eastAsia="Times New Roman" w:cs="Times New Roman"/>
        </w:rPr>
        <w:t>“‘Kayta qawarirqani kay pachata, hinaspa, qhawariy, mana ima formayoqmi karqa, ch’usaqtaqmi; hanaq pachakuna­ta­taq, mana k’anchayninyoqchu karqaku. Qawarirqani urqukunata, hinaspa, qhawariy, khatatatasqanku, llapa orqokuna­taq sasan kuyurirqaku. Qawarirqani, hinaspa, qhawariy, mana runachu karqa, llapa hanaq pacha p’isqukuna­taq ayqekapusqanku. Qawarirqani, hinaspa, qhawariy, allin ruruchaq pampaqa ch’in p’itaqmi karqa, llapa llaqtankunataq thuñisqa karqaku.’ Jeremías 4:19, 20, 23–26.”</w:t>
      </w:r>
    </w:p>
    <w:p>
      <w:pPr>
        <w:pStyle w:val="ArticleScripture"/>
        <w:jc w:val="left"/>
      </w:pPr>
      <w:r>
        <w:rPr>
          <w:rFonts w:ascii="Times New Roman" w:hAnsi="Times New Roman" w:eastAsia="Times New Roman" w:cs="Times New Roman"/>
        </w:rPr>
        <w:t>«“¡Ay! Chay p’unchawqa hatunmi, mana pipas pay hina kanchu; Jacobpa ñak’ariynin pacha kashanmi; ichaqa chaymanta qispisqa kanqa.” Jeremías 30:7». Educación, 178–181.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Qelqan — Pachak qanchis chunka qanchisniyuq kaqnin</dc:title>
  <dc:subject>Sutinakuy 144,000 kaqkunamanta: Danielpa rikuyayninmanta y profético simbolismomanta yachaykuna</dc:subject>
  <dc:creator>Jeff Pippenger</dc:creator>
  <cp:keywords/>
  <dc:description>Generated by ArticleDigger from daniel\177_daniel.json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