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Pusaq Chunka Hukniyuq Kimsañiqin</w:t>
      </w:r>
      <w:r>
        <w:rPr>
          <w:rFonts w:ascii="Microsoft YaHei" w:hAnsi="Microsoft YaHei" w:eastAsia="Microsoft YaHei" w:cs="Microsoft YaHei"/>
        </w:rPr>
        <w:t>】</w:t>
      </w:r>
    </w:p>
    <w:p>
      <w:pPr>
        <w:pStyle w:val="ArticleSubtitle"/>
        <w:jc w:val="left"/>
      </w:pPr>
      <w:r>
        <w:rPr>
          <w:rFonts w:ascii="Arial" w:hAnsi="Arial" w:eastAsia="Arial" w:cs="Arial"/>
        </w:rPr>
        <w:t>Chawpi Tuta Qapariy y Romaq Profétika Ruraynin: Danielpa Libropi Qhipa P’unchaykunata Rikuchispa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Daniel qillqap chunka hukniyuq kapítulo ukunpiqa, askha profecía siq’ikuna kanku, llapallanku chay capítuloq qhepa suqta versículonkunawan tupanku. Chay t’aqa, kay pacha tukukuymanta pacha 1989 watapi qallarispa, tawa chunka versículopi rikuchisqa historiatawan, tawa chunka hukniyuq versículopi domingo kamachiykama tupaqnin, chaymi profecíaq t’aqan, qhepa p’unchaykuna kama sellasqa karqa. Chayqa Danielpa yanapayninmi Jesucristopa Revelaciónninman, hinaspa chayqa mana sellasqañam probación tukukuyta qayllaykuspa ñawpaqta. Iskay versículoqa Trump-ta reqsichin, qhepa Republicano presidenteta, qhepa Presidenteta, qanchis-manta kaq pusaq kaq Presidenteta, paymi aswan qhapaq presidente karqa, hinaspa 2015 watapi candidaturanta willakusqanwan globalistakunata kuyuchiyta qallarin. Chunka versículoqa 1989 watata reqsichin, chunka hukniyuq chaymanta chunka iskayniyuq versículokunataq Ucrania llaqtapi guerrata reqsichinku, mayqinchus 2014 watapi qallarin, Putinpa atipayninwan hinaspa qhepaman chinkayninwan.</w:t>
      </w:r>
    </w:p>
    <w:p>
      <w:pPr>
        <w:pStyle w:val="ArticleBody"/>
        <w:jc w:val="left"/>
      </w:pPr>
      <w:r>
        <w:rPr>
          <w:rFonts w:ascii="Times New Roman" w:hAnsi="Times New Roman" w:eastAsia="Times New Roman" w:cs="Times New Roman"/>
        </w:rPr>
        <w:t>Chunka kinsa chunka phisqakamakunaqa, chunka tawaqay versículopi kinsa maqanakuykunamanta kimsayuqta willakunku: qallarispa Unión Soviética urmananmanta 1989 watapi, chaymanta Guerra de Ucrania, hinaspa qatiqninpi Panium Maqanakuy, mayqenchus sut’inchan Estados Unidospi apostata protestantismopa hawa maqanakusqanta, kay pachapi globalistakunapa contranpi.</w:t>
      </w:r>
    </w:p>
    <w:p>
      <w:pPr>
        <w:pStyle w:val="ArticleBody"/>
        <w:jc w:val="left"/>
      </w:pPr>
      <w:r>
        <w:rPr>
          <w:rFonts w:ascii="Times New Roman" w:hAnsi="Times New Roman" w:eastAsia="Times New Roman" w:cs="Times New Roman"/>
        </w:rPr>
        <w:t>Apostatayasqa Protestantismo allinta atipan, hinaspataq sayachin kimsa kuti huñusqapa jerárquico tupanakuyta, chaymi ruwakunqa utqay hamuq domingo kamachiypi. Uywaqa Catolicismon, paymi uman chay kimsa kallpakunapa, Jezabel hina sutichasqa, hinallataq achka huk símbolokunawan rikuchisqa. Paymi qharichakuy warmi, uywapa hawanpi reynaq, hinaspataq payta sillakuspa apaq.</w:t>
      </w:r>
    </w:p>
    <w:p>
      <w:pPr>
        <w:pStyle w:val="ArticleBody"/>
        <w:jc w:val="left"/>
      </w:pPr>
      <w:r>
        <w:rPr>
          <w:rFonts w:ascii="Times New Roman" w:hAnsi="Times New Roman" w:eastAsia="Times New Roman" w:cs="Times New Roman"/>
        </w:rPr>
        <w:t>Llulla profetaqa Estados Unidos suyumi, qosanta Acab nisqawan rikuchisqa, paymi dragónpa chunka kuti reinosqapa uman. Panium maqanakuyqa, 200 BC watapi, llaqtantin pachapi globalismo chayri apostata protestantismopa hawa ch’aqwayninta rikuchin. Ukhu ch’aqwayqa 167 BC watapi hatarikuyninwan rikuchisqa, chaymanta 164 BC watapi Hanukkah nisqawan yuyarisqa templopa musuqmanta haywaykusqan qatiqninpi; chaymantaqa 161 BC watamanta 158 BC watakama huk pacha qatiqninmi, maypichus Estados Unidosqa iglesiawan estadopa hukllachasqan catolicismopa rikch’ayninta sayarichin, “liga” nisqawan rikuchisqa.</w:t>
      </w:r>
    </w:p>
    <w:p>
      <w:pPr>
        <w:pStyle w:val="ArticleBody"/>
        <w:jc w:val="left"/>
      </w:pPr>
      <w:r>
        <w:rPr>
          <w:rFonts w:ascii="Times New Roman" w:hAnsi="Times New Roman" w:eastAsia="Times New Roman" w:cs="Times New Roman"/>
        </w:rPr>
        <w:t>Chunkas kimsay chunka qanchisniyuq versículopi, Uriah Smith yachachiwanchik churasqa: Rafia maqanakuy qhipaman chunka tawa watamanta, Ptolomeo wañun “machasqa kaywan hinaspa qillqasqa mana allin kawsaywan, chaymanta churin Ptolomeo Epífanes sutiyuqwan rantisqa karqa, chay p’unchaykunapi tawa utaq pichqa watayoq wawa kashaqtin. Antíocoqa, chay pachallapi, reynonpi hatarikuqkunata ñit’ispa, inti lloq’e lado kaq suyukunata uraychaspa hinaspa kasukuyman churarispa, ima ruwaymanpas wakichisqa samarisqañam karqa, Egipto suyupa tronoman wayna Epífanes yaykusqan pacha.” Putinpa pisi unaylla sayaq atipaynin tukukuptin, Trumpqa Egiptopa musuq llullu reyninwan rimanakuypaq wakichisqañam kanqa. Manaraq chayta ruwashaqtin, Estados Unidos ukhunpi huk “hatarikuyta ñit’isqaña” kanqa.</w:t>
      </w:r>
    </w:p>
    <w:p>
      <w:pPr>
        <w:pStyle w:val="ArticleBody"/>
        <w:jc w:val="left"/>
      </w:pPr>
      <w:r>
        <w:rPr>
          <w:rFonts w:ascii="Times New Roman" w:hAnsi="Times New Roman" w:eastAsia="Times New Roman" w:cs="Times New Roman"/>
        </w:rPr>
        <w:t>Trump akllasqa kaptin, 1798 watapi Alien and Sedition Acts nisqakunawan rikuchisqa kamachikuykunata churayta qallarinqa, chaymanta “habeas corpus” nisqata sayachispa, imaynachus ñawpaq Republican presidente huk Guerra Civilman kutichispa rurarqan hina. Ruwasqankunapas rikuchisqa kasharqan presidente Grantpa ruwasqankunawan, pay Ku Klux Klanwan imayna trato rurasqanwan; hinaspa F. D. Rooseveltpa ruwasqankunawan, pay Segunda Guerra Mundialpi japoneskunata hukkunatapas wisq’asqanwan; hinaspa qhipa George Bushpa Patriot Act nisqanwan.</w:t>
      </w:r>
    </w:p>
    <w:p>
      <w:pPr>
        <w:pStyle w:val="ArticleBody"/>
        <w:jc w:val="left"/>
      </w:pPr>
      <w:r>
        <w:rPr>
          <w:rFonts w:ascii="Times New Roman" w:hAnsi="Times New Roman" w:eastAsia="Times New Roman" w:cs="Times New Roman"/>
        </w:rPr>
        <w:t>Paymi, Seleuco hina, Estados Unidospi hatarishqa qhichwaqkunaq sayariyninta ñit’inqa, chaymantaqa rikrayninkunata Egiptomanta “wawa qhapaqman” kutirinqa. Chayta ruraspanqa Macedoniamanta Felipewan huk alianza ruwanka, imaraykuchus Smith kayhinata qillqarqan: “Chay pachallapi, Felipe, Macedoniamanta qhapaq, Antiochowan huk tratota ruwarqan Ptolemoq kamachiykunata paykunapura rak’inankupaq, sapaqninpas aswan qayllapi kaqta, paypaq aswan allin kaqta hap’inanpaq yuyarispa. Kaypin kaqmi uray llaqtapa qhapaqninpa contranpi huk hatariy karqan, profeciata hunt’ananpaq aypaq; mana iskayrayaywanpas, profecia munasqan kikin ruwaykunallataqmi karqan.”</w:t>
      </w:r>
    </w:p>
    <w:p>
      <w:pPr>
        <w:pStyle w:val="ArticleBody"/>
        <w:jc w:val="left"/>
      </w:pPr>
      <w:r>
        <w:rPr>
          <w:rFonts w:ascii="Times New Roman" w:hAnsi="Times New Roman" w:eastAsia="Times New Roman" w:cs="Times New Roman"/>
        </w:rPr>
        <w:t>Trumpqa huk kallpawan alianzata ruwasqa kanqa OTAN suyukunawan (Naciones Unidaswan), Rusiawan rimanankupaq, hinallataq Putinpa urmayninmanta paqarisqa sasachakuykunata allichaypaq. Chay pachapiqa, chunka tawa versiculoman hina, hinallataq Smithpa willakuyninman hina, “musuq atiyniyuq kallpaqa rikuchisqa hamun.” Papadoqa haykupayanqa Rusia-ta hinallataq paypa satélite nacionninkunata waqaychananpaq OTANpa hinallataq Estados Unidospa kamachikuyninmanta; ichaqa, Smithpa willakuynin nisqanman hina, “Roma rimarqan; hinaspataq Siriawan Macedoniawan utqayllam musquyninkupa rikchayninpi huk tikrayta tarirqanku. Romanokuna haykurqanku Egiptopa wayna reyninrayku, payta waqaychasqa kananpaq munaspanku Antiochuswan Felipewan wakichisqa chinkachiy manta. Kayqa 200 a.C. watapi karqan, hinaspataq Siriawan Egiptopa asuntosninkupi Romanokunapa ñawpaq kaq hatun haykuykunamanta huknin karqan.”</w:t>
      </w:r>
    </w:p>
    <w:p>
      <w:pPr>
        <w:pStyle w:val="ArticleBody"/>
        <w:jc w:val="left"/>
      </w:pPr>
      <w:r>
        <w:rPr>
          <w:rFonts w:ascii="Times New Roman" w:hAnsi="Times New Roman" w:eastAsia="Times New Roman" w:cs="Times New Roman"/>
        </w:rPr>
        <w:t>Roma, Tiro llaqtaq qhariwan warmi huchasapa, chaymanta qallarin takiyninkunata takiyta hinaspa kay pachapi reykunawan huchallikuyta rurayta, chay reykuna payman hunt’asqa kasukuyman hamunankupaq ñawpaqta, iskay versículokuna qhipallapi. Chay pachallatataq Panium maqanakuqkuna pasaran. Wata 200 a.C. reqsichin Tiro llaqtaq qhariwan warmi huchasapa takiyninta qallarisqanta, chaytaq ruran Rusia waqaychananrayku, pichus Estados Unidoswan Naciones Unidaswanraqmi rakinakunku iskaychaspa sapaq allinninkupaq. Chay qhariwan warmi huchasapa iskaynintam atipan, ichaqa chaymanta Panium “maqanakuy” pasarin, hinaspa Estados Unidosmi Naciones Unidasmanta atipan.</w:t>
      </w:r>
    </w:p>
    <w:p>
      <w:pPr>
        <w:pStyle w:val="ArticleBody"/>
        <w:jc w:val="left"/>
      </w:pPr>
      <w:r>
        <w:rPr>
          <w:rFonts w:ascii="Times New Roman" w:hAnsi="Times New Roman" w:eastAsia="Times New Roman" w:cs="Times New Roman"/>
        </w:rPr>
        <w:t>Simbólicamente, kimsa chunka kimsayoq wata qhipaman, Modein llaqtapi hatarikuynin Estados Unidos nisqapi qallarin. Simbólicamente, chaymanta qhipa kimsa wata pasasqanmanta, Hanukkah nisqawan sut’ichasqa hina, “Protestantismo” sutiyoq kaqmanta hinaspa Constitución-niyoq República nisqamanta musuqmanta t’aqwirisqa kachkan. Simbólicamente, chaymanta qhipa kimsa wata pasasqanmanta, judíokunap Romawan ruwasqa alianza nisqawan rikuchisqa pacha qallarin.</w:t>
      </w:r>
    </w:p>
    <w:p>
      <w:pPr>
        <w:pStyle w:val="ArticleBody"/>
        <w:jc w:val="left"/>
      </w:pPr>
      <w:r>
        <w:rPr>
          <w:rFonts w:ascii="Times New Roman" w:hAnsi="Times New Roman" w:eastAsia="Times New Roman" w:cs="Times New Roman"/>
        </w:rPr>
        <w:t>Qhipa kuyuykunaqa usqhayllaña kanqaku, chayrayku versokunapi tawa chunka pusaq watakunawan rikuchisqa historiaqa huk qatipasqa usqhay ruraykunatam willakuchkan, profecía nisqaqa sut’inchaspa reqsichisqanman hina, 1989 watapi tukukuypa pacha nisqapi qallarisqanta, chaymanta qatiqta versokuna chunka hukniyuqwan chunka iskayniyuqpa iskay kaq maqanakuynin 2014 watapi, chaymanta 2015 wata, maypichus Trump umalliqpaq akllachikuyta willarqan, chayhinapin pacha mast’ariq kayta kuyuchiyta qallarispa, profético llamkayninta qallarin. Trumpqa ñam qallarichkaptinña ña purichkaq Guerra Civil nisqata ñit’iy llamkayta, Naciones Unidaswan (NATO—Filipo de Macedonia) huk alianza ruwayta munanqa, hinaspan Roma takiyta qallarinqa. Chay yuyasqa alianzaqa ishkay kallpakunapa kamachiy aswan hatun kaypaq maqanakuy tukupun, chaymi Panium Maqanakuypa rikch’ayninwan rikuchisqa kachkan.</w:t>
      </w:r>
    </w:p>
    <w:p>
      <w:pPr>
        <w:pStyle w:val="ArticleBody"/>
        <w:jc w:val="left"/>
      </w:pPr>
      <w:r>
        <w:rPr>
          <w:rFonts w:ascii="Times New Roman" w:hAnsi="Times New Roman" w:eastAsia="Times New Roman" w:cs="Times New Roman"/>
        </w:rPr>
        <w:t>Paniumqa, chaymi versículo trecepa señalninqa, maypichus qallarinku domingo kamachiyta ñawpaqman ñawirqachiq qhipa utqay puriyninkuna. Llapa profetakunam parlaykuykuchkarqanku aswan achkata kay pachapa tukukuyninmanta, manam kawsasqanku pacha-mantachu; hinaspa Jesúsqa, mana iskayrayaspa, llapa profetakunamanta hatun aswanmi karqa. Chakata manaraq chayariptin, mayqinchus domingo kamachiyta rikch’achin, chaytaq versículo dieciséispim rikuchisqa kachkan, Jesúsqa discípulonkunawan kuska huk puriyta ruwarqa Paniumman. Chaypi kasqan pachapas, chaypi yachachisqan yachachiykunapas, utqaylla hamuq Panium Maqanakuywan hinallataqmi tupanku. Tukuy historiapa puriyninpi Paniumqa achka sutiyuqmi karqa, hinaspa Cristopa pacha tiempompi Paniumpa sutinqa karqa Caesarea Philippi.</w:t>
      </w:r>
    </w:p>
    <w:p>
      <w:pPr>
        <w:pStyle w:val="ArticleScripture"/>
        <w:jc w:val="left"/>
      </w:pPr>
      <w:r>
        <w:rPr>
          <w:rFonts w:ascii="Times New Roman" w:hAnsi="Times New Roman" w:eastAsia="Times New Roman" w:cs="Times New Roman"/>
        </w:rPr>
        <w:t>Jesús wan disipulonkunañawan chaymanta huk llaqtakunaman Césarrea Filipo qayllapi hamurqanku. Galileapa lindirunkunamanta hawapiñam kasharqanku, maypichus ídolo yupaychay atipaqta allinraq kallparirqan. Kaypi disipulokunaqa judaismopa kamachiq kallpanmanta sapaqchasqa karqanku, hinaspa mana iñiqkunaq yupaychasqankuwan aswan qayllata tupachisqa karqanku. Muyuriqninkupi rikuchisqa karqanku tukuy pachapi kaq supersticiónpa rikchayninkuna. Jesús munarqan kaykunata qawaspa paykuna mana iñiqkunapaq kikin responsabilidadninkuta yuyarinankupaq. Kay suyupi tiyashaspanqa, llaqtata yachachiymanta aswan karunchakuspa, aswan hunt’asqata disipulonkunamanmi qowakurqan.</w:t>
      </w:r>
    </w:p>
    <w:p>
      <w:pPr>
        <w:pStyle w:val="ArticleScripture"/>
        <w:jc w:val="left"/>
      </w:pPr>
      <w:r>
        <w:rPr>
          <w:rFonts w:ascii="Times New Roman" w:hAnsi="Times New Roman" w:eastAsia="Times New Roman" w:cs="Times New Roman"/>
        </w:rPr>
        <w:t>Payqa paykunaman willakunaypaqña karqa ñak’ariy payta suyayashasqanmanta. Ichaqa ñawpaqta sapallan ripurqa, hinaspan mañakurqa sonqonkuna wakichisqa kananpaq rimayninkunata chaskinankupaq. Paykunawan huñunakuspanqa, mana chayllaqa willarqachu imatachus yachachiyta munasqanta. Manaraq chayta ruwaspanqa, paykunaman qowarqa huk p’unchayta paypi iñisqankuta confesakunankupaq, hamuq pruebanapaq kallpachasqa kanankupaq. Tapurqa: “¿Pitaq runakuna niwanku, noqa Runaq Churin kasqayta?”</w:t>
      </w:r>
    </w:p>
    <w:p>
      <w:pPr>
        <w:pStyle w:val="ArticleScripture"/>
        <w:jc w:val="left"/>
      </w:pPr>
      <w:r>
        <w:rPr>
          <w:rFonts w:ascii="Times New Roman" w:hAnsi="Times New Roman" w:eastAsia="Times New Roman" w:cs="Times New Roman"/>
        </w:rPr>
        <w:t>Llakiyá, disipulokunaqa manam mana rikuspa qespichikuyta atinchu karqan, Israelqa paykunaq Mesíasninta reqsiyta pantasqanta. Wakinkunaqa, milagrunkunata rikuspanku, paytaqa Davidpa Churin kasqanta nisqaku. Betsaidapi mikhuchisqa achka runakunaqa Israelpa reynin kananpaq payta sut’inchayta munarqaku. Askhakunaqa profeta hina chaskiyta wakichisqa karqaku; ichaqa manam payqa Mesías kasqanta creenikurqakuchu.</w:t>
      </w:r>
    </w:p>
    <w:p>
      <w:pPr>
        <w:pStyle w:val="ArticleScripture"/>
        <w:jc w:val="left"/>
      </w:pPr>
      <w:r>
        <w:rPr>
          <w:rFonts w:ascii="Times New Roman" w:hAnsi="Times New Roman" w:eastAsia="Times New Roman" w:cs="Times New Roman"/>
        </w:rPr>
        <w:t>Jesúsqa kunanqa iskay kaq tapuyta ruwarqa, yachachisqan qatikqinkunamanta: “Qankunaqa, ¿pitaq niwankichik kaniyta?” Pedroqa kutichirqa: “Qamqa Cristo kanki, kawsaq Diospa Churin.”</w:t>
      </w:r>
    </w:p>
    <w:p>
      <w:pPr>
        <w:pStyle w:val="ArticleScripture"/>
        <w:jc w:val="left"/>
      </w:pPr>
      <w:r>
        <w:rPr>
          <w:rFonts w:ascii="Times New Roman" w:hAnsi="Times New Roman" w:eastAsia="Times New Roman" w:cs="Times New Roman"/>
        </w:rPr>
        <w:t>Ñawpaqmantapacha, Pedroqa Jesús-ta Mesías kasqanta creenmi karqan. Achka wakinkuna, Juan Bautistaq willakuyninrayku huchachasqa kaspanku, hinaspa Cristo-ta chaskisqankumanta, pay carcelman wisqasqa hinaspa wañuchisqa kasqanpi, Juanpa kamachisqa kasqanmantam iskayrayayta qallariqku; hinaspan kunanqa Jesús Mesías kasqanmantapas iskayrayarqanku, may unayta suyasqankuta. Discipulokunamanta achkakuna, Jesús-ta sinchi munaywan Davidpa tronompi tiyananpaq suyaspa, mana chayta ruwananta reparaspa, paymanta karunchakurqanku. Ichaqa Pedroqa, compañeronkuna ima, mana sapaqchasqankuchu cheqaq kasqankumanta. Qayna punchaw yupaychaspa kunan punchaw huchachaqkunapa mana takyaq puriyninqa mana qespichiqpa cheqaq qatipaqninpa iñiyninta tukuchirqanchu. Pedroqa nirqan: “Qanmi Cristoqa kanki, kawsayniyuq Diospa Churin.” Payqa mana suyarqanchu kamachiqpa hatunchayninkuna Señorninta coronananpaq; aswanpas pisiqchasqa kayninpi payta chaskirqan.</w:t>
      </w:r>
    </w:p>
    <w:p>
      <w:pPr>
        <w:pStyle w:val="ArticleScripture"/>
        <w:jc w:val="left"/>
      </w:pPr>
      <w:r>
        <w:rPr>
          <w:rFonts w:ascii="Times New Roman" w:hAnsi="Times New Roman" w:eastAsia="Times New Roman" w:cs="Times New Roman"/>
        </w:rPr>
        <w:t>Pedroqa chunka iskayniyuqkunap iñiyninkuta rimarqan. Ichaqa discipulokunaqa manaraqmi karqaku Cristopa kachamusqan ruwayninta unanchayta atinankupaq. Sacerdotekunapa, kamachiqkunapapas sayaqakuyllankuta hinaspa mana chiqapta willakuyninkutaq, manam Cristo manta kutirichiyta atirqanchu, ichaqa ancha pantasqa yuyaymanmi paykunata churarqan. Manam ñanninkuta sut’ita rikurqankuchu. Ñawpaq yachachisqa kawsayninkupa kallpan, rabikunapa yachachisqan, costumbrekunapa atiyllanpas, cheqaq kayta rikunankuta hark’arqanraq. Huk kuti huk kutikamaqa, Jesusmanta sumaq k’anchay rayokuna paykunaman lliphipirqanmi, ichaqa achka kutipiqa llanthukunachaw llapllaykachaq runakunahinaraqmi karqaku. Ichaqa kay p’unchaypi, iñiyninkupa hatun pruebawan uyapura tinkuchisqa kanankumanta ñawpaqtaqa, Espíritu Santom kallpawan paykunapi samaykurqan. Aslla tiempollapaqqa ñawinkutaqa “rikusqa kaqkunamanta” tikrarqanku, “mana rikusqa kaqkunata” qawanankupaq. 2 Corintios 4:18. Runapa kasqan hina rikurimusqan urapiqa, Diospa Churipa gloria-ninta reqsirqanku.</w:t>
      </w:r>
    </w:p>
    <w:p>
      <w:pPr>
        <w:pStyle w:val="ArticleScripture"/>
        <w:jc w:val="left"/>
      </w:pPr>
      <w:r>
        <w:rPr>
          <w:rFonts w:ascii="Times New Roman" w:hAnsi="Times New Roman" w:eastAsia="Times New Roman" w:cs="Times New Roman"/>
        </w:rPr>
        <w:t>Jesusqa Pedrota kutichispan nirqan: “Kusisqa kanki qan, Simón Bar-jona; manam aycha nitaq yawarchu chayta qamman rikuchisurqa, aswanpas hanaq pacha pi kaq Yayaymi.”</w:t>
      </w:r>
    </w:p>
    <w:p>
      <w:pPr>
        <w:pStyle w:val="ArticleScripture"/>
        <w:jc w:val="left"/>
      </w:pPr>
      <w:r>
        <w:rPr>
          <w:rFonts w:ascii="Times New Roman" w:hAnsi="Times New Roman" w:eastAsia="Times New Roman" w:cs="Times New Roman"/>
        </w:rPr>
        <w:t>“Pedro nisqaqa willakuyta willakusqan cheqaqa iñiqpa iñiyninpa sayananmi. Chaymi kikin Cristo nisqanman hina wiñay kawsayqa. Ichaqa kay yachayniyoq kayninqa manam kikinmanta hatunchakuypaqchu karqa. Mana ima kikin yachayninwanpas, allin kayninwanpas Pedro-manqa rikuchisqa karqa. Runakunaqa manam kikillankumantachu hayk’aqpas Diosmanta yachayman chayayta atinman. ‘Hanaqpachahina ancha altoqmi; imatataq ruwankiman? Ukhu pachamanta aswan ukhuymi; imatataq yachankiman?’ Job 11:8. Wawakuna hina chaskisqa kaypa Espiritullanmi Diospa ukhu kaqkunata noqanchisman rikuchiyta atin, chaykunatam ‘ñawi mana rikurqanchu, rinri mana uyarirqanchu, nitaj runapa sonqonman yaykurqanchu.’ ‘Diosmi Espiritunwan noqanchisman chaykunata rikuchiwanchis; Espirituqa llapa imatam mask’an, arí, Diospa ukhu kaqkunatapas.’ 1 Corintios 2:9, 10. ‘Señorpa pakasqa yachayninqa payta manchakunakunawanmi kashan;’ hinaspa Pedro Cristoq k’anchayninta reqsisqanmantaqa rikurqanmi payqa ‘Diosmanta yachachisqa’ kasqanta. Salmo 25:14; Juan 6:45. Ari, cheqaqtapuni, ‘kusisqam kanki, Simón Bar-jona: manam aycha ni yawarchu qamman kayta rikuchisurqanki.’”</w:t>
      </w:r>
    </w:p>
    <w:p>
      <w:pPr>
        <w:pStyle w:val="ArticleScripture"/>
        <w:jc w:val="left"/>
      </w:pPr>
      <w:r>
        <w:rPr>
          <w:rFonts w:ascii="Times New Roman" w:hAnsi="Times New Roman" w:eastAsia="Times New Roman" w:cs="Times New Roman"/>
        </w:rPr>
        <w:t>Jesusqa yaparirqanmi: “Qammanpas nini, qamqa Pedro kanki, kay rumi patapim Ñoqa Iglesiayta sayarichisaq; ukatapas uku pacha punkunkunaqa manam atipayta atinqachu” nispa. “Pedro” sutimanta simiqa rumi ninanmi, muyuriq rumita hina. Pedroqa manam karqachu iglesia hatarichisqa rumichu. Uku pacha punkunkunaqa paytaqa atipayarqanmi, Señorninta ñakaspa, juraspataq negarisqanrayku. Iglesiaqa hukninpi hatarichisqa karqan, paypa contranpiqa uku pacha punkunkuna manam atipayta atinchu.</w:t>
      </w:r>
    </w:p>
    <w:p>
      <w:pPr>
        <w:pStyle w:val="ArticleScripture"/>
        <w:jc w:val="left"/>
      </w:pPr>
      <w:r>
        <w:rPr>
          <w:rFonts w:ascii="Times New Roman" w:hAnsi="Times New Roman" w:eastAsia="Times New Roman" w:cs="Times New Roman"/>
        </w:rPr>
        <w:t>“Qispiqqa hamuqpa ñawpaqman achka pachak watakuna ñawpaqta, Moisésqa Israelpa qispichikuynin Rumi-man rikuchirqan. Salmistaqa takirqan: ‘kallpaypa Rumiyniy.’ Isaíaspas qillqarqan: ‘Kayhinan ninqa Señor Diosqa: Qhawariychis, Siónpi huk rumi-ta churani cimientopaq, huk probado rumi-ta, ancha chanin esquina rumita, allin seguro cimiento-ta.’ Deuteronomy 32:4; Psalm 62:7; Isaiah 28:16. Pedro kikinmi, Diospa samayninwan qillqaspa, kay profecíata Jesúsman tupachin. Paymi nin: ‘Señorpa sumaq kayninta malliqkankichis chayqa: payman hamuspa, kawsayniyuq rumi hina, runakunapa cheqnisqa chiqaqa, ichaqa Diospaq akllasqa, ancha chanin, qankunapas, kawsayniyuq rumikuna hina, huk espíritu wasi-man hatarichisqa kankichis.’ 1 Peter 2:3–5, R. V.”</w:t>
      </w:r>
    </w:p>
    <w:p>
      <w:pPr>
        <w:pStyle w:val="ArticleScripture"/>
        <w:jc w:val="left"/>
      </w:pPr>
      <w:r>
        <w:rPr>
          <w:rFonts w:ascii="Times New Roman" w:hAnsi="Times New Roman" w:eastAsia="Times New Roman" w:cs="Times New Roman"/>
        </w:rPr>
        <w:t>“‘Manañam huk cimientotachu pipis churayta atinman, ña churaska kaqmantapas, chayqa Jesucristo kashanmi.’ 1 Corintios 3:11. ‘Kay rumi patapin,’ nispa Jesús rimarqan, ‘Iglesiayta sayarichisaq.’ Diospa ñawpaqenpi, llapa hanaq pacha yuyayniyuqkunapa ñawpaqenpi, mana rikukuq uku pacha soldadokunapa ñawpaqenpipas, Cristoqa kawsayniyuq Rumi patapin Iglesianta sayarichirqan. Chay Rumiqa Pay kikinmi,—Paypa kikin cuerponmi, ñuqanchikrayku p’akiska hinaspa chukrisqa. Kay cimiento patapi sayachisqa iglesiapa contranqa, uku pachapa punkunkuna mana atipanqachu vinciyta.”</w:t>
      </w:r>
    </w:p>
    <w:p>
      <w:pPr>
        <w:pStyle w:val="ArticleScripture"/>
        <w:jc w:val="left"/>
      </w:pPr>
      <w:r>
        <w:rPr>
          <w:rFonts w:ascii="Times New Roman" w:hAnsi="Times New Roman" w:eastAsia="Times New Roman" w:cs="Times New Roman"/>
        </w:rPr>
        <w:t>¡Mayna pisi kallpayoqmi iglesiaq rikurirqan Cristo kay simikunata rimashaqtin! Huk chhika iñiqkunallam karqan, paykunapa contranpi supaykunapa llapa kallpanwan millay runakunapa kallpanwanpas dirigisqa kanqa; ichaqa Cristopa qatipaqninkunaqa ama manchakuychu karqanku. Kallpankupa Rumi hawanpi sayachisqa kaspaqa, manam urmachisqa kayta atinkuchu.</w:t>
      </w:r>
    </w:p>
    <w:p>
      <w:pPr>
        <w:pStyle w:val="ArticleScripture"/>
        <w:jc w:val="left"/>
      </w:pPr>
      <w:r>
        <w:rPr>
          <w:rFonts w:ascii="Times New Roman" w:hAnsi="Times New Roman" w:eastAsia="Times New Roman" w:cs="Times New Roman"/>
        </w:rPr>
        <w:t>“Suqta waranqa watakunamanta, iñiyqa Cristo patapi hatarichisqa. Suqta waranqa watakunamanta, supaypa phiñasqa maqanakuykunap unu lluqllakuna hinallataq wayra tempestakuna qispichiyninchikpa Rumi pataman takasqaku; ichaqa mana kuyukuqlla sayan.”</w:t>
      </w:r>
    </w:p>
    <w:p>
      <w:pPr>
        <w:pStyle w:val="ArticleScripture"/>
        <w:jc w:val="left"/>
      </w:pPr>
      <w:r>
        <w:rPr>
          <w:rFonts w:ascii="Times New Roman" w:hAnsi="Times New Roman" w:eastAsia="Times New Roman" w:cs="Times New Roman"/>
        </w:rPr>
        <w:t>«Pedroqa rimarqanmi cheqaqta, iglesiapa feenpa cimienton kasqanta; chayraykun Jesúsqa payta yupaycharqan llapa iñiqkunapa tantasqa cuerponpa rantinchasqan hina. Nirqanmi: “Qanmanmi qosqayki hanaq pacha qhapaq suyupa llavenkunata; kay pachapi imamta watanki chayqa hanaq pachapipas watasqan kanqa; kay pachapi imamta paskanki chayqa hanaq pachapipas paskasqan kanqa.”»</w:t>
      </w:r>
    </w:p>
    <w:p>
      <w:pPr>
        <w:pStyle w:val="ArticleScripture"/>
        <w:jc w:val="left"/>
      </w:pPr>
      <w:r>
        <w:rPr>
          <w:rFonts w:ascii="Times New Roman" w:hAnsi="Times New Roman" w:eastAsia="Times New Roman" w:cs="Times New Roman"/>
        </w:rPr>
        <w:t>“‘Hanaq pachaq qhapaq suyuq llavikuna’ nisqaqa Cristoq siminkunam. Llapallan Santu Qellqapi simikuna paypaqmi kanku, chaykunataq kaypi huñusqa kachkan. Kay simikunaqa atiyniyoqmi hanaq pachata kicharinanpaq, wisq’ananpaqpas. Chaykunam willakun ima condicionkunapi runakuna chaskisqa kanku utaq qhespichisqa mana kaspa wikch’usqa kanku. Chayrayku, Diospa siminta willakuqkunapa ruwasqanqa kawsaymanta kawsaykama asnaqmi, utaq wañuymanta wañuyman asnaqmi. Paykunapa kachayninqa wiñaypaq rurayninkunawan llasaqchasqa misionmi.”</w:t>
      </w:r>
    </w:p>
    <w:p>
      <w:pPr>
        <w:pStyle w:val="ArticleScripture"/>
        <w:jc w:val="left"/>
      </w:pPr>
      <w:r>
        <w:rPr>
          <w:rFonts w:ascii="Times New Roman" w:hAnsi="Times New Roman" w:eastAsia="Times New Roman" w:cs="Times New Roman"/>
        </w:rPr>
        <w:t>“Qespichiqa mana Pedroman sapallanmanmi evangeliopa llamkayninta churarakurqachu. Qhipa tiempopin, Pedroman nisqan rimaykunata yapamanta nispa, chaykunata iglesiamanmi chiqanta churapurqan. Chaynallataq, iñiqkuna aylluta reqsichiq chunka iskayniyoqkunamanpas, chay kikin yuyayniyuq rimaymi nisqa karqan. Sichus Jesus huk disipulonman hukkunaq patanpi ima especial atiyta qowaq karqan chayqa, manam tarisunchu paykunata sapa kuti mayqennin aswan hatun kanman chaymanta churanakushasqankuta. Paykunaqa Yachachiqninku munayninmanmi kasukuyta ruwankuman karqan, hinaspa pay akllasqan runata yupaychankuman karqan.”</w:t>
      </w:r>
    </w:p>
    <w:p>
      <w:pPr>
        <w:pStyle w:val="ArticleScripture"/>
        <w:jc w:val="left"/>
      </w:pPr>
      <w:r>
        <w:rPr>
          <w:rFonts w:ascii="Times New Roman" w:hAnsi="Times New Roman" w:eastAsia="Times New Roman" w:cs="Times New Roman"/>
        </w:rPr>
        <w:t>Huk umallanku p’unchaypaq hukta churayta mana ruwaspa, Cristoqa disipulonkuman nirqan: “Ama qamkunaqa ‘Rabí’ nisqa kaychikchu”; “nitaq ‘Yachachiqkuna’ nisqapas kaychikchu; hukllam qamkunapa Yachachiqniykichisqa, Cristo.” Mateo 23:8, 10.</w:t>
      </w:r>
    </w:p>
    <w:p>
      <w:pPr>
        <w:pStyle w:val="ArticleScripture"/>
        <w:jc w:val="left"/>
      </w:pPr>
      <w:r>
        <w:rPr>
          <w:rFonts w:ascii="Times New Roman" w:hAnsi="Times New Roman" w:eastAsia="Times New Roman" w:cs="Times New Roman"/>
        </w:rPr>
        <w:t>«“Sapa qhariq umallinqaqa Cristom.” Diosmi, qespichiqpa chakinman tukuy imata churarispa, “Paytaqa iglesiamanmi tukuy imapa uman kananpaq qorqa; chay iglesiaqa Paypa cuerponmi, tukuy imapi llapanman hunt’achiqpa hunt’asqanmi” nispa. 1 Corintios 11:3; Efesios 1:22, 23. Iglesiaqa Cristopa patanpi, cimienton hina, sayachisqam; Cristotaqa uman hina kasukunanmi. Mana runamanmi sayk’unan, nitaq runawan kamachisqa kananmi. Achkaqmi iglesiapi confiakuy puesto hap’isqankurayku atiyoq kasqankuta nispa, wakin runakuna imata creenankupaq, imatataq ruwanankupaq kamachiyta munanku. Kay niskantaqa Dios mana yupaychanchu. Qespichiqmi nin: “Qankuna llapaykichis wawqekunallam kankichis.” Llapanmi tentacionman rikuchisqa kanku, pantayman urmayta atinankupaq. Mana mayqin pisi p’unchawniyoq runapipas pusakuytaqa atinikunachu. Iñiypa Roca-ninqa iglesiapi Cristopa kawsashaq presencia-ninmi. Chaymanmi aswan pisi kallpayuqpas atinikun, hinaspa kikinkuta aswan kallpasapa hina yuyaykukunaqa aswan pisi kallpayuq kasqankuta rikuchinqaku, mana Cristota kallpankupaq ruraspaqa. “Malditom runapi confiakuykuq runaqa, aychataq makiyninman ruwaq.” Señorqa “Rocam, ruwasqanqa hunt’asqa perfecto.” “Kusisqam kanku Paypi confiakuqkuna llapan.” Jeremías 17:5; Deuteronomio 32:4; Salmo 2:12.»</w:t>
      </w:r>
    </w:p>
    <w:p>
      <w:pPr>
        <w:pStyle w:val="ArticleScripture"/>
        <w:jc w:val="left"/>
      </w:pPr>
      <w:r>
        <w:rPr>
          <w:rFonts w:ascii="Times New Roman" w:hAnsi="Times New Roman" w:eastAsia="Times New Roman" w:cs="Times New Roman"/>
        </w:rPr>
        <w:t>«Pedropaq confesakusqan qhipaman, Jesusqa discipulonkuman kamachirqan mana pitapas willanankupaq payqa Cristos kasqanta. Kay kamachiyqa qorqakusqa karqan escribakunaq fariseokunaq takyasqa contraykuykusqanrayku. Chaymanta aswanpas, runakuna, hinaspa discipulokunapas, Mesiasmanta ancha pantasqa yuyayniyoq kasqankurayku, paymanta llapanpa ñawpaqpi willakusqanqa mana imaynam pay kasqanta, nitaq imarayku llamk’asqantapas cheqaqta entiendenankupaq yanapanmanchu karqan. Ichaqa sapa punchaw pay kikinmi paykunaman Qespichiq hina rikuchikurqan, chayhinaqa pay munarqan paymanta Mesias hina cheqaq yuyayta qosqayta.»</w:t>
      </w:r>
    </w:p>
    <w:p>
      <w:pPr>
        <w:pStyle w:val="ArticleScripture"/>
        <w:jc w:val="left"/>
      </w:pPr>
      <w:r>
        <w:rPr>
          <w:rFonts w:ascii="Times New Roman" w:hAnsi="Times New Roman" w:eastAsia="Times New Roman" w:cs="Times New Roman"/>
        </w:rPr>
        <w:t>“Disípulokunaqa Cristoqa pacha kaypi kamachiq príncipe hina reynanantaraq suyaykusqankutaqmi. Payqa unaymantaña yuyayninta pakasqa kaptinpas, paykunaqa iñirqanku mana wiñaypaqchu wakcha kaypi, mana reqsisqa kaypipas qhiparinqa nispa; tiempunqa qayllaña kasharqan reinonta sayarichinanpaq. Sacerdotekunap, rabíkunap chiqninakuyñinqa hayk’aqpas mana atipay atipasqachu kanman, Cristoqa kikin llaqtanmantapuni qhespichisqa kanman, llullakuq hina huchachasqa kanman, huchasapa runa hina chakatasqa kanman—chay hina yuyaytaqa discípulokunaqa mana hayk’aqpas yuyarqankuchu. Ichaqa tutayaypa atiyninpa horanqa qayllaykamusharqanña, hinaspan Jesusqa discípulonkunaman ñawpaqninpi kaq maqanakuyta kicharinan karqan. Payqa llakisqa karqan, ñak’ariyta hamuqta ñawpaqmanta rikuspanku.” The Desire of Ages, 411-415.</w:t>
      </w:r>
    </w:p>
    <w:p>
      <w:pPr>
        <w:pStyle w:val="ArticleBody"/>
        <w:jc w:val="left"/>
      </w:pPr>
      <w:r>
        <w:rPr>
          <w:rFonts w:ascii="Times New Roman" w:hAnsi="Times New Roman" w:eastAsia="Times New Roman" w:cs="Times New Roman"/>
        </w:rPr>
        <w:t>Daniel chunka hukniyuq tawaq chhika suqtayoq versículonqa, Estados Unidos llaqtapi utqaylla hamuq domingo kamachiyta rikuchin. Chay “pachakuy” nisqa horaman manaraq chayamuchkaptinmi, pachak tawa chunka tawa waranqa ukhunpi kananpaq maskhaq kandidatokuna puñuyninkumanta rikch’arichisqa kanku. Ima rikch’arichin chaykunataqa, huk profético willakuymi. Chay pachapin iskay clase rikurimun, chunka doncellakunaq parábolanpi imayna rikuchisqa kasqan hina, huk claseqa recipiëntenkunapi aceiteta charin, huknin claseqa mana charinchu. Daniel chunka hukniyuq tawaq chhika kimsayoqmanta pichqayoqkama versículokunaqa, manam domingo kamachiyta ñawpaqchaspa hamuq profético historiata sapallanchu rikuchinku, aswanpas “willakuy” nisqatam rikuchinku; chayqa, chunka doncellakunaq parábolanpa contexto-ninpiqa, “aceite” nisqami, yachaqkunaq charinanpaq, Diospa sellonta chaskinankupaq hinaspa hatun pachakuy hora-pi señal hina hoqarisqa kanankupaq. Kay articulokunaqa kunanqa llapa articulokunapa tukukuyninmanmi chayarunku, imaraykuchus kay versículokunapi rikuchisqa willakuymi qori aceite, iskay qori tubokuna nisqawan urayman pampachisqa.</w:t>
      </w:r>
    </w:p>
    <w:p>
      <w:pPr>
        <w:pStyle w:val="ArticleBody"/>
        <w:jc w:val="left"/>
      </w:pPr>
      <w:r>
        <w:rPr>
          <w:rFonts w:ascii="Times New Roman" w:hAnsi="Times New Roman" w:eastAsia="Times New Roman" w:cs="Times New Roman"/>
        </w:rPr>
        <w:t>Qatiq qelqaq qillqapi kay yachayta qatiqkusunchik.</w:t>
      </w:r>
    </w:p>
    <w:p>
      <w:pPr>
        <w:pStyle w:val="ArticleScripture"/>
        <w:jc w:val="left"/>
      </w:pPr>
      <w:r>
        <w:rPr>
          <w:rFonts w:ascii="Times New Roman" w:hAnsi="Times New Roman" w:eastAsia="Times New Roman" w:cs="Times New Roman"/>
        </w:rPr>
        <w:t>“Cheqaq simin kay chiqaqta willakusqanku Satanasta sirvichkanku, chaykamalla paypa ukhu pacha llanthuynin Diosmanta hanaq pachamantawan qhawariyninkuta hark’anqa. Ñawpaq munakuyninkuta chinkachiqkuna hina kanqaku. Mana atinqakuchu wiñay chiqaqkuna qhawayta. Imatachus Dios ñuqanchispaq waqaychasqan, chayqa Zacarias qelqapi rikuchisqa kachkan, 3, 4 capitulopi, hinallataq 4:12–14 nisqapi: ‘Hinaspa kutimuspaytaq payta nirqani: Imataq kay iskay olivo sach’a ramanakuna, mayqinkunatachus iskay qori t’uyrunakunawan kikinkumanta qori aceite-ta surquchkan? Hinaspa pay kutichiwashpa nirqan: Manachu yachanki kaykuna imas kasqanta? Hinaspa ñoqaqa nirqani: Mana, Señorniy. Chaymantataq nirqan: Kaykunan iskay hawisqa runakuna, mayqinkunachus tukuy kay pachapa Señorninpa qayllanpi sayachkanku.’”</w:t>
      </w:r>
    </w:p>
    <w:p>
      <w:pPr>
        <w:pStyle w:val="ArticleScripture"/>
        <w:jc w:val="left"/>
      </w:pPr>
      <w:r>
        <w:rPr>
          <w:rFonts w:ascii="Times New Roman" w:hAnsi="Times New Roman" w:eastAsia="Times New Roman" w:cs="Times New Roman"/>
        </w:rPr>
        <w:t>“Señorqa yápanmi llapa imaymanamanta qhapaq. Paypaq mana ima pisiyniyoqchu yanapakuqkunamanta. Ñoqanchikpa iñiyniyuq kayninchik pisi kasqanrayku, kay pachaman sonqo churayninchikrayku, chaninnaq rimayninchikrayku, mana iñiyninchikrayku, rimasqanchikpi rikuchikusqanrayku, tutayay llanthukuna muyuriwanchik. Cristoqa mana simipipas nitaq kawsayninpi rikuchikunchu tukuy munasqa Kaynin hina, chunka waranqa ukhupi aswan hatun hina. Almaqa yanqa kayman hoqarikuyllapi kusisqa kaptin, Señorpa Espíritunqa aslla yanapaynillata atinqa. Qhawariyninchik pisi karqanrayku llanthullatam rikun, ichaqa qhepapi kaq hatun k’anchaytaqa mana rikuyta atinchu. Angelkunaqa tawa wayrakunatam hark’achkanku, piñakusqa caballohina qespiyta munaspa, tukuy hallp’a pataman phawaykuspa puriyta munaspa, ñanninpi wañuytawan chinkachiyta apamuchkan hina rikuchisqa.”</w:t>
      </w:r>
    </w:p>
    <w:p>
      <w:pPr>
        <w:pStyle w:val="ArticleScripture"/>
        <w:jc w:val="left"/>
      </w:pPr>
      <w:r>
        <w:rPr>
          <w:rFonts w:ascii="Times New Roman" w:hAnsi="Times New Roman" w:eastAsia="Times New Roman" w:cs="Times New Roman"/>
        </w:rPr>
        <w:t>“¿Puñuyllachu wiñay pacha kayman yaykunapa very orillanpi? ¿Upallachu, chiri, wañusqahinachu kasun? ¡Ay, mayta munayku iglesiakunanchikpi Diospa Espiritunwan samayninwanpis paypa runankunaman pukusqa kananta, chayhina paykuna chakinkunapi sayarispanku kawsanankupaq! Rikuyta munanchik ñanqa k’illku kasqanta, punkuqa ñit’i kasqantapas. Ichaqa ñit’i punkuta pasaspanchikqa, chaypa anchuyninqa mana tukukuqmi.” Manuscript Releases, volume 20, 217.</w:t>
      </w:r>
    </w:p>
    <w:p>
      <w:pPr>
        <w:pStyle w:val="ArticleScripture"/>
        <w:jc w:val="left"/>
      </w:pPr>
      <w:r>
        <w:rPr>
          <w:rFonts w:ascii="Times New Roman" w:hAnsi="Times New Roman" w:eastAsia="Times New Roman" w:cs="Times New Roman"/>
        </w:rPr>
        <w:t>“Llapa kay pachapa Apunpa qayllanpi sayaq umalliskasqakunaqa, Satanásman huk kutipi qusqa kasqa llapan pakay kerubínpa chiqninpi kachkan. Tronan muyuriq ch’uya kawsayniyuqkunawanmi Apuqa kay pachapi tiyaq runakunawan mana pisiq willanakuyta waqaychan. Quri aceitiqa chay graciata sut’inchan, chaywanmi Diosqa creyentekunapa mechankunata hunt’asqa waqaychan, ama ch’inchiykachaspa wañunanpaq. Sichus mana kay ch’uya aceiti hanaq pachamanta Diospa Espiritunpa willakuyninkunapi ichaqa wart’akusqa kanmanchu, mana allinpa llamk’aqkunan runakunata llapanpaq kamachinman karqan.”</w:t>
      </w:r>
    </w:p>
    <w:p>
      <w:pPr>
        <w:pStyle w:val="ArticleScripture"/>
        <w:jc w:val="left"/>
      </w:pPr>
      <w:r>
        <w:rPr>
          <w:rFonts w:ascii="Times New Roman" w:hAnsi="Times New Roman" w:eastAsia="Times New Roman" w:cs="Times New Roman"/>
        </w:rPr>
        <w:t>Diosqa manchakuyman churakun mana chaskisqanchikrayku willakusqankunata pay qespichisqanchikman kachamusqanta. Chayhinapin mana chaskinchikchu qori aceitetapas, mayqentachus payta munan almaikunaman taqaykuspa churasqayta, tutapi kaqkunaman chayachinapaq. Waqyasqa hamuptin, “Qhawariychik, kasarakuy novio hamushan; lloqsiychik tinkuqninchikpaq,” nispa, mana chaskiqkuna santu aceitetapas, mana sonqonkupi wiñachiqkuna Cristopa graciantapas, mana yachaq virgenkunahinataqmi tarinkaku mana wakichisqa kasqankuta Señorninkuwan tinkunankupaq. Paykunap kikinpiqa manam kallpankuchu aceitetarikunankupaq, hinaspa kawsayninku thuñisqa tukupun. Ichataq Diospa Santu Espiritunta mañakuspa, Moises hina ruwaykuspa, “Qawachiway hatun k’anchayniykita,” nispa, Diospa munakuyninqa sonqonchikkunapi mast’arikunqa. Qori tubosninkunawanmi qori aceiteqa noqanchikman chayamunqa. “Manam atiyniywanpas, nitaq kallpaywanpas, aswanmi Espírituywan, nispa Señor de los Ejércitos nin.” Chaskispa chanin k’anchay Inti Justiciapa lliphipiq rayokunata, Diospa wawankunaqa kay pachapi achkikuna hina k’anchan. Review and Herald, julio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Pusaq Chunka Hukniyuq Kimsañiqin】</dc:title>
  <dc:subject>Chawpi Tuta Qapariy y Romaq Profétika Ruraynin: Danielpa Libropi Qhipa P’unchaykunata Rikuchispa</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