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Qhapaq Danielpa Qillqan - Pachak Pusaq Chunka Kimsayuqniyuq</w:t>
      </w:r>
    </w:p>
    <w:p>
      <w:pPr>
        <w:pStyle w:val="ArticleSubtitle"/>
        <w:jc w:val="left"/>
      </w:pPr>
      <w:r>
        <w:rPr>
          <w:rFonts w:ascii="Arial" w:hAnsi="Arial" w:eastAsia="Arial" w:cs="Arial"/>
        </w:rPr>
        <w:t>Wiñaypaq Saphi: Cristoqa Willakuqpaq Historiapi chaymanta Iñiqpa Iñiyninpi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“Pedropa willakusqan cheqaqmi iñiqpa iñiyinpa cimienton. Chaymi Cristopas kikin willakusqan wiñay kawsay kananta.” Chay “cheqaq” nisqaqa Cristopa iskay rikchayninkunata reqsichin. Ñawpaqninmi Cristoqa profetapa historianninpim huk elemento kasqan. Profetapa historianninpata rurasqakuna waymarkakunaqa, Cristotam rikuchin. Chay rurasqakunawan huñusqa kasqanmi profetapa waymarkankunapa sagradota kayninta reqsichin, hinaspapas Hermana White imaymanapi sapa kuti nisqanta yuyachin: waymarkakunata waqaychasun, imaraykuchus chay waymarkakunaqa Jesucristo-ta rikuchinku. Chay waymarka, Cristopa pachasninpi pruebayuq temata rikuchiq, bautizakuynin karqan, hinaspapas wakin sagradas reforma lineakunapi kaq rurasqakunawan tupachikurqan, huk Divino símbolopa uraykamuyninwan sut’inchasqa.</w:t>
      </w:r>
    </w:p>
    <w:p>
      <w:pPr>
        <w:pStyle w:val="ArticleBody"/>
        <w:jc w:val="left"/>
      </w:pPr>
      <w:r>
        <w:rPr>
          <w:rFonts w:ascii="Times New Roman" w:hAnsi="Times New Roman" w:eastAsia="Times New Roman" w:cs="Times New Roman"/>
        </w:rPr>
        <w:t>Moisespa reforma çizqasninpi, Divinidad uraykamuspa nina rawray sach’api tiyakurqan, kamachiqwan kamasqanta huñusqanmanta huk unancha. Qanchis chunka watakuna tukukuyninpi reforma çizqapi, Miguel uraykamurqan Cirota kallpachananpaq ñawpaq kamachiywan ñawpaqman purinanpaq, chay pachallataq Danielqa Cristopa rikchayninman tikrasqa karqan. Cristopa reforma çizqasninpi, Santo Espíritu uraykamurqan urpi rikch’aypi Diospa Churinman jawinanpaq, Divinidadwan runa kay huñusqasqamanta unancha. Milleritakunaq historiankupi, angelqa 1840 watapi Agosto 11 p’unchaypi uraykamusqanqa “manam pisilla personachu aswanqa Jesucristo kikinmi” karqan; payqa uraykamurqan huk huch’uy librowan, chayta mikhunanpaq, pay kikinmi chay huch’uy libro karqan. Chaypin pay rikuchirqan Divinidadwan runa kay huñusqasqanqa hanaq p’antapa Aponnin aychanta yawarnintawan mikhuspa ukyaspam hunt’akusun nisqanta.</w:t>
      </w:r>
    </w:p>
    <w:p>
      <w:pPr>
        <w:pStyle w:val="ArticleBody"/>
        <w:jc w:val="left"/>
      </w:pPr>
      <w:r>
        <w:rPr>
          <w:rFonts w:ascii="Times New Roman" w:hAnsi="Times New Roman" w:eastAsia="Times New Roman" w:cs="Times New Roman"/>
        </w:rPr>
        <w:t>Sagrada historiamqa sagrada kan, Cristopa kaqninpuni ukraykus. Diospa Siminpa willakusqankuna, hamuq p’unchawkunapi imakuna pasananpaq reqsichiqkunaqa, Jesucristo kanku, payqa “Simi” kasqanrayku. Chay willakusqankuna historiapi hunt’akuspanqa, chay pasaykunaqa paypa simin hunt’akusqanta rikuchinku, hinaspa paypa Simiqa Cheqaq kaymi. Paypa Siminmi willakusqanta qhawarichin, hinaspa pasay chayamuchkaptinqa paypa Siminmi hunt’akun; chayrayku qallariypipas tukukuypipas Jesucristollam, payqa Alpha hinaspa Omega kasqanrayku. Chaymi Pedro willarqan Jesúsqa Cristo kasqanta, hinaspa kawsachkaq Diospa Churin kasqanta, chaywanqa Jesucristo kasqan huk señalta reqsichirqan, hinaspa qhepa p’unchawkunapi hunt’asqa hinallataq hunt’akuq huk señalta. Septiembre 11, 2001 watapiqa Cristopa hunt’asqa hinalla hunt’akuyninmi karqan.</w:t>
      </w:r>
    </w:p>
    <w:p>
      <w:pPr>
        <w:pStyle w:val="ArticleBody"/>
        <w:jc w:val="left"/>
      </w:pPr>
      <w:r>
        <w:rPr>
          <w:rFonts w:ascii="Times New Roman" w:hAnsi="Times New Roman" w:eastAsia="Times New Roman" w:cs="Times New Roman"/>
        </w:rPr>
        <w:t>Qanchisman 11 septiembre 2001 p’unchawpa profetismo hunt’akusqanta mana chaskiyqa, kawsayniyuq Diospa Churinta, Cristota, mana chaskiymin. Chay chiqaq kayta, Pedro nisqanman hina, “iñiqpa iñiyninpa cimienton” karqan, hinaspa 11 septiembre 2001 p’unchawpi Cristoqa qhepa p’unchaykunapi llaqtanta Jeremiaspa “ñawpaq ñankunaman” kutichirqan, chay ñankunaqa ñawpaq kaq chaskikunaq hinaspa kinsa kaq angelpa willakuyninpa kuyukuynin “cimientosninta” rikuchin. Pedroqa pachak tawa chunka tawayoq waranqakunata rikuchirqan, paykunaqa tawa angelkuna tawa wayrakunata hark’ashaqtin sellasqa kanku. Sellakuy pachaqqa huk sapa profetismo pacha kachkan, 11 septiembre 2001 p’unchawpi qallarispa, utqay hamuq domingo kamachikuykama tukukuq. Jesusqa imaymanapipas huk imapa tukukuyninta, chay imapa qallariyninwanmi sapa kuti rikuchin.</w:t>
      </w:r>
    </w:p>
    <w:p>
      <w:pPr>
        <w:pStyle w:val="ArticleBody"/>
        <w:jc w:val="left"/>
      </w:pPr>
      <w:r>
        <w:rPr>
          <w:rFonts w:ascii="Times New Roman" w:hAnsi="Times New Roman" w:eastAsia="Times New Roman" w:cs="Times New Roman"/>
        </w:rPr>
        <w:t>Sellay tiempu qallariyninpi, Apocalipsis chunka pusaqniyuqpa angelnin uraykamurqa, imaynan Espíritu Santupas bautismopi uraykamurqan hina; chay angelqa “mana pisichu karqa Jesucristo kikinmanta,” imaraykuchus chay angel, kay pachata paypa hatun k’anchayninwan achikyaqninpaq uraykamuq, historia Milleritapiqa, “mana pisichu karqa Jesucristo kikinmanta.” Chay utqaylla hamuq domingo kamachiy tiempopiqa, “mana pisichu karqa Jesucristo kikinmanta,” yapamanta uraykamun, hinaspan Apocalipsis chunka pusaqniyuqpi iskay willakuykunamanta iskay kaqta qhawarichin, huknin uywankunata Babiloniamanta waqyaspankama. Sellay tiempu pacha chawpinpin, huk angel uraykamurqa, imaynan iskay kaq angelpas abril killapa chunka isqon p’unchayninpi, 1844 watapi, Millerita kuyuypa ñawpaq ñak’ariyninpi uraykamurqan hina.</w:t>
      </w:r>
    </w:p>
    <w:p>
      <w:pPr>
        <w:pStyle w:val="ArticleBody"/>
        <w:jc w:val="left"/>
      </w:pPr>
      <w:r>
        <w:rPr>
          <w:rFonts w:ascii="Times New Roman" w:hAnsi="Times New Roman" w:eastAsia="Times New Roman" w:cs="Times New Roman"/>
        </w:rPr>
        <w:t>Chay iskay ñawpaq kaq angelpa chayamusqanwan, kinsa kaq angelpa chayamusqanwanpas 22 octubre 1844 p’unchawpi, achka angelkuna kachkarqanku iskay kaq angelman kallpata yapaykunankupaq, “Midnight Cry” willakuy chayamushaqtin. Kay angelkuna maypachachus chayarkanku Millerite historiapi, chay historiata rimarispa, Sister White willawanchik kay willakuykunata mana chaskiqkunaqa, judíokuna Cristota chacatarqanku hinallataq, cheqaqtapuni Cristota chacatarqanku.</w:t>
      </w:r>
    </w:p>
    <w:p>
      <w:pPr>
        <w:pStyle w:val="ArticleScripture"/>
        <w:jc w:val="left"/>
      </w:pPr>
      <w:r>
        <w:rPr>
          <w:rFonts w:ascii="Times New Roman" w:hAnsi="Times New Roman" w:eastAsia="Times New Roman" w:cs="Times New Roman"/>
        </w:rPr>
        <w:t>“Rikurqani, imaynan judíokuna Jesusta chakatanapi wañuchirqanku hinataq, chay hina sutillapi iglesiakunapas kay willakuykunata chakatanapi wañuchirqanku; chayraykun paykunaqa mana yachankuchu aswan santu cheqman yaykunapa ñanta, nitaq chaypi Jesuspa mañakuyninmanta allinchasqa kayta atinkuchu.” Early Writings, 261.</w:t>
      </w:r>
    </w:p>
    <w:p>
      <w:pPr>
        <w:pStyle w:val="ArticleBody"/>
        <w:jc w:val="left"/>
      </w:pPr>
      <w:r>
        <w:rPr>
          <w:rFonts w:ascii="Times New Roman" w:hAnsi="Times New Roman" w:eastAsia="Times New Roman" w:cs="Times New Roman"/>
        </w:rPr>
        <w:t>Angelkunawan rikch’achisqan willakuyninkunaqa, chaskisqa mana kaptinqa, Cristopa chakatasqa kayninta rikuchin, paymi willakuyninkunata hinallataq paykunapa historiapi hunt’akusqantapas ukhuyninpi apaq. 18 julio 2020 p’unchawpiqa, “manam aswan pisi runachu Jesucristoqa” uraykamurqa, ñawpaq llakikuyta señalaspa, suyay pacha qallariynintapas. Kallikunapi wañuchisqa, qhepa p’unchaykunapi llaqtanpa wañusqa ch’aki tullunkunaqa rikch’achisqa kanan karqa, chaylla kawsarichiyta atisqa simita uyarispankutaqmi runakunata kawsayman kutichimun.</w:t>
      </w:r>
    </w:p>
    <w:p>
      <w:pPr>
        <w:pStyle w:val="ArticleScripture"/>
        <w:jc w:val="left"/>
      </w:pPr>
      <w:r>
        <w:rPr>
          <w:rFonts w:ascii="Times New Roman" w:hAnsi="Times New Roman" w:eastAsia="Times New Roman" w:cs="Times New Roman"/>
        </w:rPr>
        <w:t>Cheqpuni, cheqpuni, niykichis: Hamuq p'unchayqa, kunanña kachkanpas, wañusqakuna Diospa Churinpa siminta uyarinqaku, hinaspa uyariqkunaqa kawsarinqaku. Imaynatachus Yayaqa pay kikimpi kawsayniyuq, chay hinallataq Churimanpas qorqan pay kikimpi kawsayniyuq kananpaq; hinaspapas payman atiyta qorqan taripayninta ruranaqpaq, Runa Churi kasqanrayku. Ama kaymanta admirakuychikchu; imaraykuchus hamunqa p'unchay, maypichus llapa p'ampasqakuna uyarinqaku paypa siminta, hinaspa lloqsinqaku; allinta ruraqkunaqa kawsaypa kawsarimuyinman, mana allinta ruraqkunataq huchachasqa kawsarimuyinman. Juan 5:25–29.</w:t>
      </w:r>
    </w:p>
    <w:p>
      <w:pPr>
        <w:pStyle w:val="ArticleBody"/>
        <w:jc w:val="left"/>
      </w:pPr>
      <w:r>
        <w:rPr>
          <w:rFonts w:ascii="Times New Roman" w:hAnsi="Times New Roman" w:eastAsia="Times New Roman" w:cs="Times New Roman"/>
        </w:rPr>
        <w:t>2023 watapi julio killapi, Paypa simin wañusqa, ch’aki tullukunata kawsayman qayarqan, hinaspataq Alpha y Omega sellakusqa tiempopa qallariyninta yapamanta rimarqan; 2023 watapi julio killaqa sellakusqa tiempopa tukukuynin pacha kasqanrayku. Chaymantataq Paypa llaqtantin runakunaqa yapamanta qayasqa karqanku Jeremiaspa ñawpaq ñankunaman, Millerita historiapa cimientokunaman. Milleritakunaq qallariyninpa hinaspa tukukuyninpa cimientomanta willakuyninqa Millerita historiapa ñawpaq hinaspa qhipa willakuyninkuna karqan, chaymi karqan Levítico iskay chunka suqtayuq t’aqapi nisqa “qanchis kuti”.</w:t>
      </w:r>
    </w:p>
    <w:p>
      <w:pPr>
        <w:pStyle w:val="ArticleBody"/>
        <w:jc w:val="left"/>
      </w:pPr>
      <w:r>
        <w:rPr>
          <w:rFonts w:ascii="Times New Roman" w:hAnsi="Times New Roman" w:eastAsia="Times New Roman" w:cs="Times New Roman"/>
        </w:rPr>
        <w:t>Julio 2023 killapi, Diospa qhipa punchaw llaqtanman hukmanta kamachisqa karqan huch’uy librota hap’iykuspa mikhuqkuna kanankupaq. Chay huch’uy librota mikhusqankumanta qhipamanqa, pruebayta ruwanku kayta rikunankupaq: Revelación qanchis pusaqniyuq t’aqapi kinsa kaq Ay pa willakuyninta (inti lloqsimuqmanta willakuykunata), hinallataq Daniel chunka hukniyuq t’aqapi willakuyninta (chinchaymanta willakuykunata) reqsichinkuchu manachu. Chay pruebaypa puriyninqa pusan paykunata Daniel chunka hukniyuq t’aqapi chunka kinsayuqmanta chunka pichqayuqkama versokunaman; chayqa Panium Maqanakuymi, Césaréa de Filipos sutiyuqmi, hinallataq Chawpi Tutapa Qapariyninpa willakuyninmi, maypichus iskay clasekuna, Paypa vozninta uyarisqakuna, rikuchisqa kanku: huk clase, “allinta ruwasqakuna, kawsaypa hatarimuyninman; mana allinta ruwasqakunataq, condenaciónpa hatarimuyninman.”</w:t>
      </w:r>
    </w:p>
    <w:p>
      <w:pPr>
        <w:pStyle w:val="ArticleBody"/>
        <w:jc w:val="left"/>
      </w:pPr>
      <w:r>
        <w:rPr>
          <w:rFonts w:ascii="Times New Roman" w:hAnsi="Times New Roman" w:eastAsia="Times New Roman" w:cs="Times New Roman"/>
        </w:rPr>
        <w:t>Pachak chunka tawa waranqa sellasqa p’unchawpi kimsa kunan kanku, chaykunapas llapallankum “manam pisillachu, Jesucristo kikinpa rimasqan” kanku. Ñawpaq kaq kunanqa Apocalipsis chunka pusaqniyuqpi kaqmi, maypachachus Nueva York llaqtapa hatun wasinkuna Diospa huk llamk’ayllanwan urmachisqa karqan chay p’unchawpi. Iskay kaq kunanqa Miguel arcángelpa rimasqanmi, paymi wañusqakunata p’ampasqankumanta waqyachin. Kinsa kaq kunanqa Apocalipsis chunka pusaqniyuq kapitulumanta iskay kaq kunanmi, paypa huknin ovejankunata Babiloniamanta waqyachin, Apocalipsis chunka hukniyuq kapitulumanta “hatun pachakutik” horapi. Pedropa Cesarea Filipospi willakusqanpa hunt’asqa allin chinkayninnaqmi ruwakun, maypachachus Cristo qhepa p’unchay llaqtanta pusan “Danielpa willakusqanmantam qhepa p’unchaykunaman tupaq kaq rak’iman.”</w:t>
      </w:r>
    </w:p>
    <w:p>
      <w:pPr>
        <w:pStyle w:val="ArticleBody"/>
        <w:jc w:val="left"/>
      </w:pPr>
      <w:r>
        <w:rPr>
          <w:rFonts w:ascii="Times New Roman" w:hAnsi="Times New Roman" w:eastAsia="Times New Roman" w:cs="Times New Roman"/>
        </w:rPr>
        <w:t>Daniel chunka huk ñisqa qhapaq t’aqapi chunka kimsaqniyuqmanta chunka pichqayuqkama versikulokunapi kaq Panium nisqaqa, Danielpa willakuyninpa “rak’iyninmi”, wichq’asqa karqa, chaymi Chawpi Tuta Qapariypa willakuyninta reqsichin. Paniumqa 1844 watapi agosto killapi Exeter camp meeting nisqa huñunakuymin, Donald Trumppa iskay kaq kamachiy p’unchayninpi hunt’akunan historiataqmi, hinaspataq Diospa sellonta pachak tawa chunka tawa waranqa runakunapa urqunkunapi saqeykachiq profetapa willakuyninmi. Kunan yachachkasqanchik versikulokunaqa ancha qullana allp’am.</w:t>
      </w:r>
    </w:p>
    <w:p>
      <w:pPr>
        <w:pStyle w:val="ArticleScripture"/>
        <w:jc w:val="left"/>
      </w:pPr>
      <w:r>
        <w:rPr>
          <w:rFonts w:ascii="Times New Roman" w:hAnsi="Times New Roman" w:eastAsia="Times New Roman" w:cs="Times New Roman"/>
        </w:rPr>
        <w:t>“Pedro nisqaqa sut’inchasqan chiqaq kaqmi iñiqpa iñiyninpa tiyanan. Chayqa kikin Cristo nisqanmi wiñay kawsay kasqanta willarqan. Ichaqa kay yachayniyoq kayninta charisqanqa manam kikinta hatunchanapaq imapas karqanchu. Mana ima kikin yachaywanpas, allin kayninwanpas Pedro-manqa rikuchisqa karqanchu. Runakunaqa manam kikillankumantachu atinkuman Diospa kaqninta reqsinankuman chayayta. ‘Hanaq pacha hina altom, imataq ruwanki? Uku pacha mantapas aswan ukhu, imataq yachanki?’ Job 11:8. Wawa chaskisqa kaypa Espíritu sapallanmi Diospa ukhu kaqkunata noqanchisman rikuchiyta atin, chaykunataq ‘ñawi mana rikurqanchu, rinri mana uyarirqanchu, runapa sonqonmanpas mana haykurqanchu.’ ‘Diosmi Espiritunwan noqanchisman chaykunata rikuchiwanchik; Espírituqa llapa imatam maskhan, arí, Diospa ukhu kaqkunatapas.’ 1 Corintios 2:9, 10. ‘Señorpa pakasqanqa payta manchakunawan kashan;’ hinallataq Pedro Cristoq k’anchayninta reqsisqanqa, payqa ‘Diosmanta yachachisqa’ kasqanmanta huk qhawachisqa karqan. Salmo 25:14; Juan 6:45. Ari, chiqaqpuni, ‘kusisqan kanki, Simón Bar-jona: imaraykuchus mana aycha ni yawarchu qamman chayta rikuchisunki.’”</w:t>
      </w:r>
    </w:p>
    <w:p>
      <w:pPr>
        <w:pStyle w:val="ArticleScripture"/>
        <w:jc w:val="left"/>
      </w:pPr>
      <w:r>
        <w:rPr>
          <w:rFonts w:ascii="Times New Roman" w:hAnsi="Times New Roman" w:eastAsia="Times New Roman" w:cs="Times New Roman"/>
        </w:rPr>
        <w:t>Jesúsqa nisqanta yaparirqa: “Qanmanpas nini, qampis Pedro kanki, kay qaqa patapitaqmi Iglesiayta sayachisaq; hinaspa infiernopa punkunkunapas mana atipayta atinqachu chayta.” “Pedro” sutiyqa rumita niyta munan,—muyuq rumita. Pedroqa manan chay iglesiapa sayasqan qaqachu karqa. Señornta ñakaspa, maldicionkunawan juraspa ñiqninpiqa, infiernopa punkunkuna payta atiparqanku. Iglesiaqa sayachisqa karqa Hukninpi, pipa contranpi infiernopa punkunkuna mana atipayta atirqankuchu.” The Desire of Ages, 413</w:t>
      </w:r>
    </w:p>
    <w:p>
      <w:pPr>
        <w:pStyle w:val="ArticleBody"/>
        <w:jc w:val="left"/>
      </w:pPr>
      <w:r>
        <w:rPr>
          <w:rFonts w:ascii="Times New Roman" w:hAnsi="Times New Roman" w:eastAsia="Times New Roman" w:cs="Times New Roman"/>
        </w:rPr>
        <w:t>Jesús Cristoqa Cesarea Filipospi pay discipulonkuna-man willasqan mensajeqa karqan, chay hinallataq kananpas Chaupi Tuta Qapariypa mensajenmi; chayqa churakusan huk espiritu maqanakuy-mantaq contexto ukupi, griego dios Panwan — paypa templonqa “uku pacha punkukuna” nisqawan sutichasqa karqan — hinallataq allpa animalpa iskay apostata waqrankunawan chawpipi. Macabeokunaqa Diospa apostata llaqtan karqanku, paykunaqa sut’inchakuqku Diospa iglesianpa amachaqnin kasqankuta, griegokunapa religionninwan maqanakushaspanku. Paykuna kikinkuta reqsichikurqanku tanto religioso hina, tanto político hina umalliqkuna kasqankuta. Paykunaqa chay urmasqa iglesiakunapi apostata protestantismota rikuchinku; chay iglesiakunaqa, Estados Unidospa gobiernontin kuska, kunanqa animalpa rikchayninta rurashanku, hinaspataq globalistakunapa religionnin woke-ismowan Mama Allpawan maqanakushanku. Apostata waqrankunaqa atipanakuyninkupi llallinku globalismopa religioso hinaspa político elementonkuna contra; chay pachallataq cheqaq protestante waqraqa pichasqa kachkan, mana yuyayniyuq sipaskunapa qhipa puchuqkunata qichuspa, qayllamanta hamuq domingo kamachikuypa “hatun chukchuy” nisqapi huk unancha hina oqarisqa kananpaq.</w:t>
      </w:r>
    </w:p>
    <w:p>
      <w:pPr>
        <w:pStyle w:val="ArticleBody"/>
        <w:jc w:val="left"/>
      </w:pPr>
      <w:r>
        <w:rPr>
          <w:rFonts w:ascii="Times New Roman" w:hAnsi="Times New Roman" w:eastAsia="Times New Roman" w:cs="Times New Roman"/>
        </w:rPr>
        <w:t>Danielpa qillqasqa profeciapi qhepa p’unchaykunaman tupuq rakhuqa, mayqinchus Jesucristopa Revelacionninpas, chaymanta Chaupi Tuta Qapariyninpa willakuyninpas kasqan, Judá ayllumanta Leónmi Panium nisqapi, Caesarea Philippipi, kicharin. Chayqa kicharisqa kashan ukhupacha mana tukukuq t’uqumanta atheo animalwan, hinaspa Republicanismopa waqranwan chawpipi maqanakuy ukhupi; chay waqraqa 2015 watapi chay animalta kuyuchiyta qallarisqa; hinaspa kunanqa hatun soldadokuna hinaman kawsarichisqa cheqaq Protestantismopa waqranpa contranpi.</w:t>
      </w:r>
    </w:p>
    <w:p>
      <w:pPr>
        <w:pStyle w:val="ArticleBody"/>
        <w:jc w:val="left"/>
      </w:pPr>
      <w:r>
        <w:rPr>
          <w:rFonts w:ascii="Times New Roman" w:hAnsi="Times New Roman" w:eastAsia="Times New Roman" w:cs="Times New Roman"/>
        </w:rPr>
        <w:t>Pedropa willakusqan chiqaqa rikuchin 2001 watapi setyembre killapa 11 p’unchawpa señalninta, hinallataq Cristoqa kawsaq Diospa Churin kasqanta. Jesuspa Diospa Churin kasqanwan ima rikuchisqa kasqanmanta chiqaqa, huk pruebaykuna chiqaqmi, imaynachus Pedropa p’unchawninkunapi Jesusqa Mesíaschu mana chaychu nisqa chiqaq kasqanmanta. Jesusqa Diospa Churin kasqan willakuyninqa tukuy ima Churimanta revelasqa kasqanta rikuchin. Mana chayllatachu rikuchin payqa Diospa Churin kasqanta, aswanpas runapa churin kasqantapas. Kayqa divinidadpa runakayman inkarnacionninmanta chiqaqmi, chaymi pachaq tawa chunka tawayuq waranqaqa sellakusqa pacha ukhupi hunt’achisqa llank’ay. “Inkarnación” nisqamanta chiqaqa, qallariypi “Sábado” nisqamanta chiqaqwan rikuchisqa hina, tukukuypi kaq chiqaqmi.</w:t>
      </w:r>
    </w:p>
    <w:p>
      <w:pPr>
        <w:pStyle w:val="ArticleBody"/>
        <w:jc w:val="left"/>
      </w:pPr>
      <w:r>
        <w:rPr>
          <w:rFonts w:ascii="Times New Roman" w:hAnsi="Times New Roman" w:eastAsia="Times New Roman" w:cs="Times New Roman"/>
        </w:rPr>
        <w:t>1844 watapi 22 ñiqin octubre killapi kinsa kaq angelpa chayamunanta señalan. Huk angel chayamuchkaptinqa, Judá ayllupi León kaqmi, sapa pacha chay chiqaqa kichasqa kasqanman hina tupaq, huk sapaq chiqaqta kicharin; chay chiqaqmi hinaspa chay kicharisqa kasqan wiñaymanta runa mirayta prueban. 1844 watapi 22 ñiqin octubre killapiqa, Cristoq rurayninwan tupaq chiqaqkuna kicharisqa karqan; paymi usqhaylla temploman hamurqan, chay templota 1798 watamanta 1844 watakama tawa chunka suqta watakunapi sayarichisqanman. Cristoq taripay ruraynin, Diospa leynin, Hatun Sacerdote hina ruwnin, animalpa señalanmanta sasachakuy, hinallataq pachak tawa chunka tawa waranqa runakunapa sellasqa kayninpas llapallan kicharisqa karqan. Hermana White-man rikuchisqa karqan chay chiqaqkunamantaqa, huk chiqaq kasqanta, chayta Alpha y Omega nisqakuna huk sapa k’anchaypi reqsichisqanta.</w:t>
      </w:r>
    </w:p>
    <w:p>
      <w:pPr>
        <w:pStyle w:val="ArticleScripture"/>
        <w:jc w:val="left"/>
      </w:pPr>
      <w:r>
        <w:rPr>
          <w:rFonts w:ascii="Times New Roman" w:hAnsi="Times New Roman" w:eastAsia="Times New Roman" w:cs="Times New Roman"/>
        </w:rPr>
        <w:t>“Muspharasqa qhawarirqani chunka kamachikunamanta tawa ñiqi kamachiyqa chawpinpi kashasqanta, llamp’u k’anchay muyurisqa. Angelqa nirqan: ‘Kayllam chunka kamachikunamanta kawsayniyuq Diosmanta sut’inchan, paymi hanaq pachatapas kay pachatas llapa imaymanakunatawan chaypi kaqkunatapas ruwaran. Kay pachaq cimienton churakusqan p’unchawmi Samana p’unchawpa cimientonpas churakurqan’.” Testimonios, tomo 1, 75.</w:t>
      </w:r>
    </w:p>
    <w:p>
      <w:pPr>
        <w:pStyle w:val="ArticleBody"/>
        <w:jc w:val="left"/>
      </w:pPr>
      <w:r>
        <w:rPr>
          <w:rFonts w:ascii="Times New Roman" w:hAnsi="Times New Roman" w:eastAsia="Times New Roman" w:cs="Times New Roman"/>
        </w:rPr>
        <w:t>Pachak tawa chunka tawa waranqa akllasqakunapa sellasqa kanankupaq pacha chayamusqaña karqan, ichaqa 1863 watapi hatarikuyninkurayku suyasqa kananpaq karqan. Setiembre killapa 11 p’unchawninpi, 2001 watapi, sellay ruwana qallarikurqan, Cristoqa, Apocalipsis qhelqapa chunka pusaqniyuq kapitulumanta atiyniyuq angeln hina rikuchisqa kaspa, makinpi pakasqa libroyuq uraykamurqan, chayta Diospa qhepa p’unchay llaqtan mikhunanpaq. Alfa Omegawan ima kasqantapas qallariymanta tukukuyninwan sapa kuti rikuchin; chayrayku qhepa p’unchaykunapi huk cheqaq yachachiypas huk sapa k’anchaypi churakusqa karqan, hinaspataq chayqa chiqapunimanta tinkisqa karqan sábado nisqa cheqaq yachachiywan, mayqentaq Cristo ñawpaq kutipi pachak tawa chunka tawa waranqa akllasqakunata sellayta munaspa sut’inchasqa karqan.</w:t>
      </w:r>
    </w:p>
    <w:p>
      <w:pPr>
        <w:pStyle w:val="ArticleScripture"/>
        <w:jc w:val="left"/>
      </w:pPr>
      <w:r>
        <w:rPr>
          <w:rFonts w:ascii="Times New Roman" w:hAnsi="Times New Roman" w:eastAsia="Times New Roman" w:cs="Times New Roman"/>
        </w:rPr>
        <w:t>“Pacha hamun Danielpa churakusqanpi sayarinanpaq. Pacha hamun payman qusqam k’anchayqa kay pachaman rinanpaq mana hayk’aqpas hina ñawpaqman. Sichus pikunapaqmi Señorqa ancha achkata ruwarqan, paykuna k’anchaypi purinqaku chayqa, Cristomanta yachayninku hinallataq paymanta willakusqa profecíakunamanta yachayninkupas ancha yapasqa kanqa, kay pachapa historianninp ch’usaq tukukuyninman qayllaykuchkaptinku.</w:t>
      </w:r>
    </w:p>
    <w:p>
      <w:pPr>
        <w:pStyle w:val="ArticleScripture"/>
        <w:jc w:val="left"/>
      </w:pPr>
      <w:r>
        <w:rPr>
          <w:rFonts w:ascii="Times New Roman" w:hAnsi="Times New Roman" w:eastAsia="Times New Roman" w:cs="Times New Roman"/>
        </w:rPr>
        <w:t>“Dioswan rimanakuspa kawsakkuqkunaqa Chiqap Kay Intipa k’anchayninpi purinku. Manan kacharichinku Chuyaqnin Qespichiqninkutaqa, ñanninkuta Diospa ñawpaqenpi waqllichispaqa. Hanaq pachamanta k’anchaymi paykunamanqa lliphiy. Diospa qhawayninpiqa mana tukukuq chaninniyuqmi kanku, Cristowan hukllaña kasqankurayku. Paykunapaqmi Diospa siminqa llumpay sumaq, munaylla kasqa. Paykunaqa ancha importancianiyuq kasqanta qhawanku. Cheqaq kaymi paykunaman kicharisqa rikuchikun. Runaman tukusqanmanta yachachikuyqa llamp’u k’anchaywan p’achasqañam kachkan. Paykunaqa qhawanku Escritura kasqanta llapa pakasqa imakunata kichariq llave hina, llapa sasa kaykunatapas allichiqta. K’anchayta chaskiyta mana munaspa, k’anchaypi puriyta mana munasqakunaqa manan atinqachu diosllikaypa pakasqa kayninta entiendenankuta; ichaqa cruzta hap’iyta, Jesuspa qhepanta qatiriyta mana iskayrayaspa ruwasqakunaqa Diospa k’anchayninpi k’anchayta rikunqaku.” Manuscript Releases, número 21, 406, 407.</w:t>
      </w:r>
    </w:p>
    <w:p>
      <w:pPr>
        <w:pStyle w:val="ArticleBody"/>
        <w:jc w:val="left"/>
      </w:pPr>
      <w:r>
        <w:rPr>
          <w:rFonts w:ascii="Times New Roman" w:hAnsi="Times New Roman" w:eastAsia="Times New Roman" w:cs="Times New Roman"/>
        </w:rPr>
        <w:t>Yachachiyniyqa runa kaywan hukllachasqa Dios kay mana huchallinchu nisqa cheqaqmi; hinaspa qhepa p’unchaykunapi chay experienciaman chayasqakunapa señalanqa Sábadomi.</w:t>
      </w:r>
    </w:p>
    <w:p>
      <w:pPr>
        <w:pStyle w:val="ArticleScripture"/>
        <w:jc w:val="left"/>
      </w:pPr>
      <w:r>
        <w:rPr>
          <w:rFonts w:ascii="Times New Roman" w:hAnsi="Times New Roman" w:eastAsia="Times New Roman" w:cs="Times New Roman"/>
        </w:rPr>
        <w:t>Chaymantaqa paykunamanqa noqapa samana p’unchayniykunatapas qorqani, noqawan paykunawan chawpipi huk señal kananpaq, chaywan yachanankupaq noqa Señor kasqayta, paykunata santuyaqta. Ezequiel 20:12.</w:t>
      </w:r>
    </w:p>
    <w:p>
      <w:pPr>
        <w:pStyle w:val="ArticleBody"/>
        <w:jc w:val="left"/>
      </w:pPr>
      <w:r>
        <w:rPr>
          <w:rFonts w:ascii="Times New Roman" w:hAnsi="Times New Roman" w:eastAsia="Times New Roman" w:cs="Times New Roman"/>
        </w:rPr>
        <w:t>Pachak chunka tawa waranqa tawa pachak runakuna wiñaypaqmi sellasqa kachkanku, hinaspa sellakuy rurayqa reqsichin huk pisi tiempota sellakuy tukukuypa chay qhipa muyuriyninpi, domingo kamachiy manaraq hamuqtin, maypachachus sello allinta churakusqa kan. Chay pisi tiempopin Dios kayninwan runa kayninwan wiñaypaq hukllachasqa kachkan.</w:t>
      </w:r>
    </w:p>
    <w:p>
      <w:pPr>
        <w:pStyle w:val="ArticleScripture"/>
        <w:jc w:val="left"/>
      </w:pPr>
      <w:r>
        <w:rPr>
          <w:rFonts w:ascii="Times New Roman" w:hAnsi="Times New Roman" w:eastAsia="Times New Roman" w:cs="Times New Roman"/>
        </w:rPr>
        <w:t>“¿Imataq rurashankichik, wawqikuna, kay hatun wakichikuy llamk’aypi? Kay pachawan huñunakuchkankuqa, kay pacha hina rurachisqa kayta chaskishanku, hinaspa waqaychanakunkuña uywa señalta chaskinankupaq. Kikinkumanta mana atinikuywan kashaqkunaqa, Diospa ñawpaqninpi uraykuchikuspa, cheqaq kayta kasukuspa almankuta ch’uyanchaspa, hanaq pacha hina rurachisqa kayta chaskishanku, hinaspa mat’inkupi Diospa sellonta chaskinankupaq waqaychanakushanku. Kamachikuy lluqsiptin, hinaspa señal churakusqa kaptin, paykunapa caracterninku wiñaypaq ch’uya, mana qhelliyuq hina qhiparinqa.”</w:t>
      </w:r>
    </w:p>
    <w:p>
      <w:pPr>
        <w:pStyle w:val="ArticleScripture"/>
        <w:jc w:val="left"/>
      </w:pPr>
      <w:r>
        <w:rPr>
          <w:rFonts w:ascii="Times New Roman" w:hAnsi="Times New Roman" w:eastAsia="Times New Roman" w:cs="Times New Roman"/>
        </w:rPr>
        <w:t>“Kunanmi waqaychasqa kasqanpaq wakichikunapaq pacha. Diospa sellonqa hayk’aqpas mana churakusqachu qhelli qhariqpa utaq warmiqpa urkunman. Hayk’aqpas mana churakusqachu munayninman qhatiq, kay pachata munakuq qhariqpa utaq warmiqpa urkunman. Hayk’aqpas mana churakusqachu llulla simiyuq qharikunaq utaq warmikunaq, ch’ulla sunquyuqkunapa urkunman. Llapa sello chaskiqkunaqa Diospa ñawpaqenpi mana ima qhelliyuq kasqa kanan—hanaq pachapaq akllasqa kananpaq. Ñawpaqman puriychik, wawqe panaykuna. Kunan pachapi kaykunamanta pisillata qillqayta atini, wakichikuyqa ancha allin kasqanta qhawarichispa. Qankuna kikiykichik Qillqasqata maskhaychik, kunan pachapa manchay chanin kashaqta entiendenaykichikpaq.” Testimonies, volume 5, 216.</w:t>
      </w:r>
    </w:p>
    <w:p>
      <w:pPr>
        <w:pStyle w:val="ArticleBody"/>
        <w:jc w:val="left"/>
      </w:pPr>
      <w:r>
        <w:rPr>
          <w:rFonts w:ascii="Times New Roman" w:hAnsi="Times New Roman" w:eastAsia="Times New Roman" w:cs="Times New Roman"/>
        </w:rPr>
        <w:t>Pasaje ñawpaqta nisqa hina rikuchinmanmi sellota domingo kamachiypi churasqa kasqanta, ichaqa mana chaynachu. Panikuna White sutiyuq sut’ita yachachin domingo kamachiyqa hatun krisis kasqanta, hinallataq sut’incham yachachinmi carácterqa huk krisispi rikuchikusqanta, ichaqa manam hayk’aqpas huk krisispi wiñachisqachu. Sellota domingo kamachiypi churasqa ninakuqpiqa chayta nin, chay pachapi rikurimusqanmanta; imaraykuchus pisiypiña selloyuqkunaqa huk unanchahina oqarisqa kachkanku. Sellota huk pisi pacha ukhupi churasqa, prueba pacha tukukunankama ñawpaqllapi, hinaspa sábado waqaychaqkunapaqqa prueba pacha domingo kamachiyllapim tukukun. Sellakuyqa 11 de septiembre de 2001 p’unchawpi qallarisqa, hinaspa chaypachaqa manam pipas Diospa sellonta chaskirqachu; imaraykuchus 22 de octubre de 1844 qhipaman kaq pacha ilustrasqanman hina, ñawpaqtaqa huk pruebayuq rikhurichiy proceso kanan karqa.</w:t>
      </w:r>
    </w:p>
    <w:p>
      <w:pPr>
        <w:pStyle w:val="ArticleBody"/>
        <w:jc w:val="left"/>
      </w:pPr>
      <w:r>
        <w:rPr>
          <w:rFonts w:ascii="Times New Roman" w:hAnsi="Times New Roman" w:eastAsia="Times New Roman" w:cs="Times New Roman"/>
        </w:rPr>
        <w:t>Tukuy reforma kuyuykunapi, maypachachus hanaqpachamanta symbole uraykamun chay puchukay p’unchawpi kichasqa karqan chay willayta kallpachananpaq, huk pruebanakuy lamar qallarimun. Michael uraykamuspa Cirota kallpachaqtin ñawpaq kamachiywan ñawpaqman purinanpaq, chaymantapacha judíokuna pruebasqa karqanku: qanchis chunka watakuna kausasqanku wasimanta lluqsispa kutimunkuchu huk thuñisqa llaqtaman, hinaspa chayta wakmanta sayarichinkuchu. Santo Espíritu uraykamuspa Cristoq bautizakusqanpi, judíokuna Mesíasmanta pruebasqa karqanku. Apocalipsis chunka qillqapi atiyniyuq angel agosto 11, 1840 p’unchawpi uraykamusqanpi, chay mirayqa pruebasqa karqan ichapas huch’uy librota mikhuyninkuchu, hinaspa tukuy ima chay huch’uy libro sut’inchasqanta.</w:t>
      </w:r>
    </w:p>
    <w:p>
      <w:pPr>
        <w:pStyle w:val="ArticleBody"/>
        <w:jc w:val="left"/>
      </w:pPr>
      <w:r>
        <w:rPr>
          <w:rFonts w:ascii="Times New Roman" w:hAnsi="Times New Roman" w:eastAsia="Times New Roman" w:cs="Times New Roman"/>
        </w:rPr>
        <w:t>Huk pruebanapaq rurayqa qallarikurqan 1840 watapi agosto killapa 11 p’unchayninpi, chaymi iskay kastak adoradorkunata paqarichirqan, hinaspa chay kastaqa, Corderota qatiqkuna Aswan Santísimo Cheqaman yaykuqkuna, pachak tawa chunka tawa waranqa ukhupi kaqpaq akllasqa kananpaq candidatokuna karqanku. Chay miraypa qhepa pruebanqa, chay pruebanapaq ruraypi mana atinqakunaq, qallarikurqan askha-yapasaq k’anchay chayamunanwan “qanchis kutikuna” nisqapi, Levítico iskay chunka suqtayuqpi. 1856 watamanta 1863 watakama, Laodicea willakuyqa señalarqan huk qhepa pacha periodota chay periodopi, mayqinchus qallarikurqan kinsa angelpa chayamunawan 1844 watapi octubre killapa 22 p’unchayninpi. Chay pacha periodoqa representasqa kachkan Daniel chunka hukniyuq qillqapa chunka kimsayuqmanta chunka pichqayuq kama versículokunawan.</w:t>
      </w:r>
    </w:p>
    <w:p>
      <w:pPr>
        <w:pStyle w:val="ArticleBody"/>
        <w:jc w:val="left"/>
      </w:pPr>
      <w:r>
        <w:rPr>
          <w:rFonts w:ascii="Times New Roman" w:hAnsi="Times New Roman" w:eastAsia="Times New Roman" w:cs="Times New Roman"/>
        </w:rPr>
        <w:t>Kay yachayta qatiqkusaqku hamuq qillqapi.</w:t>
      </w:r>
    </w:p>
    <w:p>
      <w:pPr>
        <w:pStyle w:val="ArticleScripture"/>
        <w:jc w:val="left"/>
      </w:pPr>
      <w:r>
        <w:rPr>
          <w:rFonts w:ascii="Times New Roman" w:hAnsi="Times New Roman" w:eastAsia="Times New Roman" w:cs="Times New Roman"/>
        </w:rPr>
        <w:t>“‘Ñawpaqpi karqa Simi, hinaspa Simiqa Dioswan kasharqa, hinaspa Simiqa Dios karqa. Chay kikinmi ñawpaqpi Dioswan kasharqa. Tukuy ima paymanta rurasqa karqa; pay mana kaptinqa, mana imapas rurasqachu karqa rurasqa kaqkunaqa. Paypi kawsay karqa; hinaspa chay kawsayqa runakunapaq k’anchay karqa. Hinaspa k’anchayqa tutayaypi lliphin; tutayaytaq mana hap’irqachu.’ ‘Hinaspa Simiqa aycha tukurqan, hinaspa noqayku ukhupi tiyakamurqan, (hinaspa noqayku qhawarirqayku paypa hatun kayninta, Taytapa sapallan paqarisqanpa hatun kaynin hina,) khuyapaywan cheqaq kaywan hunt’asqa’ (Juan 1:1–5, 14).”</w:t>
      </w:r>
    </w:p>
    <w:p>
      <w:pPr>
        <w:pStyle w:val="ArticleScripture"/>
        <w:jc w:val="left"/>
      </w:pPr>
      <w:r>
        <w:rPr>
          <w:rFonts w:ascii="Times New Roman" w:hAnsi="Times New Roman" w:eastAsia="Times New Roman" w:cs="Times New Roman"/>
        </w:rPr>
        <w:t>“Kay capítuloqa sut’ita rikuchin Cristoq llank’ayninpa kasqanta chaymanta ancha chanin kasqantapas. Juanqa, imata rimashasqanta allinta yachaq hina, llapa atiyninta Cristoman qowan, hinaspataq paypa hatun kayninta, qhapaq kaynintawan rimarin. Intimanta k’ancha hina, ancha chanin Diospa chiqap nisqanpa k’anchayninkunata qespichin. Cristotam rikuchin Dioswan runakunawan ukhupi sapallan Mediador kasqanta.</w:t>
      </w:r>
    </w:p>
    <w:p>
      <w:pPr>
        <w:pStyle w:val="ArticleScripture"/>
        <w:jc w:val="left"/>
      </w:pPr>
      <w:r>
        <w:rPr>
          <w:rFonts w:ascii="Times New Roman" w:hAnsi="Times New Roman" w:eastAsia="Times New Roman" w:cs="Times New Roman"/>
        </w:rPr>
        <w:t>“Cristopa runa aychapi encarnacionnin yachachiyqa huk pakasqa misteriom, ‘wiñay pacha kunamanta, miraykunamantapas pakasqa karqan chay misterio’ (Colosenses 1:26). Kaymi diosllikuypa hatun, ukhuyniyoq misterio. ‘Siminqa aycha tukuspa, noqanchik ukhupi tiyarqan’ (Juan 1:14). Cristoqa runa kayta hap’irqan, hanaq pacha kayninmanta aswan uray kayta. Mana imapas kayhinataqa Diospa musphaylla uywaykuyninmanta rikuchinchu. Payqa ‘hinallataq kay pachata munakurqan, chayrayku sapallan churinta qorqan’ (Juan 3:16). Juanga kay musphay tema­ta ancha llamp’u simplicidadwan rikuchin, chayhinapin llapa runakuna yuyaykunata hap’iyta atinkuman, hinaspa k’anchasqa kanankupaq.</w:t>
      </w:r>
    </w:p>
    <w:p>
      <w:pPr>
        <w:pStyle w:val="ArticleScripture"/>
        <w:jc w:val="left"/>
      </w:pPr>
      <w:r>
        <w:rPr>
          <w:rFonts w:ascii="Times New Roman" w:hAnsi="Times New Roman" w:eastAsia="Times New Roman" w:cs="Times New Roman"/>
        </w:rPr>
        <w:t>“Cristoqa mana yuyayllapi runa kayta hap’irqanchu; cheqaqtapuni hap’irqan. Payqa cheqaqpuni runa kayniyoq karqan. ‘Wawakuna aycha yawarwan kuska kaqkuna kaptinqa, paypas chay hina kikillantata chaymanta hap’irqan’ (Hebreos 2:14). Payqa Maríaq churin karqan; runa paqarisqanman hina Davidpa mirayninmanta karqan. Payqa runa kasqanmi willasqa, arí, Runa Cristo Jesús. ‘Kay runa,’ nispa Pablo qillqan, ‘Moisesmanta aswan hatun k’anchaypaq yupasqa karqan, imaraykuchus wasita ruwaqqa wasimanta aswan hatun yupaychasqa kan’ (Hebreos 3:3).”</w:t>
      </w:r>
    </w:p>
    <w:p>
      <w:pPr>
        <w:pStyle w:val="ArticleScripture"/>
        <w:jc w:val="left"/>
      </w:pPr>
      <w:r>
        <w:rPr>
          <w:rFonts w:ascii="Times New Roman" w:hAnsi="Times New Roman" w:eastAsia="Times New Roman" w:cs="Times New Roman"/>
        </w:rPr>
        <w:t>“Ichaqa Diospa Simin rimarin Cristo kay pachapi runa kayninmanta, chaywanpas sut’itaqmi rimarin ñawpaqmanta kawsasqanmanta. Simiqa kasqa huk divino kaq hina, wiñaypaq Diospa Churin hina, Tatanwan hukllaypi, sapaq kaypi ima. Wiñaymanta pacha payqa karqa pactoq chawpichakuqnin, chay hukninmi pichus allpapa llapa nacionninkuna, judíokunapas mana judíokunapas, payta chaskispankuqa, bendecisqa kanan karqa. ‘Simiqa Dioswan karqa, Simitaq Dios karqa’ (Juan 1:1). Manaraq runakuna nitaq angelkuna kamasqa kachkaptinku, Simiqa Dioswanña karqa, hinaspa Diosmi karqa.”</w:t>
      </w:r>
    </w:p>
    <w:p>
      <w:pPr>
        <w:pStyle w:val="ArticleScripture"/>
        <w:jc w:val="left"/>
      </w:pPr>
      <w:r>
        <w:rPr>
          <w:rFonts w:ascii="Times New Roman" w:hAnsi="Times New Roman" w:eastAsia="Times New Roman" w:cs="Times New Roman"/>
        </w:rPr>
        <w:t>Paywanqa paymanta ruwasqa karqan, “paymanta mana imapas ruwasqachu karqan ruwasqa kaqkunaqa” (Juan 1:3). Sichus Cristo llapa imakunata ruwarqa, chayqa payqa llapa imakunamanta ñawpaqta kawsarqan. Kaymanta nisqa simikunaqa hinantin chiqaq, ancha chiqap, mana pipas iskayraypi saqesqa kananpaqchu. Cristoqa cheqaqtapuni Dios karqan, aswan hanaq yuyaypi. Payqa wiñay wiñaymanta Dioswan kuska karqan, llapamanta hanaq Dios, wiñaypaq saminchasqa.</w:t>
      </w:r>
    </w:p>
    <w:p>
      <w:pPr>
        <w:pStyle w:val="ArticleScripture"/>
        <w:jc w:val="left"/>
      </w:pPr>
      <w:r>
        <w:rPr>
          <w:rFonts w:ascii="Times New Roman" w:hAnsi="Times New Roman" w:eastAsia="Times New Roman" w:cs="Times New Roman"/>
        </w:rPr>
        <w:t>Señor Jesucristoqa, Diospa divino Churin kaspan, wiñaymanta-pacha karqa, huk sapa runa kayninwan, ichaqa Taytawan hukllaña. Payqa hanaq pachaq aswan lliphipiq gloria ninqa karqa. Payqa hanaq pacha yuyayniyuqkunapa kamachiqnin karqa, angelkunapa yupaychasqa adorasqankutaq Payman chaskisqa karqa Paypa derechon kasqanrayku. Kayqa mana Diosmanta suwa apaychu karqa. “Señorqa ñanñiqpa qallariyninpi ñoqata hap’iq karqan,” nispa willakun, “ñawpa ruwasqankunamanta ñawpaqta. Wiñaymanta-pacha churakusqa karqani, qallariymanta, manaraq kay pachaq kasqanmantaraq. Manaraq ukhu puchquykuna kaptinqa, ñoqaqa paqarichisqa karqani; manaraq unuwan hunt’a pukyukuna kaptinqa. Manaraq orqokuna takyachisqa kaptinqa, manaraq urqukunamanta ñawpaqta paqarichisqa karqani: manaraq kay pachata, ni chakrakunata, ni kay pachaq allpanpa aswan hanaq kaqnin ruwaspaqa. Hanaq pachakunata wakichiptinqa, chaypi karqani: ukhu puchquypa uyanta muyuriqta churaptinpas” (Proverbios 8:22–27).</w:t>
      </w:r>
    </w:p>
    <w:p>
      <w:pPr>
        <w:pStyle w:val="ArticleScripture"/>
        <w:jc w:val="left"/>
      </w:pPr>
      <w:r>
        <w:rPr>
          <w:rFonts w:ascii="Times New Roman" w:hAnsi="Times New Roman" w:eastAsia="Times New Roman" w:cs="Times New Roman"/>
        </w:rPr>
        <w:t>“Kanchispas hatun k’anchaypas kan cheqaq kaypi: Cristoqa Taytawan hukllañasqa karqa manaraq kay pacha sayachisqa kachkaptin. Kaymi ch’uya k’anchay tutayasqa cheqapi lliphipispa, chayta hunt’achin divina, qallariyninmanta gloriawan. Kay cheqaq kayqa, pay kikinpi mana tukuy atisqa pakasqa kaspapas, wakin pakasqa cheqaq kaykunatam sut’inchan, mana chaymantaqa ima hina sut’ichay atisqa cheqaq kaykunatapas; ichaqa k’anchaypi waqaychasqa kaspa, mana qayllaykuy atisqa, mana hamut’ay atisqaña kachkan.” Selected Messages, libro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Qhapaq Danielpa Qillqan - Pachak Pusaq Chunka Kimsayuqniyuq</dc:title>
  <dc:subject>Wiñaypaq Saphi: Cristoqa Willakuqpaq Historiapi chaymanta Iñiqpa Iñiyninpi</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