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Pusak Chunka Tawañiqin</w:t>
      </w:r>
      <w:r>
        <w:rPr>
          <w:rFonts w:ascii="Leelawadee UI" w:hAnsi="Leelawadee UI" w:eastAsia="Leelawadee UI" w:cs="Leelawadee UI"/>
        </w:rPr>
        <w:t>៘</w:t>
      </w:r>
    </w:p>
    <w:p>
      <w:pPr>
        <w:pStyle w:val="ArticleSubtitle"/>
        <w:jc w:val="left"/>
      </w:pPr>
      <w:r>
        <w:rPr>
          <w:rFonts w:ascii="Arial" w:hAnsi="Arial" w:eastAsia="Arial" w:cs="Arial"/>
        </w:rPr>
        <w:t>Sábado p’unchaywan Incarnaciónwan: Millerita sellakuy ruwaypa hatun rumi sayachiqninkuna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Milleritakuna miray wiñaypaq qhipa pruebanqa, paykunaqa pruebayta mana atispa, qallariqmi karqa 1856 watapi, Levitico iskay chunka suqtayuq tawaq t’aqapi “qanchis kuti” nisqamanta aswan achka k’anchay chayamuptin. 1856 watamanta 1863 watakama Laodicea willakuyninmi señalarqa huk qhipa pacha-kamayta chay pachapa ukhupi, chayqa qallariq karqa kinsa kaq angelpa chayamusqanwan 1844 watapi, octubre killapa iskay chunka iskayniyuq punchawninpi. Chay pacha-kamayqa rikuchisqa kashan Daniel chunka hukniyuq qillqapa chunka hukniyuq t’aqanmanta chunka kinsayuqmanta chunka pichqayuq kama versículokunawan.</w:t>
      </w:r>
    </w:p>
    <w:p>
      <w:pPr>
        <w:pStyle w:val="ArticleBody"/>
        <w:jc w:val="left"/>
      </w:pPr>
      <w:r>
        <w:rPr>
          <w:rFonts w:ascii="Times New Roman" w:hAnsi="Times New Roman" w:eastAsia="Times New Roman" w:cs="Times New Roman"/>
        </w:rPr>
        <w:t>Chay pacha manam chay versículokunallawanchu rikuchisqa kachkan, aswanpas chay versículokunata hunt’asqa historiaywan, hinallataq Paniumpa hallp’a testigowanninwanpas, mayqinchus Caesarea Philippi sutiyuqmi. Caesarea Philippimanqa Cristoqa yachayllawanmi watukusqa karqa cruzmanta ñawpaqta, cruzqa domingo kamachiyta unanchan, chaymi versículo chunka suqtayuqwan rikuchisqa kachkan. 1844 watapi octubre killapa iskay chunka iskayniyuq p’unchawninpi, Judá ayllumanta Leonqa sábado yachachiyta huk sapa k’anchaypi reqsichirqan. Chay prueba ruwanapa tukukuyninpiqa Paymi “qanchis kuti” nisqamanta aswan yachay yapayta qallarichirqan, “qanchis kuti” nisqa Levítico iskay chunka suqtayuqpiqa sábado yachachiymin. Chayqa allpa samananmanta sábado kamachiymin, runakuna samananmanta sábado kamachiywan chiqap parallelon. Pacha profecía iskay waranqa phisqa pachak iskay chunka watayuq, hinallataq iskay waranqa kinsa pachak watayuqpas, iskayninku 1844 watapi octubre killapa iskay chunka iskayniyuq p’unchawninpi tukukurqan.</w:t>
      </w:r>
    </w:p>
    <w:p>
      <w:pPr>
        <w:pStyle w:val="ArticleBody"/>
        <w:jc w:val="left"/>
      </w:pPr>
      <w:r>
        <w:rPr>
          <w:rFonts w:ascii="Times New Roman" w:hAnsi="Times New Roman" w:eastAsia="Times New Roman" w:cs="Times New Roman"/>
        </w:rPr>
        <w:t>1856 watamanta 1863 watakama, mallkiykunapa llank’aypi qhipa pacha karqa sábado-manta aswan hatun rikuchisqa, chaymi qallariypi sellasqa kaywan hinaspa mallkisqa kaywan huk sapa k’anchaypi churakusqa karqa. Daniel chunka hukniyuq qillqapi chunka kimsayuqmanta chunka pichqayuq kama versículokunapa hunt’akusqanwan rikuchisqa willakuyqa chay mallkiypa pachanmi, maypichus Diospa sellon wiñaypaq q’ipi q’ipin huk pachak tawa chunka tawa waranqa runakunaman churaykusqa. Chay willakuypi Ezequielpa iskay kaspikuna huñunakunku. Chay iskay kaspikuna huñukuyninqa Dios kaywan runa kaypa huñunakuyninta rikuchin, hinaspa chay willakuypi sapa k’anchaywan lliphipiq yachachikuyqa encarnación-manta yachachikuymi.</w:t>
      </w:r>
    </w:p>
    <w:p>
      <w:pPr>
        <w:pStyle w:val="ArticleBody"/>
        <w:jc w:val="left"/>
      </w:pPr>
      <w:r>
        <w:rPr>
          <w:rFonts w:ascii="Times New Roman" w:hAnsi="Times New Roman" w:eastAsia="Times New Roman" w:cs="Times New Roman"/>
        </w:rPr>
        <w:t>Chayrayku, Pedroqa Cesarea Filipo llaqtapi Cristota Diospa Churin kasqanta riqsichispa, Cristoqa, Diospa Churin hina, iskay naturalezayuq kasqanta willarqan: Diospa kikin Churin kasqanta, paymi runa aychata hap’ikuspa, chay hina ruwasqanwan Runapa Churinman tukurqan.</w:t>
      </w:r>
    </w:p>
    <w:p>
      <w:pPr>
        <w:pStyle w:val="ArticleScripture"/>
        <w:jc w:val="left"/>
      </w:pPr>
      <w:r>
        <w:rPr>
          <w:rFonts w:ascii="Times New Roman" w:hAnsi="Times New Roman" w:eastAsia="Times New Roman" w:cs="Times New Roman"/>
        </w:rPr>
        <w:t>“Imaynatataqmi, Cristomanta willakusqa profeciakunata mashkhaspa, yachachisqankunaqa Dios kaywan huñunakuyman pusasqa karqanku, hinaspataq yacharqanku piman chay pacha hanaq pachaman wicharisqa karqa, kay pachapi qallarisqan ruwanakuyta hunt’ananpaq. Yachaqasqankuta riqsirqanku: paypi tiyasqa karqa yachay, mayqen runapas mana atisqan hamut’ayta, Diospa ruwanaynin mana yanapaptinqa. Paypa yanapayninta necesitayarqanku, pimanmi reykuna, profetakuna, hinaspa chanin runakuna ñawpaqmantapacha willasqanku. Musphaywan ñawirqanku, yapamanta yapamantañataq ñawirqanku, profeciakunapi paypa kasqanmanta hinaspa ruwasqanmantawan sut’inchaykunata. Ancha tutayasqa hinam hamut’arqanku profeciapa qillqasqankunata! ancha unaymanta hinam hap’irqanku chay hatun cheqaqkunata Cristomanta qhawayachiqkunata! Payta qhawarispa k’umuykusqa kayninpi, runapurapi runa hina puriptin, mana hamut’arqankuchu paypa runayaykusqan pakasqa imayna kasqanta, nitaq kayninpa iskaychasqa kasqantapas. Ñawinkuqapas hark’asqa karqa, chayrayku mana hunt’asqata riqsirqankuchu runa kaypi Dios kayta. Ichaqa Espíritu Santopa k’anchayninwan k’anchasqa kaspankum, ancha munarqanku yapamanta payta rikuyta, hinaspa paypa chakinman kikinkuta churakuyta!” The Desire of Ages, 507.</w:t>
      </w:r>
    </w:p>
    <w:p>
      <w:pPr>
        <w:pStyle w:val="ArticleBody"/>
        <w:jc w:val="left"/>
      </w:pPr>
      <w:r>
        <w:rPr>
          <w:rFonts w:ascii="Times New Roman" w:hAnsi="Times New Roman" w:eastAsia="Times New Roman" w:cs="Times New Roman"/>
        </w:rPr>
        <w:t>22 octubre 1844 p’unchawmanta 1863 watakamaqa pachak tawa chunka tawa waranqa runakunapa sellakusqan tiempunta rikuchin. Chay pacha qallarikurqan samana p’unchawqa askha chiqaqkunamanta huk sapaqa chay sellakuy pacha ukupi kichasqa chiqaqkunamanta aswan riqsichisqa kasqanwan. Chay pachaqa qanchis kaq trompetapa waqyasqanwan qallarikurqan, chaymi Diospa pakasqa imapas tukusqa kananpaq kasqanta reqsichin.</w:t>
      </w:r>
    </w:p>
    <w:p>
      <w:pPr>
        <w:pStyle w:val="ArticleScripture"/>
        <w:jc w:val="left"/>
      </w:pPr>
      <w:r>
        <w:rPr>
          <w:rFonts w:ascii="Times New Roman" w:hAnsi="Times New Roman" w:eastAsia="Times New Roman" w:cs="Times New Roman"/>
        </w:rPr>
        <w:t>Qanchis kaq angelpa rimayninpa p’unchayninkunapi, waqaychayta qallarisqan pachapiqa, Diospa pakasqa misterioqa tukukunqa, imaynachus profeta kamachinkunaman willarqan hina. Apocalipsis 10:7.</w:t>
      </w:r>
    </w:p>
    <w:p>
      <w:pPr>
        <w:pStyle w:val="ArticleBody"/>
        <w:jc w:val="left"/>
      </w:pPr>
      <w:r>
        <w:rPr>
          <w:rFonts w:ascii="Times New Roman" w:hAnsi="Times New Roman" w:eastAsia="Times New Roman" w:cs="Times New Roman"/>
        </w:rPr>
        <w:t>Qanchis kaq angelpas kimsa kaq ay nisqallataqmi, imaraykuchus sellakuyqa historiapi ruwakun maypachachus Islampa maqanakuyñin kallpachakusqa kashan chaypi. Sichus Millerite Adventismqa qespisqa kasqa 1844 watapi octubre killapa 22 p’unchawnin qhipan pacha hamuq tiempopi, Islamqa, 1840 watapi agosto killapa 11 p’unchawninpi hark’asqa karqa chayqa, kacharisqa kanman karqa.</w:t>
      </w:r>
    </w:p>
    <w:p>
      <w:pPr>
        <w:pStyle w:val="ArticleScripture"/>
        <w:jc w:val="left"/>
      </w:pPr>
      <w:r>
        <w:rPr>
          <w:rFonts w:ascii="Times New Roman" w:hAnsi="Times New Roman" w:eastAsia="Times New Roman" w:cs="Times New Roman"/>
        </w:rPr>
        <w:t>“1844 watapi hatun llakikuy qhipaman Adventistakuna iñiyninkuta sinchita hap’ipakuspa, Diospa kamachiynin kicharikuq ñanninta huk sonqolla qatipaspanku, kimsakay angelpa willakuyninta chaskispanku hinaspa Espíritu Santopa kallpanwan kayta kay pachaman willakuspankuqa, Diospa salvacionninta rikunman karqan, Señorqa chay esfuerzonkunawan ancha atiyniyoqta llamk’anman karqan, llamk’ayqa tukukunman karqan, hinaspa Cristoqa kay pachakamaña hamunman karqan llaqtanta premionkuman chaskiq. Ichaqa llakikuy qhipapi hamuq iskayrayaywan mana yachay atiy tiempopi, achka adventista iñiqkunaqa iñiyninkuta saqerqusqaku.... Chayhinaqa llamk’ayqa hark’asqa karqan, hinaspa kay pachaqa tutayaypi saqesqa karqan. Llapan Adventista cuerpopas Diospa kamachisqankunapi hinaspa Jesuspa iñiyninpi hukllachasqa kasqanku chayqa, ¡may hinataq hukniray kasunman karqan ñuqanchikpa historiayku!” Evangelism, 695.</w:t>
      </w:r>
    </w:p>
    <w:p>
      <w:pPr>
        <w:pStyle w:val="ArticleBody"/>
        <w:jc w:val="left"/>
      </w:pPr>
      <w:r>
        <w:rPr>
          <w:rFonts w:ascii="Times New Roman" w:hAnsi="Times New Roman" w:eastAsia="Times New Roman" w:cs="Times New Roman"/>
        </w:rPr>
        <w:t>22 ñiqin octubre killapi 1844 watapi qanchis kaq trompeta waqayta qallarin, hinaspataq Jubileo trompetapas waqayta qallarin.</w:t>
      </w:r>
    </w:p>
    <w:p>
      <w:pPr>
        <w:pStyle w:val="ArticleScripture"/>
        <w:jc w:val="left"/>
      </w:pPr>
      <w:r>
        <w:rPr>
          <w:rFonts w:ascii="Times New Roman" w:hAnsi="Times New Roman" w:eastAsia="Times New Roman" w:cs="Times New Roman"/>
        </w:rPr>
        <w:t>Qanpaq qankunapaq yupaychankichis qanchis watakunaq samana punchawninkunata, qanchis kuti qanchis watata; chay qanchis watakunaq samana punchawninkunapa pachaqqa qankunapaq kanqa tawa chunka isqun watakuna. Chaymantataq qanchis kaq killapa chunka kaq punchawninpi jubileo waqra putututa waqachinkichis; huchakuna pampachakuy punchawpin putututa waqachinkichis llapa allpaykichispi. Hinaspa pichqa chunka kaq watata sapaqchankichis, llapa chay allpapi tiyakukuqkunaman kacharichiyta willakunkichis; chayqa qankunapaq jubileo kanqa; sapa runataq kutimponqa hap’iq kayninman, sapataq kutimponqa ayllunman. Levítico 25:8–10.</w:t>
      </w:r>
    </w:p>
    <w:p>
      <w:pPr>
        <w:pStyle w:val="ArticleBody"/>
        <w:jc w:val="left"/>
      </w:pPr>
      <w:r>
        <w:rPr>
          <w:rFonts w:ascii="Times New Roman" w:hAnsi="Times New Roman" w:eastAsia="Times New Roman" w:cs="Times New Roman"/>
        </w:rPr>
        <w:t>Pachak tawqa tawa chunka tawa waranqa sellasqa kay pacha qallarikusqanpiqa, huk waqra kashan, chaymi reqsichin Islam nisqapa ruwasqan maqanakuy chayamushasqanta; hinaspa huk waqra, huchapa uywasqan kasqankumanta kacharichisqa kanankupaq libertadta willakun. Huk waqra hawapi historiata reqsichin, hukñataq qhipa p’unchaykunaq trato llaqtanpa ukhupi kawsayninkuta rikuchin. Paykunaq uywasqa kayninku samariyta tarin, runa kayninku Paypa Dios Kayninwan wiñaypaq huñusqa kaptin. Sutinchasqa sutinchasqaman hina, chay iskay waqrakuna huk Waqrallam kanku, imaraykuchus Jubileo waqraqaqa pampachanakuy p’unchayllapi phukun; hinaspa Pampachanakuy P’unchayqa qallarin kimsa kaq ay niqipa qanchis kaq waqran waqyasqa kaptin. Yachachikuy mayqinchus iskaynin waqratapas Millerita kuyuypi rikuchirqan, chayqa sábadoq k’anchaynin karqan. Kay qhipa p’unchaykunapi iskaynin Waqrakunata rikuchiq k’anchayqa runayaykusqan yachachikuymi. Sutinchasqa sutinchasqaman hina, sábado hinaspa runayaykusqanmanta yachachikuyqa kikin yachachikuymi.</w:t>
      </w:r>
    </w:p>
    <w:p>
      <w:pPr>
        <w:pStyle w:val="ArticleBody"/>
        <w:jc w:val="left"/>
      </w:pPr>
      <w:r>
        <w:rPr>
          <w:rFonts w:ascii="Times New Roman" w:hAnsi="Times New Roman" w:eastAsia="Times New Roman" w:cs="Times New Roman"/>
        </w:rPr>
        <w:t>Pedropa willakuynin riqsinmi Mesías-ta, hinallataq Diospa Churin kasqantapas. Mesíasqa Diospa Churinmi. Mesíasqa samana p’unchaywan rikuchisqa kamaqmi.</w:t>
      </w:r>
    </w:p>
    <w:p>
      <w:pPr>
        <w:pStyle w:val="ArticleScripture"/>
        <w:jc w:val="left"/>
      </w:pPr>
      <w:r>
        <w:rPr>
          <w:rFonts w:ascii="Times New Roman" w:hAnsi="Times New Roman" w:eastAsia="Times New Roman" w:cs="Times New Roman"/>
        </w:rPr>
        <w:t>“Pablom mana hayk’aqpas Cristota rikurqanchu kay pachapi kawsashaqtin. Chayqa cheqaqmi paymanta, hinallataq ruwasqanmantapas uyarirqanña; ichaqa manam creenayta atirqanchu prometisqa Mesías, llapa pachakunata Kamaq, llapa bendicionkunata Qowaq, kay pachapi huk sapa runalla hina rikurinanpaq hamunanta.” Sketches from the Life of Paul, 256.</w:t>
      </w:r>
    </w:p>
    <w:p>
      <w:pPr>
        <w:pStyle w:val="ArticleBody"/>
        <w:jc w:val="left"/>
      </w:pPr>
      <w:r>
        <w:rPr>
          <w:rFonts w:ascii="Times New Roman" w:hAnsi="Times New Roman" w:eastAsia="Times New Roman" w:cs="Times New Roman"/>
        </w:rPr>
        <w:t>Sábadoqa riqsichin Kamachiqta, hinaspa Pedro riqsichisqan Kamachiqqa Cristo kasharqan. Diospa Churin, Pedro riqsichisqan, paymi runapa aychanwan huñusqa kashpa Runapa Churinman tukurqan. Diospa Churinqa encarnacionta rikuchin.</w:t>
      </w:r>
    </w:p>
    <w:p>
      <w:pPr>
        <w:pStyle w:val="ArticleScripture"/>
        <w:jc w:val="left"/>
      </w:pPr>
      <w:r>
        <w:rPr>
          <w:rFonts w:ascii="Times New Roman" w:hAnsi="Times New Roman" w:eastAsia="Times New Roman" w:cs="Times New Roman"/>
        </w:rPr>
        <w:t>“Cristoqa qharikuna warmikunaman atipayta atipanankupaq kallpata apamurqan. Kay pachaman hamurqan runa kayninpi, runakuna chawpinpi huk runa hina kawsananpaq. Runapa kayninpa llakikuykunata hapisqa, rikuchisqa hinaspa suyasqa kananpaq. Paypa runa kayninpiqa Diospa kayninpi kaqta rakinakusqan karqan. Paypa runa tukuyninpiqa mushuq yuyaypi Diospa Churin sutita chaskirqan. Angelqa Mariaman nirqan: ‘Ancha Hanaq kaqpa kallpan llanthuykusunki: chayrayku qanmanta paqarimuq ch’uya wawaqa Diospa Churin nisqa kanqa’ (Lucas 1:35). Runaq churin kaspapas, mushuq yuyaypi Diospa Churin tukurqan. Chayhinataq kay pachapi sayarqan—Diospa Churin, ichaqa paqarisqanrayku runa aylluwan hukllachasqa.” Selected Messages, book 1, 226.</w:t>
      </w:r>
    </w:p>
    <w:p>
      <w:pPr>
        <w:pStyle w:val="ArticleBody"/>
        <w:jc w:val="left"/>
      </w:pPr>
      <w:r>
        <w:rPr>
          <w:rFonts w:ascii="Times New Roman" w:hAnsi="Times New Roman" w:eastAsia="Times New Roman" w:cs="Times New Roman"/>
        </w:rPr>
        <w:t>Cesarea Filipo llaqtapi, Pedropa iskay kuti willakuyninqa pachak tawa chunka tawayoq waranqa runakunata rikuchirqan, paykunaqa yachanku Jesusqa Cristo kasqanta, Diospa Churin kasqanta, hinaspa 1844 watapi qanchariqta qawachisqa sábado yachachiyta, chaymantaq p’unchaykuna tukukuyninpi reqsisqa encarnación yachachiywan kuska. Kay iskay suti chiqaq-kaypa k’anchayninqa kicharisqa kashan sellos churana pacha qallariyninpiwan tukukuyninpiwan, imaynachus qawachin sello churana historiapa October 22, 1844 manta 1863 kama, hinaspa Apocalipsis chunka pusaqniyoq capítulo-pa iskay voces historianta.</w:t>
      </w:r>
    </w:p>
    <w:p>
      <w:pPr>
        <w:pStyle w:val="ArticleBody"/>
        <w:jc w:val="left"/>
      </w:pPr>
      <w:r>
        <w:rPr>
          <w:rFonts w:ascii="Times New Roman" w:hAnsi="Times New Roman" w:eastAsia="Times New Roman" w:cs="Times New Roman"/>
        </w:rPr>
        <w:t>Sellado ruwanakuypa Millerita siq’inpipas, hinallataq Apocalipsis chunka pusaqniyuqpi selladomanta willakuypa profetapa siq’inpipas, pacha tukuypi huk pruebam kachkan maypicha huk clase mana yuyayniyuq sipas-vírgines hina rikuchikun, 1856manta 1863kama kasqan hina; huk claseqtaq yachaysapa sipas-vírgines hina rikuchikun julio 2023manta chay utqay hamuq Domingo kamachikuykama. Chay qhipa pacha prueba qallariynin pachata yapamantan. Kikin angelmi 11 septiembre 2001 p’unchaypi uraykamusqa, 2023 watapi Michaél hina chayamurqa wañusqakunata kawsayman waqyachinampaq, wakinta wiñay kawsayman, wakintaq wiñay wañuyman. Pay chayamuspam llaqtantinta kutichirqa cimientokunaman. Wakinqa machu ñankunapi puriyta mana munanku, wakintaq machu ñankunapi purinku. Wakinqa trompetapa unayninta uyariyku, wakintaq uyarinankuta mana munanku.</w:t>
      </w:r>
    </w:p>
    <w:p>
      <w:pPr>
        <w:pStyle w:val="ArticleScripture"/>
        <w:jc w:val="left"/>
      </w:pPr>
      <w:r>
        <w:rPr>
          <w:rFonts w:ascii="Times New Roman" w:hAnsi="Times New Roman" w:eastAsia="Times New Roman" w:cs="Times New Roman"/>
        </w:rPr>
        <w:t>Kaymi nin Señorqa: Ñankunapi sayaychis, qhawariychis, hinaspa ñawpa ñankunamanta tapukuychis, maypichus allin ñanqa kasqan, chaypi puriychis; chayhinapin almaykichiskunapaq samayta tarinkichis. Ichaqa paykuna nirqanku: Manan chaypiqa purisunchu, nispa. Hinallataq qamkuna patapi rikch’akuqkunata churani, nispay: Waqra waqaychasqanta uyariychis. Ichaqa paykuna nirqanku: Manan uyarisunchu, nispa. Jeremías 6:16, 17.</w:t>
      </w:r>
    </w:p>
    <w:p>
      <w:pPr>
        <w:pStyle w:val="ArticleBody"/>
        <w:jc w:val="left"/>
      </w:pPr>
      <w:r>
        <w:rPr>
          <w:rFonts w:ascii="Times New Roman" w:hAnsi="Times New Roman" w:eastAsia="Times New Roman" w:cs="Times New Roman"/>
        </w:rPr>
        <w:t>Willakuyqa, qhawariqkuna pukllachisqan waqraqwan rikuchisqanqa iskay sapa kasqayuqmi. Chayqa Islampa qanchisñiqin waqranmi, hinaspa kacharichiy Jubileopa waqranpas. Chayqa Divinidadwan runa kaywan huñusqasqa willakuymi, incarnaqionpa pakasqa misterioyninwan hunt’asqa, chaymanta Diospa sellonpaq wakichisqa carácter nisqa paqarin, chay sellonqa Sábadomi. Chay willakuyqa, llamk’ayqa, hinaspa chay qhepa sellakuy pacha qallarisqanman tupaq circunstanciakunaqa—Julio 2023pi qallarisqa, 2001 watamanta iskay chunka iskayniyuq wata qhipaman—Daniel qillqapa chunka hukniyuq t’aqapi versículo chunka kimsayuqmanta chunka pichqayuqkama rikuchisqam, hinaspa Cristoq Cesarea Filipopi watukusqanwanpas, Mateo qillqapa chunka soqtayuq t’aqapi.</w:t>
      </w:r>
    </w:p>
    <w:p>
      <w:pPr>
        <w:pStyle w:val="ArticleBody"/>
        <w:jc w:val="left"/>
      </w:pPr>
      <w:r>
        <w:rPr>
          <w:rFonts w:ascii="Times New Roman" w:hAnsi="Times New Roman" w:eastAsia="Times New Roman" w:cs="Times New Roman"/>
        </w:rPr>
        <w:t>Chunkaq tawaq chunka sipaskunam suyay p’unchay unayaptin puñurqanku. Jesusqa yachachisqankunata nirqan: Lazaroqa puñushanmi.</w:t>
      </w:r>
    </w:p>
    <w:p>
      <w:pPr>
        <w:pStyle w:val="ArticleScripture"/>
        <w:jc w:val="left"/>
      </w:pPr>
      <w:r>
        <w:rPr>
          <w:rFonts w:ascii="Times New Roman" w:hAnsi="Times New Roman" w:eastAsia="Times New Roman" w:cs="Times New Roman"/>
        </w:rPr>
        <w:t>Kaykunata nispa, chay qhepaman payqa nirqan paykunaman: Ñoqanchikpa masinchik Lázaro puñushan; ichaqa rini, puñuymanta rikch’arichinaypaq. Chaymi disipulonkuna nirqaku: Señor, sichus puñushan chayqa allinllam kanqa. Ichaqa Jesúsqa wañusqanmantan rimasharqan; paykunataq yuyarirqaku puñuypi samaymanta rimashasqanta. Chaymi Jesúsqa sut’inmanta nirqan paykunaman: Lázaro wañusqan. Juan 11:10–14.</w:t>
      </w:r>
    </w:p>
    <w:p>
      <w:pPr>
        <w:pStyle w:val="ArticleBody"/>
        <w:jc w:val="left"/>
      </w:pPr>
      <w:r>
        <w:rPr>
          <w:rFonts w:ascii="Times New Roman" w:hAnsi="Times New Roman" w:eastAsia="Times New Roman" w:cs="Times New Roman"/>
        </w:rPr>
        <w:t>Iskay chunka huknin p’unchaykuna tukukuyninpi, Danielqa rikurqan chay rikuchisqanta, hinaspan sinchi puñuypi kasharqan.</w:t>
      </w:r>
    </w:p>
    <w:p>
      <w:pPr>
        <w:pStyle w:val="ArticleScripture"/>
        <w:jc w:val="left"/>
      </w:pPr>
      <w:r>
        <w:rPr>
          <w:rFonts w:ascii="Times New Roman" w:hAnsi="Times New Roman" w:eastAsia="Times New Roman" w:cs="Times New Roman"/>
        </w:rPr>
        <w:t>Ñoqa Daniel sapanmi chay rikuyta rikurqani; ñoqawan kashaq runakunaqa mana chay rikuyta rikurqankuchu. Ichaqa hatun chukchuymi paykunaman urmaykurqa, chayrayku pakakuyta ayqekurqanku. Chaymi ñoqa sapallan qheparqani, hinaspa kay hatun rikuyta rikurqani; manataqmi ima kallpaypas ñoqapi qheparqachu. Sumaq kayniypas ñoqapi ismurusqa tukurqa, manataqmi kallpayta waqaychasqachu. Ichaqa paypa siminkunapa rimaynintan uyarirqani; hinaspa paypa siminkunapa rimayninta uyarispaqa, uywa puñuypi hina urmasqa, uyaymi allpaman churakusqa karqani. Daniel 10:7–9.</w:t>
      </w:r>
    </w:p>
    <w:p>
      <w:pPr>
        <w:pStyle w:val="ArticleBody"/>
        <w:jc w:val="left"/>
      </w:pPr>
      <w:r>
        <w:rPr>
          <w:rFonts w:ascii="Times New Roman" w:hAnsi="Times New Roman" w:eastAsia="Times New Roman" w:cs="Times New Roman"/>
        </w:rPr>
        <w:t>Apocalipsis chunka hukniyuq qillqapi iskay testigokunaqa kimsa p’unchaw kuska huk chawpi p’unchawkama ñanpi wañusqa karqaku, Ezequielpa wañusqa tullunkunapas pampapi karqaku. Julio killapa 18 p’unchawnin 2020 watapi, espíritu wañuypa hinaspa puñuypa suyay tiempunqa kimsay ángelpa kuyuriyninpi virgenkunaman churasqa karqa. Kimsa wata qhipaman, Diospa qhepa p’unchay llaqtanta paypa unancha hinata, kallpasapa soldadon hina rikch’achiy hinaspa wakichiy ruraynin qallarikurqa. Julio killapa 18 p’unchawnin 2020 watapi uraykamusqa angelqa huk cheqatap kicharirqa mana sellochasqa kananpaq, imaynan angelkuna uraykuspanku sapa kuti ruwanku hinata.</w:t>
      </w:r>
    </w:p>
    <w:p>
      <w:pPr>
        <w:pStyle w:val="ArticleBody"/>
        <w:jc w:val="left"/>
      </w:pPr>
      <w:r>
        <w:rPr>
          <w:rFonts w:ascii="Times New Roman" w:hAnsi="Times New Roman" w:eastAsia="Times New Roman" w:cs="Times New Roman"/>
        </w:rPr>
        <w:t>Pay unchaskasqa chiqaqa karqan suyakuypaq pacha hinallataq ñawpaq llakikuyta kawsaq yachasqankum. Diospa qhipa punchawkuna llaqtan chayqa chhinkasqa kasqankuraqmi karqan, hinaspataq paykunata rikch’achiy ruway historia ukhupi chayamuchkaptin, reqsispa sut’inchayta mañakusqanku, chhinkasqa kasqankuta, hinallataq suyakuypaq pachapi kasqankuta. Chaymanta achka angelkuna, utaq achka willakuykuna kachamusqa karqan, suyakuypaq pachapa willakuyninta kallpachananpaq.</w:t>
      </w:r>
    </w:p>
    <w:p>
      <w:pPr>
        <w:pStyle w:val="ArticleScripture"/>
        <w:jc w:val="left"/>
      </w:pPr>
      <w:r>
        <w:rPr>
          <w:rFonts w:ascii="Times New Roman" w:hAnsi="Times New Roman" w:eastAsia="Times New Roman" w:cs="Times New Roman"/>
        </w:rPr>
        <w:t>“Iskay kaq angelpa willakuynin tukukuyman qayllapi, hanaq pachatam hatun k’anchayta rikurqani, Diospa llaqtanman k’anchamushaspa. Chay k’anchaypa illariyninkuna inti hina lliphipirqanku. Hinaspam angelkunapa rimayninkunata uyarirqani, qaparispa nishaqtin: ‘Qhawariychik, Qosay hamushan; lluqsiychik paywan tinkuq!’”</w:t>
      </w:r>
    </w:p>
    <w:p>
      <w:pPr>
        <w:pStyle w:val="ArticleScripture"/>
        <w:jc w:val="left"/>
      </w:pPr>
      <w:r>
        <w:rPr>
          <w:rFonts w:ascii="Times New Roman" w:hAnsi="Times New Roman" w:eastAsia="Times New Roman" w:cs="Times New Roman"/>
        </w:rPr>
        <w:t>“Kaymi karqa chawpi tuta waqyay, iskay kaq angelpa willakuyninta kallpachananpaq. Hanaq pachamanta angelkuna kachamurqanku llakikuywan urmaykusqa santoskunata rikch’achinankupaq, chaymanta ñawpaqpi kaq hatun llamk’aypaq wakichinankupaq. Aswan yachayniyuq runakunaqa manam ñawpaqtaqa kay willakuyninta chaskirqankuchu. Angelkunaqa kachamurqanku humillakuywan kuska, sapa sonqowan Diosman churasqa runakunaman, hinaspa kallpawan tanqaykurqanku kay waqyayninta oqarinankupaq: ‘Qhawariy, Qosantin hamushan; lloqsiychis tinkuq rinaykichispaq!’ Chay waqyayta apaqkunaqa usqhaylla purirqanku, Santo Espíritupa kallpanwan willakuyninta willarqanku, hinaspa llakikuywan urmasqa wawqe-panankunata rikch’achirqanku. Kay llamk’ayqa manam runakunapa yachayninpi, yachaq kayninpichu sayarqa, aswanpas Diospa kallpanpim, hinaspa chay waqyayta uyariq santosninkunaqa manam hark’ayta atirqankuchu. Aswan espirituyuqkunaqa ñawpaqta kay willakuyninta chaskirqanku, hinaspa ñawpaqta llamk’aypi pusariqkunaqa qhepaqta chaskirqanku, yanaparqankutaqmi waqyayninta astawan hatunyachinankupaq: ‘Qhawariy, Qosantin hamushan; lloqsiychis tinkuq rinaykichispaq!’”</w:t>
      </w:r>
    </w:p>
    <w:p>
      <w:pPr>
        <w:pStyle w:val="ArticleScripture"/>
        <w:jc w:val="left"/>
      </w:pPr>
      <w:r>
        <w:rPr>
          <w:rFonts w:ascii="Times New Roman" w:hAnsi="Times New Roman" w:eastAsia="Times New Roman" w:cs="Times New Roman"/>
        </w:rPr>
        <w:t>“Llapan suyukunapi, k’anchay qusqam karqa iskay kaq angelpa willakuyninmanta, chay qapariyqa waranqakunapa sonqonkuta ch’ulluykachirqan. Llaqtamanta llaqtaman, ayllumanta ayllumanmi rirqan, suyaq Diospa runankuna hunt’asqa rikch’arichisqa kanankukama. Achka iglesiakunapiqa mana saqisqachu karqa chay willakuy qusqayqa, hinaspa hatun tantanakuy kawsayniyuq testimoniota hap’iqkunaqa kay urmasqa iglesiakunamanta lluqsirqanku. Chawpi tuta qapariywanqa atiyniyuq hatun ruwanakuy hunt’akapunqa karqa. Chay willakuyqa sonqota allinta mask’ariqmi karqa, iñiqkunata pusaspa sapaqkankumanta kawsayniyuq experiencia mask’anankupaq. Paykunaqa yacharqankum mana huknin hukninmanta kallpachakuyta atinankuta.” Early Writings, 238.</w:t>
      </w:r>
    </w:p>
    <w:p>
      <w:pPr>
        <w:pStyle w:val="ArticleBody"/>
        <w:jc w:val="left"/>
      </w:pPr>
      <w:r>
        <w:rPr>
          <w:rFonts w:ascii="Times New Roman" w:hAnsi="Times New Roman" w:eastAsia="Times New Roman" w:cs="Times New Roman"/>
        </w:rPr>
        <w:t>Chawpi Tuta Qapariy willakuy hamusqanmi parabolapi rikuchin ima p’unchawchus iskay kasta sipaskuna sut’iman rikhurichkanku wiñaq aceiteta kapusqankuta utaq mana kapusqankuta. Yuyaysapakunam aceiteta kapunku; mana yuyaysapakunataq mana kapunkuchu. Chay parábola hunt’asqa karqan Samuel Snowpa rurasqanwanmi Millerita historiapi; chay rurasqapitaq Snowpa willakusqan yachachiyqa mast’arisqa karqan, imayna chay p’unchaykunapi Millerita qillqasqakunapi artikulonkuna rikuchisqan hina. Hinaspan Exeter camp meetingman chayaspa, mayqinchus agosto 12-manta 17-kama, 1844 watapi karqan, huk pacha hinallataq rikuchisqa kachkan, mayqinchus qhipaman chay huñunakuypi kaqkunata huñunakuyta saqespa willakuyta willakuyman lluqsichirqan.</w:t>
      </w:r>
    </w:p>
    <w:p>
      <w:pPr>
        <w:pStyle w:val="ArticleBody"/>
        <w:jc w:val="left"/>
      </w:pPr>
      <w:r>
        <w:rPr>
          <w:rFonts w:ascii="Times New Roman" w:hAnsi="Times New Roman" w:eastAsia="Times New Roman" w:cs="Times New Roman"/>
        </w:rPr>
        <w:t>Kanmi “pachapi huk punto” kan, chaypi Chawpi Tuta Qapariy willakuy hunt’asqa sayaripun; chay puntopiña, rikch’achikuyman hina, virgenkunapa probationnin wichq’akun. Chay “pachapi huk punto” ñawpaqta hamun “huk pacha”wan, chaypi willakuy rurachkasqa, wiñachkasqa kachkan. Julio killamanta, 2023 watamanta pacha, Chawpi Tuta Qapariy willakuyqa wiñachkasqa, rurachkasqa kachkan; hinaspa, mana Milleritakunapa hunt’akuynin hinaqa, chay willakuyqa “probationpa wichq’akuynin” manaraq chayaptinña, ñawpaqmantapacha tukuy pachaman apachisqa karqan. Exeter tantanakuy tukukuyninpi probation wichq’akusqan qhipamanqa, chay willakuyqa “suyupa sapa parteman” rirqan, hinaspa “kaylla qosqaña karqan iskay ñiqin angelpa willakuyninmanta, chay qapariytaq waranqakunapa sonqonkuta ñut’uchirqan. Llaqtamanta llaqtaman, huch’uy llaqtamanta huch’uy llaqtamanmi rirqan, suyakuchkaq Diospa llaqtan tukuyninpi hunt’asqa rikch’arichisqa kanankama.”</w:t>
      </w:r>
    </w:p>
    <w:p>
      <w:pPr>
        <w:pStyle w:val="ArticleBody"/>
        <w:jc w:val="left"/>
      </w:pPr>
      <w:r>
        <w:rPr>
          <w:rFonts w:ascii="Times New Roman" w:hAnsi="Times New Roman" w:eastAsia="Times New Roman" w:cs="Times New Roman"/>
        </w:rPr>
        <w:t>Kunan pacha willakuykupi, 2023 watapi julio killapi qillqasqa willakuy qallarisqa kaqmi kunan pachapi pachak iskay chunka suyukunapi kay pachapi tarikunña, chaymanta Chawpi Tuta waqyay willakuypa wiñariyninta rikuchiq qillqakuna soqta chunka simikuna kurakpi tarikun, hinaspataq chay qillqakunaqa ñawinchakuyta utaq uyariykuyta atikun.</w:t>
      </w:r>
    </w:p>
    <w:p>
      <w:pPr>
        <w:pStyle w:val="ArticleScripture"/>
        <w:jc w:val="left"/>
      </w:pPr>
      <w:r>
        <w:rPr>
          <w:rFonts w:ascii="Times New Roman" w:hAnsi="Times New Roman" w:eastAsia="Times New Roman" w:cs="Times New Roman"/>
        </w:rPr>
        <w:t>Jesucristopa Revelasqenmi, Dios payman qosqan, kamachinkunaman rikuchinampaq imakunachus utqaylla pasananta; hinaspan angelninwan kachamuspa reqsichirqan sirviente Juanman: paymi Diospa siminmanta, Jesucristopa testimonionmanta, hinaspa llapa rikushqankunamanta willakuyta qespichirqan. Kusisqa ñawinchasqaqa, hinaspa kay profecíapa siminkunata uyariqkuna, chaypi qelqasqa kaqkunata waqaychaqkuna ima: pachaqa qayllañam kashan. Apocalipsis 1:1–3.</w:t>
      </w:r>
    </w:p>
    <w:p>
      <w:pPr>
        <w:pStyle w:val="ArticleBody"/>
        <w:jc w:val="left"/>
      </w:pPr>
      <w:r>
        <w:rPr>
          <w:rFonts w:ascii="Times New Roman" w:hAnsi="Times New Roman" w:eastAsia="Times New Roman" w:cs="Times New Roman"/>
        </w:rPr>
        <w:t>Kay willakuypa achkiynin, qillqasqa yachaykunawan rikuchisqa hina, ishkay runakunaq ruwasqanmi karqa suqta killamanta aswan pisillapi.</w:t>
      </w:r>
    </w:p>
    <w:p>
      <w:pPr>
        <w:pStyle w:val="ArticleScripture"/>
        <w:jc w:val="left"/>
      </w:pPr>
      <w:r>
        <w:rPr>
          <w:rFonts w:ascii="Times New Roman" w:hAnsi="Times New Roman" w:eastAsia="Times New Roman" w:cs="Times New Roman"/>
        </w:rPr>
        <w:t>“— nisqapi yanapakunankupaq atiqkuna mana rikch’achisqa kankuchu imaynan ruwanakuy ninkupaq yuyariyninkuman chayanankupaq, manam reqsinqakuchu Diospa ruwasqanta kinsa kaq angélpa hatun qapariynin uyarikuspa. K’anchay lloqsispa kay pachata k’anchachinampaq hinaqa, Señorman yanapayman wichariq hamunankumanta ranti, paypa ruwasqanta watayta munanqaku k’iti yuyayninkuman tupachinankupaq. Niymuykichik: Señorqa kay qhipa ruwanakuypi llapan runakuna yachaq kasqanmanta ancha hukhinata ruwanki, hinallataq ima runapa yuyaychasqanmanpas contrata. Kanqaku ukunchikpi wakinkuna, sapa kuti Diospa ruwasqanta kamachiyta munaq, mayqin kuyuykunachus ruwasqa kananpaqpas nispa kamachiyta munaq, chay ruwanakuy ñawpaqman puriptin ángelpa pusasqanman hina, paymi kinsa kaq angélwan huñunakuspa kay pachaman qusqan willakuyta apamun. Diosqa ñankunatawan imaymanakunatawan llamk’achinqa, chaywan rikuchispa pay kikin makinpi riendas hap’isqanta. Llamk’aqkuna muspharinqaku llamp’u kaq mediokunawan payqa ima hinam allin kaypa ruwasqanta hunt’achin, tukuchin chaymanta.” Testimonies to Ministers, 300.</w:t>
      </w:r>
    </w:p>
    <w:p>
      <w:pPr>
        <w:pStyle w:val="ArticleBody"/>
        <w:jc w:val="left"/>
      </w:pPr>
      <w:r>
        <w:rPr>
          <w:rFonts w:ascii="Times New Roman" w:hAnsi="Times New Roman" w:eastAsia="Times New Roman" w:cs="Times New Roman"/>
        </w:rPr>
        <w:t>Judá ayllupa Leónninqa kunanqa pʼunchay qhepa runankunata Daniel chunka hukniyuq qillqapa chunka kimsaqniyuqmanta chunka pichqayuqkama versículokunaman apamun, 200 a.C.manta 63 a.C.kama historiapi rikuchisqa historiata kicharispa, hinallataq Mateo qillqapa chunka suqta kapítulonta, Cristoqa Cesarea Filipoman hamusqan historiatawan. Iskaychasqa willakuykuna hinallataq huntʼakusqan historiankunaqa Daniel qillqapa chay rakhuyninwan allin tupanku, chaymi qhepa pʼunchaykama sellasqa karqa. Danielpa qillqanwan Apocalipsis qillqanwan huk qillqallam kanku; chayrayku qhepa pʼunchaykunapi, gracia tukukuynin manaraq wichqʼakuspa, Jesucristopa Revelaciónnin kicharisqa kachkan, chay Revelacióntataq Danielpa qhepa pʼunchaykunaman tupuq rakhuyninta hapʼin. Pachaqa chayamunñam Exeter camp meeting tukukuyninpaq.</w:t>
      </w:r>
    </w:p>
    <w:p>
      <w:pPr>
        <w:pStyle w:val="ArticleScripture"/>
        <w:jc w:val="left"/>
      </w:pPr>
      <w:r>
        <w:rPr>
          <w:rFonts w:ascii="Times New Roman" w:hAnsi="Times New Roman" w:eastAsia="Times New Roman" w:cs="Times New Roman"/>
        </w:rPr>
        <w:t>Hinaspanmi: Ama kay liwrupa profeciamanta rimaykunata sellaychu, pachaqa qayllañam. Mana chaninnaq runaqa, aswanpas mana chaninnaq kachunraq; qhellisqa kaqpas, aswanpas qhellisqa kachunraq; chanin runaqa, aswanpas chanin kachunraq; ch’uya kaqpas, aswanpas ch’uya kachunraq. Apocalipsis 22:10, 11.</w:t>
      </w:r>
    </w:p>
    <w:p>
      <w:pPr>
        <w:pStyle w:val="ArticleBody"/>
        <w:jc w:val="left"/>
      </w:pPr>
      <w:r>
        <w:rPr>
          <w:rFonts w:ascii="Times New Roman" w:hAnsi="Times New Roman" w:eastAsia="Times New Roman" w:cs="Times New Roman"/>
        </w:rPr>
        <w:t>Kay yachakuyta qatiqnin artikulopiqa qatiykusaqku.</w:t>
      </w:r>
    </w:p>
    <w:p>
      <w:pPr>
        <w:pStyle w:val="ArticleScripture"/>
        <w:jc w:val="left"/>
      </w:pPr>
      <w:r>
        <w:rPr>
          <w:rFonts w:ascii="Times New Roman" w:hAnsi="Times New Roman" w:eastAsia="Times New Roman" w:cs="Times New Roman"/>
        </w:rPr>
        <w:t>Qhawariy, Señor Dios nin: chay p’unchaykuna hamunqaku, nispa, hallp’api muchuyta kachamusqay, mana t’antapa muchuyninta, nitaq unuta munaspa chakisqa kaytaqa, aswanpas Señorpa siminkunata uyariymanta muchuymi kanqa. Hinaspan paykuna lamar qochamanta lamar qochakama purinqaku, chinchaymanta inti lluqsimuykama, Señorpa siminta maskhaspa kayman chayman phawaykachanqaku, ichaqa mana tarinqakuchu. Chay p’unchaypi sumaq sipaskuna, wayna qharikunapas chakisqaymanta sayk’unqaku. Samariapa huchanrayku jurakukuqkuna, nispa: “Danyá diosniyki kawsan”, hinaspa: “Beersebapa ñannin kawsan”, nikuqkunapas urmanqaku, mana hayk’aqpas kutimunqakuchu.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Pusak Chunka Tawañiqin៘</dc:title>
  <dc:subject>Sábado p’unchaywan Incarnaciónwan: Millerita sellakuy ruwaypa hatun rumi sayachiqninkuna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