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Pusaq Chunka Qanchisniyuq kimsak’aqnin</w:t>
      </w:r>
    </w:p>
    <w:p>
      <w:pPr>
        <w:pStyle w:val="ArticleSubtitle"/>
        <w:jc w:val="left"/>
      </w:pPr>
      <w:r>
        <w:rPr>
          <w:rFonts w:ascii="Arial" w:hAnsi="Arial" w:eastAsia="Arial" w:cs="Arial"/>
        </w:rPr>
        <w:t>Paqumanta Apu Leonpa Rikch’ariynin: Paniummanta Qhipa Sellakuykama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Jesús hamuq profética cheqaq kayta kichaspa, Judá ayllumanta León hina rikuchikun, hinaspataq Cesarea Filipospi, Judá ayllumanta León qallarirqan kayta kichayta: “Jerusalénman rinanpaq, kurakkuna, hatun sacerdotekuna, hinaspa escribakuna rayku achka imakunata ñak’arinanpaq, wañuchisqa kananpaq, hinaspa kinsa p’unchaymanta kawsarimunanpaq.” Chay cheqaq kaykunaqa tupanku kay willakuywan pay kicharqanman pachaq tawa chunka tawa waranqa sellasqa runakunapa sellay pacha qallariyninpi, hinaspataq huk kutitaq chay kikin pachapa tukukuyninpi. Chay cheqaq kaykunaqa tupanku Daniel qillqapa chunka hukniyuq kapítulonpi versículo chunka kimsayuqmanta chunka phisqayuqkama rikuchisqa willakuywan.</w:t>
      </w:r>
    </w:p>
    <w:p>
      <w:pPr>
        <w:pStyle w:val="ArticleBody"/>
        <w:jc w:val="left"/>
      </w:pPr>
      <w:r>
        <w:rPr>
          <w:rFonts w:ascii="Times New Roman" w:hAnsi="Times New Roman" w:eastAsia="Times New Roman" w:cs="Times New Roman"/>
        </w:rPr>
        <w:t>Pay mana chiqaqtaqsi chay cheqaqta pachak tawa chunka tawa waranqa runakunaman, ruwanqa huk siq’imanta huk siq’iman nisqa yachachiywanmi, chaypin “llavekuna” Diospa qhapaq suyumpaq tarikunku. Chay cheqaqkunata mikhunanku tiyan, imaraykuchus paykunaqa Diospa qhapaq suyumpaq llavekunam; Diospa qhapaq suyunqa llaqtan runakunapa ukhupin kananpaqmi.</w:t>
      </w:r>
    </w:p>
    <w:p>
      <w:pPr>
        <w:pStyle w:val="ArticleScripture"/>
        <w:jc w:val="left"/>
      </w:pPr>
      <w:r>
        <w:rPr>
          <w:rFonts w:ascii="Times New Roman" w:hAnsi="Times New Roman" w:eastAsia="Times New Roman" w:cs="Times New Roman"/>
        </w:rPr>
        <w:t>Fariseokuna tapupakusqan, “¿Hayk’aqtaq Diospa qhapaq suyun hamunqa?” nispa, payqa kutichirqan hinaspa nirqan: “Diospa qhapaq suyunqa manam rikuchisqa señalkunawan hamunchu. Nitaqmi niqkuchu: ‘Kaypi kachkan,’ utaq, ‘Chaypi kachkan’; qhawariychik, Diospa qhapaq suyunqa qankunapa ukhupin kachkan.” Lucas 17:20, 21.</w:t>
      </w:r>
    </w:p>
    <w:p>
      <w:pPr>
        <w:pStyle w:val="ArticleBody"/>
        <w:jc w:val="left"/>
      </w:pPr>
      <w:r>
        <w:rPr>
          <w:rFonts w:ascii="Times New Roman" w:hAnsi="Times New Roman" w:eastAsia="Times New Roman" w:cs="Times New Roman"/>
        </w:rPr>
        <w:t>Supaykuna iñinku, chaywanpas manchakunku, imaraykuchus mana aypanllachu sapa “chiqaq kayta” iñiynillawan. Chayqa qanman tukunan, mikusqa aycha mikuy hina kikillanmantaraq. Chunka kimsayuqmanta chunka pichqayuqkama versikulokunapa historiapin, Judá ayllumanta Leónqa pashñakuchin utqaylla hamuq domingo kamachikuywan tinkisqa chiqaq kaykunata, chay chiqaq kaykunataq sello-ta churanku yachaq vírgenespa urkunman, hamuq sasachakuy ñawpaqmanraq. Judá ayllumanta Leónqa allinta yacharan Mateo chunka suqtayuq kapitulumanta willakuyninta, Hinaqtin Cesarea Filipiman watukuyninqa Danielpa Paniummanta willakuyninwan tupachkaran, hinaspa payqa yacharan cruzpa llanthunta, maypichus paywan disipulon kuska sayarqanku Cesarea Filipipi, chay llanthuqa rikuchirqan qhepa p’unchay llaqtanpa runankunapa historiapin hamuq domingo kamachikuypa llanthunta.</w:t>
      </w:r>
    </w:p>
    <w:p>
      <w:pPr>
        <w:pStyle w:val="ArticleScripture"/>
        <w:jc w:val="left"/>
      </w:pPr>
      <w:r>
        <w:rPr>
          <w:rFonts w:ascii="Times New Roman" w:hAnsi="Times New Roman" w:eastAsia="Times New Roman" w:cs="Times New Roman"/>
        </w:rPr>
        <w:t>Chay p’unchaymanta pacha Jesusqa qallarirqan yachachisninkunaman rikuchiyta, imaynatas payqa Jerusalénman rinan kasqanta, kurakakunamanta, hatun sacerdotekunamanta, escribakunamantawan achka ñak’ariykunata muchunan kasqanta, wañuchisqa kanan kasqanta, hinaspataq kinsa punchawpi kawsarimunan kasqanta. Chaymantataq Pedroqa payta sapaqman aparispa qallarirqan piñakuyta, nispa: Ama chayqa qanpaqchu kachun, Señor; manam kayqa qanman chayamunqachu. Ichaqa payqa kutirispa Pedrota nirqan: Qepayman ripuy, Satanás; qanqa ñuqapaq mitk’achiqmi kanki; mana Diospa kaqninkunatachu yuyanki, aswanqa runakunapa kaqninkunatan. Chaymantataq Jesusqa yachachisninkunata nirqan: Sichus pipas qatiwayta munanman churaq, payqa kikinta saqespa, chakatan apaspa, qatiwachun. Pipas kawsayninta waqaychayta munaqqa, chinkachinqam; ichaqa pipas ñuqarayku kawsayninta chinkachiqqa, tariyninqam. Imapaqtaq runaqa allinta gananman, llapa kay pachata atipaspa, ichaqa alma ninta chinkachispa? Utqaymantapas, imatataq runaqa qonqaman alman rantinapaq? Runapa Churinqa hamunqa Yayanpa hatun k’anchayninpi angelninkunawan; chaymantataq sapa runaman kutichinqa ruwasqanman hina. Cheqaqtapuni niykichik: kaypi sayaqkunamanta wakinqa manaraq wañuyta mallispa, Runapa Churinta qhapaq kayninpi hamuqta rikunqaku. Mateo 16:21–28.</w:t>
      </w:r>
    </w:p>
    <w:p>
      <w:pPr>
        <w:pStyle w:val="ArticleBody"/>
        <w:jc w:val="left"/>
      </w:pPr>
      <w:r>
        <w:rPr>
          <w:rFonts w:ascii="Times New Roman" w:hAnsi="Times New Roman" w:eastAsia="Times New Roman" w:cs="Times New Roman"/>
        </w:rPr>
        <w:t>Ñawpaq kaqmi, chayrayku ñawpaq rimarisqaman hina, Jesúspa cruzpi ñak’ariyninkunamanta discípulonkuman nisqanpi aswan ancha importan kaq, payta qatinqaku chayqa, sapaqninpa cruzninta apanankupaq kasqanmi. Hermana White sut’ita nin cruzpas yugopuni kasqanta. Yugopis cruzpis runapa sapaq munayninpa unanchaqninmi, llapampas allin munay ruranamanmi hap’ipakun. Diospa templonta sayachiq atiyniyoqqa wañuchisqa Corderom, huk “columnapi” warkhusqa karqan. Wañuchisqa Corderoqa uray aycha munaypa chacatasqa kasqanta rikuchin, wañusqa aycha chaypi warkhusqa kashan chay “columna”qa munaymi. Cristoqa atipayta imayna rurana kasqanta ejemplonwan qorqan, sapa kuti Taytanpa munayninman paypa munayninta kasukuypi waqaychaspa; chay ruranata hunt’ananpaqmi Taytanwan kuska tronopi tiyaykukorqan. Atipaypa unanchaqninqa wañuchisqa Corderom, columnapi warkhusqa. Kay llapa chiqaqkunaqa Pedro hina rikuchisqakunawan chiqapta t’inkisqapuni kanku.</w:t>
      </w:r>
    </w:p>
    <w:p>
      <w:pPr>
        <w:pStyle w:val="ArticleBody"/>
        <w:jc w:val="left"/>
      </w:pPr>
      <w:r>
        <w:rPr>
          <w:rFonts w:ascii="Times New Roman" w:hAnsi="Times New Roman" w:eastAsia="Times New Roman" w:cs="Times New Roman"/>
        </w:rPr>
        <w:t>Filadelfiaman, Exeter carpa nisqawan rikuchisqa kasqanman, kayhinata niyku:</w:t>
      </w:r>
    </w:p>
    <w:p>
      <w:pPr>
        <w:pStyle w:val="ArticleScripture"/>
        <w:jc w:val="left"/>
      </w:pPr>
      <w:r>
        <w:rPr>
          <w:rFonts w:ascii="Times New Roman" w:hAnsi="Times New Roman" w:eastAsia="Times New Roman" w:cs="Times New Roman"/>
        </w:rPr>
        <w:t>Atipaykuqtaqqaqqa, Diosniy templonpi sayaq pilarta ruwasaq, hinaspan mana hayk’aqpas chaymanta lluqsinqachu; paypa patanman qillqasaq Diosniypa sutinta, Diosniypa llaqtanpa sutinta, musuq Jerusalén sutiyuqta, mayqinchus Diosniymanta hanaq pachamanta uraykamun; hinaspan paypa patanman qillqasaq musuq sutiytapas. Rinriyuq kaq, uyariychun Imaymana Espíritu imatachus iglesiasman nin chayta. Apocalipsis 3:12, 13.</w:t>
      </w:r>
    </w:p>
    <w:p>
      <w:pPr>
        <w:pStyle w:val="ArticleBody"/>
        <w:jc w:val="left"/>
      </w:pPr>
      <w:r>
        <w:rPr>
          <w:rFonts w:ascii="Times New Roman" w:hAnsi="Times New Roman" w:eastAsia="Times New Roman" w:cs="Times New Roman"/>
        </w:rPr>
        <w:t>Mayqan atipaqa, imaynanmi Cristo atiparqan hina, huk musuq sutita chaskinqa, Simon Barjonah chaskisqan hina, hinaspataq paykunaqa Diospa templonpi huk pilarkama tukunqaku, imaynan Cristoqa wañuchisqa Cordero kaspa Diospa templonpi huk pilarman warqhusqa karqan hina. Mayqan atipaqa, imaynan Cristo atiparqan hina, paykunaqa hanaq pacha cheqnikunapi tronoman tiyarinqaku, imaynan Cristo tiyarirqan hina.</w:t>
      </w:r>
    </w:p>
    <w:p>
      <w:pPr>
        <w:pStyle w:val="ArticleBody"/>
        <w:jc w:val="left"/>
      </w:pPr>
      <w:r>
        <w:rPr>
          <w:rFonts w:ascii="Times New Roman" w:hAnsi="Times New Roman" w:eastAsia="Times New Roman" w:cs="Times New Roman"/>
        </w:rPr>
        <w:t>Laodiceaman, Watertown karpawanwan rikuchisqa kashanman, kaynata nisqa kashan:</w:t>
      </w:r>
    </w:p>
    <w:p>
      <w:pPr>
        <w:pStyle w:val="ArticleScripture"/>
        <w:jc w:val="left"/>
      </w:pPr>
      <w:r>
        <w:rPr>
          <w:rFonts w:ascii="Times New Roman" w:hAnsi="Times New Roman" w:eastAsia="Times New Roman" w:cs="Times New Roman"/>
        </w:rPr>
        <w:t>Qhawariy, ñuqaqa punkupi sayaspa takakusani; mayqencha runa simiyta uyarinman, punkutapas kicharinman chayqa, payman yaykuspa paywan kuska mikhusaq, paypas ñuqawan. Atipaykuqmanqa qosaq ñuqawan tiyarinanpaq tronuypi, imaynachus ñuqapas atiparqani, hinaspataq Taytaywan kuska tiyan tronuyninpi chayhina. Pipas rinriyuq kaqqa, uyariychun Espíritu iglesiakunaman imatachus nin chayta. Apocalipsis 3:20–22.</w:t>
      </w:r>
    </w:p>
    <w:p>
      <w:pPr>
        <w:pStyle w:val="ArticleBody"/>
        <w:jc w:val="left"/>
      </w:pPr>
      <w:r>
        <w:rPr>
          <w:rFonts w:ascii="Times New Roman" w:hAnsi="Times New Roman" w:eastAsia="Times New Roman" w:cs="Times New Roman"/>
        </w:rPr>
        <w:t>Ñawpaq chiqaqta Jesusqa disipulonkuna-man nirqan, cruzpi ñak’ariykunata rikuchiyta qallarispa, chayqa karqan kay chiqaq: runakunaqa atipayta yachanku imaynan pay kikinqa atiparispa huk ejemplota qusqan hina. Runakunaqa aychata chakataykuyninwan munaykunawan ima lust’ukunawanpas cruzpi chakatanku. Kay rurasqa kaptinqa hanaq pacha cheqekunapi tiyachisqa kanqaku.</w:t>
      </w:r>
    </w:p>
    <w:p>
      <w:pPr>
        <w:pStyle w:val="ArticleScripture"/>
        <w:jc w:val="left"/>
      </w:pPr>
      <w:r>
        <w:rPr>
          <w:rFonts w:ascii="Times New Roman" w:hAnsi="Times New Roman" w:eastAsia="Times New Roman" w:cs="Times New Roman"/>
        </w:rPr>
        <w:t>Huchaykunapi wañusqa kashaqtinchikpas, Cristo-wan kuska kawsarichiwanchik, (gracia-rayku qispichisqa kankichik), hinallataq kuska hatarichiwanchik, hanaq pachapi Cristo Jesuspi kuska tiyachiwanchik. Efesios 2:5, 6.</w:t>
      </w:r>
    </w:p>
    <w:p>
      <w:pPr>
        <w:pStyle w:val="ArticleBody"/>
        <w:jc w:val="left"/>
      </w:pPr>
      <w:r>
        <w:rPr>
          <w:rFonts w:ascii="Times New Roman" w:hAnsi="Times New Roman" w:eastAsia="Times New Roman" w:cs="Times New Roman"/>
        </w:rPr>
        <w:t>Chakatasqa kashan chakatapi wañuymanta cheqaqta, sapa runapa kikin huchanman hina, Judá ayllumanta Leónqa huk cheqaqtawan yaparqan, chaymi qhipa p’unchaykunata rimarin.</w:t>
      </w:r>
    </w:p>
    <w:p>
      <w:pPr>
        <w:pStyle w:val="ArticleScripture"/>
        <w:jc w:val="left"/>
      </w:pPr>
      <w:r>
        <w:rPr>
          <w:rFonts w:ascii="Times New Roman" w:hAnsi="Times New Roman" w:eastAsia="Times New Roman" w:cs="Times New Roman"/>
        </w:rPr>
        <w:t>¿Imataq runaqa allinchasqa kanman, sapa kay pachata atipaspa, ichaqa kikin almañata chinkachispa? O, ¿imataq runaqa qonman almañapa rantinpi? Runapa Churinqa hamunqa Yayanpa hatun k’anchayninpi angelninkunawan; hinaspan chaypacha sapankama runata kutichinqa rurasqankuman hina. Cheqaqtapunin niykichik: kaypi sayashaqkuna ukhupi wakinkuna kanmi, mana wañuyta mallispa, Runapa Churinta qhawanankukama qhapaqsuyunpi hamuqta. Mateo 16:26–28.</w:t>
      </w:r>
    </w:p>
    <w:p>
      <w:pPr>
        <w:pStyle w:val="ArticleBody"/>
        <w:jc w:val="left"/>
      </w:pPr>
      <w:r>
        <w:rPr>
          <w:rFonts w:ascii="Times New Roman" w:hAnsi="Times New Roman" w:eastAsia="Times New Roman" w:cs="Times New Roman"/>
        </w:rPr>
        <w:t>Chaupi tuta qayllakuypa willakuynin Judá ayllumanta León unkichasqan hina rikuchisqa kaptin, pachak tawa chunka tawa waranqa sellasqa runakunaq sellakusqankupa tukukuynin pacha, wakinkunaqa mana wañunqachu karqan. Chaymanta payqa sut’inchaspa rimarqan pachak tawa chunka tawa waranqa runakunaman, qhepa p’unchaykunapi paypa llaqtanman, wañuypa malliyta mana malliqkunaman. Chayrayku, Cesarea Filipo-man watukusqan qhipan suqta p’unchaymanta, Judá ayllumanta León huk chiqaqta unkichasqan hina rikuchirqan, chaymi discipulonkuna-ta kallpachanan karqan cruzpa hamuq sasachakuyninpaq; ichaqa aswan hatunmanta rimarqan utqay hamuq domingo kamachikuymanta.</w:t>
      </w:r>
    </w:p>
    <w:p>
      <w:pPr>
        <w:pStyle w:val="ArticleScripture"/>
        <w:jc w:val="left"/>
      </w:pPr>
      <w:r>
        <w:rPr>
          <w:rFonts w:ascii="Times New Roman" w:hAnsi="Times New Roman" w:eastAsia="Times New Roman" w:cs="Times New Roman"/>
        </w:rPr>
        <w:t>Soqta p’unchaw qhipamanmi Jesusqa Pedrota, Santiagota, wawqin Juantawan pusarqan, sapallan hatun urquman wicharichispa. Chaypim paypa ñawpaqninpi tukusqa rikurirqan; uyansiqa intihina k’anchariq karqan, p’achanpas k’anchayhina yurah karqan. Hinaptin, qhawariychik, Moiséswan Elíaswan paywan rimashaq rikurirqaku. Chaymi Pedroqa kutichispa Jesusta nirqan: “Señor, allinmi kaypi kayku. Munanki chayqa, kaypi kinsa karpata ruwaykusaqku: hukta qampaq, hukta Moiséspaq, hukta Elíaspaq.” Payraq rimashaqtinmi, qhawariychik, huk lliphipiq phuyu paykunata llanthuchirqan; chay phuyumantataq huk simi lloqsispa nirqan: “Kaymi munasqay Churiy, paypim sumaqta kusikuni; payta uyariychik.” Discipulokuna chayta uyarispataq uyankuman urmaykurqaku, anchatam mancharikurqaku. Chaymi Jesus hamuspa llamk’arirqan, nispa: “Hatariychik, ama manchakuychikchu.” Ñawinkuta oqarispankutaq mana pipas rikurqanchu, Jesusllatam sapan rikurqaku. Urqumanta uraykamushaspankutaq Jesusqa kamachirqan, nispa: “Kay rikuyta ama pipaqpas willaychikchu, Runapa Churin wañusqamanta kawsarimunankama.” Discipulonkunaqtaq tapurqaku, nispa: “Imaraykutaq escribakuna ninman Elías ñawpaqta hamunanpaq kasqanta?” Jesusqa kutichispa nirqan: “Cheqaqtapuni Elíasqa ñawpaqta hamunqa, llapan imakunatapas allichanqa. Ichaqa niykichikmi: Elíasqa ñam hamurqanña, paytaqa mana reqsirqankuchu, aswanpas munasqankuman hina paywan rurashaqku. Chayllatataq Runapa Churinpas paykunamanta ñak’arinqa.” Chaypitaq discipulokuna entienderqaku Bautista Juammanta paykunaman rimashasqanta. Mateo 17:1–13.</w:t>
      </w:r>
    </w:p>
    <w:p>
      <w:pPr>
        <w:pStyle w:val="ArticleBody"/>
        <w:jc w:val="left"/>
      </w:pPr>
      <w:r>
        <w:rPr>
          <w:rFonts w:ascii="Times New Roman" w:hAnsi="Times New Roman" w:eastAsia="Times New Roman" w:cs="Times New Roman"/>
        </w:rPr>
        <w:t>Kay pasajepi, Judá ayllumanta Leónmi pachak tawa chunka tawa waranqa runakunata sellasqa cheqaqkuna kicharishan gracia tukukuy manaraq chayamushaqtin, imaraykuchus “pachaqa qayllañanpi kashan.” Ñawpaqtaqa chakatasqa kasqapa ñak’ariyninta reqsichirqan, hinallataq chay experiencia-ta rikuchirqan huk clase runakunaq sut’inchaynin hina, paykunaqa aychata chakatanankupaq munayninkuta mana rurayta munaspa, huk clase runakunam Cristoq ejemplonta qatinqaku. Chaymantataq paykunaman rikuchirqan kay pachapa historiantaq qhipa mirayninta rikhurichishankuta, maypichus kanqa runakuna 2001 watapi septiembre killapa 11 p’unchayninpi kicharisqa kasqan pacha-manta kawsaspa kutimunankama.</w:t>
      </w:r>
    </w:p>
    <w:p>
      <w:pPr>
        <w:pStyle w:val="ArticleBody"/>
        <w:jc w:val="left"/>
      </w:pPr>
      <w:r>
        <w:rPr>
          <w:rFonts w:ascii="Times New Roman" w:hAnsi="Times New Roman" w:eastAsia="Times New Roman" w:cs="Times New Roman"/>
        </w:rPr>
        <w:t>Chaymiqa Payqa hatunchasqa kayninpa rikchayninta rikuchirqan, paywan kuskaqa Moiséswan Elíaswan kasharqanku. Sellasqa willakuy, kunan kichasqa kasqanqa, Jesucristoq Revelaciónninmi, chaymi Moiséswan Elíaswan tinkisqa kashan, hinaspa chay willakuyqa 2023 watapi julio killapi qallariq kichasqa kayta, Apocalipsis chunka hukniyuq qhapaqpi iskay testigokuna, mayqenkunachus Moiséswan Elías kanku, churasqa kaptinku, sapa siq’ipi siq’illanman hina, pachak tawa chunka tawa waranqa runakunaq sellayninta rikuchiq unanchakuna hina. Kimsa disipulokuna chay rikchayninta rikuspa Diospa vozninta uyarispaqa, “uyanta pampaman urmaykuspa, sinchita mancharirqanku. Hinan Jesús hamuspa llamk’arqan, nirqa: Sayariychis, ama manchakuychischu.”</w:t>
      </w:r>
    </w:p>
    <w:p>
      <w:pPr>
        <w:pStyle w:val="ArticleBody"/>
        <w:jc w:val="left"/>
      </w:pPr>
      <w:r>
        <w:rPr>
          <w:rFonts w:ascii="Times New Roman" w:hAnsi="Times New Roman" w:eastAsia="Times New Roman" w:cs="Times New Roman"/>
        </w:rPr>
        <w:t>Kimsa discipulokuna rikusqanku musqhoyqa, p’unchay qhipa p’unchaykunapi Cristopa hatun k’anchayninmanta musqhoytam sut’inchan; chayraykun, Danielpa chunka kaq capitulopi rikusqan musqhoywan kikinmi.</w:t>
      </w:r>
    </w:p>
    <w:p>
      <w:pPr>
        <w:pStyle w:val="ArticleScripture"/>
        <w:jc w:val="left"/>
      </w:pPr>
      <w:r>
        <w:rPr>
          <w:rFonts w:ascii="Times New Roman" w:hAnsi="Times New Roman" w:eastAsia="Times New Roman" w:cs="Times New Roman"/>
        </w:rPr>
        <w:t>Ñuqaqa Daniel sapallaymi chay rikch’ayta rikurqani; ñuqawan kashaq runakami ichaqa mana chay rikch’ayta rikurqakuchu. Ichaqa paykunaman hatun chukchuy urmaykurqa, hinaqtinmi pakakuyta ayqekurqanku. Chayrayku sapallaymi saqesqa qhepakurqani, chay hatun rikch’aytataq rikurqani; manataqmi ima kallpallapas ñuqapi qhepakurqachu. Sumaj kayniypas uqhuypi ismuyman tukusqaña karqa, manataqmi kallpata hap’ipakurqanichu. Chaywanpas siminkunapa kunkanta uyarirqanimi; siminkunapa kunkanta uyarispaqa, uya uraypi, allpaman uyaywan, sinchi puñuypi hina urmarqani. Hinaqtinmi, qhawariy, huk maki llamkhariruwan, qonqoraykunapi hinaspa makiykunapa t’aqllankunapi sayarichiwán. Hinataq niwarqa: Daniel, anchata munasqa runa, qamman rimashqay simikunata entiendespa, cheqanta sayariy; kunanqa qamman kachamusqañam kani. Chay simita niwaspanmi katkataspa sayarirqani. Hinaqtinmi niwarqa: Ama manchakuychu, Daniel; ñawpaq p’unchaymantapacha sonqoykita churanki entiendeyta munaspa, hinaspa Diosniykipa ñawpaqenpi kikiykita ñak’arichispa, simikikuna uyarikusqañam karqa; ñuqataq hamuni simikikunarayku. Daniel 10:7–12.</w:t>
      </w:r>
    </w:p>
    <w:p>
      <w:pPr>
        <w:pStyle w:val="ArticleBody"/>
        <w:jc w:val="left"/>
      </w:pPr>
      <w:r>
        <w:rPr>
          <w:rFonts w:ascii="Times New Roman" w:hAnsi="Times New Roman" w:eastAsia="Times New Roman" w:cs="Times New Roman"/>
        </w:rPr>
        <w:t>Mateo qanchis chunka qanchisniyuq kapitulumanta tikrasqa rikch’aynin, Daniel chunka kapitulumanta espejopi qhawasqa rikch’ayninmi, Ezequielpa ch’aki tullunkuna wañusqamanta kawsarichisqa kaptin chaypi pasaq. Chay rikch’ay, hinaspa chaywan kuska willakuy, iskay laya yupaychaqkunata rikuchin: huknin Exeter toldopi, huktaq Watertown toldopi; chayqa Jeremiaspa asamblea de burladores nisqanmi, hinaspa Juanpa sinagoga de Satanás nisqanmi. Imaynatachus chay rikch’aypa rurayninkuna Danielpa testimoniopin karqan, chay hinallataqmi: “discípulokuna chayta uyarispankuqa uyankuman urmaykurqanku, ancha mancharisqataq karqanku. Hinaspan Jesus hamuspa llamkharirqan, nirqa: Hatariychis, amataq manchakuychischu.” Rikch’ayqa uyarinapaq hinaspa qhawarinapaqmi iskayninpi karqan, manchaytaq iskaynin ejemplokunapin paqarichirqan. Huk “llamkhay”mi kallpachaypaq munakurqan iskaynin testimoniokunapin.</w:t>
      </w:r>
    </w:p>
    <w:p>
      <w:pPr>
        <w:pStyle w:val="ArticleBody"/>
        <w:jc w:val="left"/>
      </w:pPr>
      <w:r>
        <w:rPr>
          <w:rFonts w:ascii="Times New Roman" w:hAnsi="Times New Roman" w:eastAsia="Times New Roman" w:cs="Times New Roman"/>
        </w:rPr>
        <w:t>Tikrasqaña rikch’ayqa, huk imakunawan kuska, Diospa Simin mana hayk’aqpas pantasqanta qhawachirqan; Mateo qillqapa chunka suqta kaq kapitulumpi, qhipa versículonpi, Jesús nirqan: “Kaypi sayaqkunamanta wakinkuna kanqa, mana wañuyta mallispa, Runapa Churinta qhawanankukama paypa qhapaq kayninpi hamuqta.” Tikrasqaña rikch’ayqa “Runapa Churin” paypa qhapaq kayninpi hamuyninpa huk rikch’anan karqan.</w:t>
      </w:r>
    </w:p>
    <w:p>
      <w:pPr>
        <w:pStyle w:val="ArticleScripture"/>
        <w:jc w:val="left"/>
      </w:pPr>
      <w:r>
        <w:rPr>
          <w:rFonts w:ascii="Times New Roman" w:hAnsi="Times New Roman" w:eastAsia="Times New Roman" w:cs="Times New Roman"/>
        </w:rPr>
        <w:t>“Transfiguración urqupi Moisésqa Cristopa huchamanta wañuymantawan atipananta qhawsiqmi karqa. Payqa chiqap runakunapa kawsarimuyñinpi p’ampamanta lloqsimuqkunata rikch’achirqan. Elíasqa, wañuyta mana rikuspalla hanaq pachaman apasqa kaspa, Cristopa iskay kutin hamuyninpi kay pachapi kawsashaqkunata rikch’achirqan, paykunaqa ‘huk ratullapi, ñawipa llipyaynin hina, qhipa waqra waqyasqapi’ t’ikrasqa kanqaku; chaypachaqa ‘kay wañuq kayqa mana wañuq kaywan p’achallikuspa kananmi,’ hinaspa ‘kay ismuq kayqa mana ismuq kaywan p’achallikuspa kananmi.’ 1 Corintios 15:51–53. Jesusqa hanaq pachapa k’anchayninwan p’achallisqa karqa, imaynan rikhurinqa chhayna, pay ‘iskay kutin huchamanta mana kaspa qispichiypaq’ hamuqtin. Imaraykuchus payqa hamunqa ‘Yayampa qhapaq k’anchayninpi santo angelkunawan kuska.’ Hebreos 9:28; Marcos 8:38. Qispichiqpa discipulokunaman qosqan promesanqa kunan hunt’asqa karqa. Orqopi qhapaq kay suyu hamuq pacha pisillapi rikuchisqa karqa,—Cristo Rey, Moisés kawsarimusqa santospa rantinpi, hinaspa Elías apasqa kasqakunapa rantinpi.” El Deseado de Todas las Gentes, 421.</w:t>
      </w:r>
    </w:p>
    <w:p>
      <w:pPr>
        <w:pStyle w:val="ArticleBody"/>
        <w:jc w:val="left"/>
      </w:pPr>
      <w:r>
        <w:rPr>
          <w:rFonts w:ascii="Times New Roman" w:hAnsi="Times New Roman" w:eastAsia="Times New Roman" w:cs="Times New Roman"/>
        </w:rPr>
        <w:t>Sello nisqapa cheqaq yachayninpi kashan huk reqsisqa: pachak tawa chunka tawa waranqa runakunaqa Apocalipsis qanchis kaq kapitulumanta rikuchisqakuna kasqanku, mana wañuqkuna, hinaspa Elíaswan rikuchisqakuna; hatun achka runa tantanakuytaqmi Apocalipsis qanchis kaq kapitulumanta, Moiséswan rikuchisqakuna kasqanku, chaykunaqa wañuqkuna. Huk huñuqa waqyasqa kanku Apocalipsis chunka pusaqniyuq kaq kapitulumanta ñawpaq kaq rimaypi, hukñin huñutaq waqyasqa kanku Apocalipsis chunka pusaqniyuq kaq kapitulumanta iskay kaq rimaypi.</w:t>
      </w:r>
    </w:p>
    <w:p>
      <w:pPr>
        <w:pStyle w:val="ArticleBody"/>
        <w:jc w:val="left"/>
      </w:pPr>
      <w:r>
        <w:rPr>
          <w:rFonts w:ascii="Times New Roman" w:hAnsi="Times New Roman" w:eastAsia="Times New Roman" w:cs="Times New Roman"/>
        </w:rPr>
        <w:t>Llamk’aynin qhepanmanmi, Jesusqa aswan yachachiyta qorqa disipulonkunaman, nispan: “Ama pipasman kay rikuyta willaychischu, Runa Churinqa wañusqakunamanta kawsarimpunankama.” T’ikrasqa kayninpa rikukuynin, chayqa espejopa rikukuyninmi, hinallataq Isaiaspa rikukuynin soqta kapitulopi, hinaspa Pabloq rikukuynin kinsa hanaq pacha ukhupi kashaspa, hinaspa Ezequielpa rikukuynin muyukunamanta ukhupi muyukunawan, Judá ayllumanta Leonwanmi sellasqa karqa, Cristoq kawsarimusqan qhepankama.</w:t>
      </w:r>
    </w:p>
    <w:p>
      <w:pPr>
        <w:pStyle w:val="ArticleBody"/>
        <w:jc w:val="left"/>
      </w:pPr>
      <w:r>
        <w:rPr>
          <w:rFonts w:ascii="Times New Roman" w:hAnsi="Times New Roman" w:eastAsia="Times New Roman" w:cs="Times New Roman"/>
        </w:rPr>
        <w:t>Cristopa kawsarimpu kutichisqanmi sayna pachallan rikuchiypi Cristowan kuska kaq iskay testigokunapa kawsarimpu kutichisqanta rikuchin, chaykunataq 2023 watapa julio killapi kawsarimpu kutichisqa kanankupaq karqan. Chay pachaqa sellasqa willakuymi Revelación chunka hukniyoqpi iskay testigokunaman, hinallataq iskay sapa cheqaq qatiq huñukunaman kichasqa kanman karqan; hinaspataq churakusqa kanman karqan kay pachapa tukukuyninpi Cristopa k’anchayninpa espejopi qhawariy rikuchiypa contexto ukunpi.</w:t>
      </w:r>
    </w:p>
    <w:p>
      <w:pPr>
        <w:pStyle w:val="ArticleBody"/>
        <w:jc w:val="left"/>
      </w:pPr>
      <w:r>
        <w:rPr>
          <w:rFonts w:ascii="Times New Roman" w:hAnsi="Times New Roman" w:eastAsia="Times New Roman" w:cs="Times New Roman"/>
        </w:rPr>
        <w:t>Sellos qillqasqa willakuyqa churakunqapas Apocalipsis libro, huk ñiqin, kimsa ñawpaq versiculokunapa contexto ukunpi, maypichus willakuy puriyninpa cadenan, divinidadwan runakaynin huñunakuyninta rikuchiq, sut’i-sut’illata paso paso nisqa ruwanakuypi qhawachisqa kachkan imaynatas sellos qillqasqa willakuyqa qusqakun chay pachak tawqa chunka tawa waranqa runakuna ukhupi kananpaq akllasqa kandidatokunaman.</w:t>
      </w:r>
    </w:p>
    <w:p>
      <w:pPr>
        <w:pStyle w:val="ArticleBody"/>
        <w:jc w:val="left"/>
      </w:pPr>
      <w:r>
        <w:rPr>
          <w:rFonts w:ascii="Times New Roman" w:hAnsi="Times New Roman" w:eastAsia="Times New Roman" w:cs="Times New Roman"/>
        </w:rPr>
        <w:t>Pasu-pasu rurayqa kayhinam karqan: Taytamantam, Churiman, angil Gabriélman, Juamman, iglesiakunaman. Dios Yaya Taytamantam, Dios kayninta hinallataq runa kayninta hap’iq Churiman, mana urmaq kamasqa kayman (Gabrielman), urmaq kamasqa kayman (Juamman), Asya llaqtapi kaq iglesiakunaman (kay pachaman). Pisqa pasukunaqa sut’inchasqa kanku Jesucristoq Revelacionnin ñawpaq kaqmanta rimarisqallapi, chaymanta mayqin pasuta ñiqinayqa llapanta ñiqinaymi.</w:t>
      </w:r>
    </w:p>
    <w:p>
      <w:pPr>
        <w:pStyle w:val="ArticleBody"/>
        <w:jc w:val="left"/>
      </w:pPr>
      <w:r>
        <w:rPr>
          <w:rFonts w:ascii="Times New Roman" w:hAnsi="Times New Roman" w:eastAsia="Times New Roman" w:cs="Times New Roman"/>
        </w:rPr>
        <w:t>Chay revelaciónwan hina tupaspa, discípulokunaqa Jesusta tapurqanku: “¿Imaraykutaq chayqa escribakuna ninku Eliasqa ñawpaqta hamunanpaq kasqanta?” Hinaspan Jesusqa kutichispa nirqa: “Cheqaqtapunin Eliasqa ñawpaqta hamunqa, llapa imakunatapas allichanqa. Ichaqa qankunaman niykichis: Eliasqaña hamusqañan, paytaqa mana reqsirqankuchu, aswanpas munasqankuta ruwarqanku paywan. Chay hinallataqmi Runapa Churinpas paykuna rayku ñak’arinqa.” Chaymantan discípulokunaqa entienderqanku Juan Bautistamanta paykunaman rimashasqanta.</w:t>
      </w:r>
    </w:p>
    <w:p>
      <w:pPr>
        <w:pStyle w:val="ArticleBody"/>
        <w:jc w:val="left"/>
      </w:pPr>
      <w:r>
        <w:rPr>
          <w:rFonts w:ascii="Times New Roman" w:hAnsi="Times New Roman" w:eastAsia="Times New Roman" w:cs="Times New Roman"/>
        </w:rPr>
        <w:t>Juan Bautista hinallataq Juan, Revelación qillqaqpa profétiko ruwayninqa sellakuy willakuyq uk elementonmi; Watertown karpapi kaqkunaq, Samuel Snowpa willakuyninta mana kasukuyta akllakusqankumantaqa, chaykunaqa rikuchinku Señorqa akllanan runakunata kikin akllananta reqsiyta mana munasqankuta. Chay 1989 watapi akllasqa voz, mayqinchus 1776 watamanta iskay pachak iskay chunka watata qipaman, 1996 watapi, ñawpaqta willakuyninta ruraspa uyarichirqan, mayqinchus ricchariq qhawaq runa karqan, kimsa kaq ay paqarimusqanta reqsichiq, septiembre 11, 2001 p’unchawpi, mayqinchus huchasapa willakuyta julio 18, 2020 p’unchawpi qawaran, chayqa sellakuy willakuyq huk partenmi, hinallataq paypa ruwayninqa Juan Bautistawanmi rikuchisqa.</w:t>
      </w:r>
    </w:p>
    <w:p>
      <w:pPr>
        <w:pStyle w:val="ArticleBody"/>
        <w:jc w:val="left"/>
      </w:pPr>
      <w:r>
        <w:rPr>
          <w:rFonts w:ascii="Times New Roman" w:hAnsi="Times New Roman" w:eastAsia="Times New Roman" w:cs="Times New Roman"/>
        </w:rPr>
        <w:t>Kay yachakuyta qatiq qillqapi mast'arisun.</w:t>
      </w:r>
    </w:p>
    <w:p>
      <w:pPr>
        <w:pStyle w:val="ArticleScripture"/>
        <w:jc w:val="left"/>
      </w:pPr>
      <w:r>
        <w:rPr>
          <w:rFonts w:ascii="Times New Roman" w:hAnsi="Times New Roman" w:eastAsia="Times New Roman" w:cs="Times New Roman"/>
        </w:rPr>
        <w:t>“Rikurqani huk huñu runakunata allinta waqaychasqa, sinch’ita sayasqanku, mana ima allin rikch’aynintapas qospa chaykunamanchu, pikunachus cuerpopa takyasqa iñiyninta kuyuchiyta munarqanku. Diosqa paykunata qhawarqan kusisqa sonqowan. Qawachiwarqanku kimsa takyakunata—ñawpaq, iskay ñiqin, hinaspa kinsa ñiqin angelkunapa willakuyninkunata. Ñawpaqniy angelniy nirqan: ‘Ay payman, pichus kay willakuynikunaq huk rumi sayachisqantapas kuyuchinqa utaq huk t’iksitapas kuyurichinqa. Kay willakuynikunaq cheqaq unanchasqa yachayninqa ancha kawsaymantaqa. Almaikunapa destino-ninqa warq’akusqa kashan imayna chaskisqa kasqankuman hina’ ”. Yapamanta kay willakuynikuna nisqanta urayman pusawarqanku, hinaspa rikurqani imaynatataq Diospa llaqtan ancha chaninpaq rantirqanku kikin experienciankuta. Chayqa achka ñak’ariywan hinaspa sinchi maqanakuywan tarisqa karqan. Diosqa paykunata pusarqan t’ika t’ikalla, takya takyalla, kama paykunata churaran huk sinchi, mana kuyukuq plataforma patapi. Rikurqani sapa runakunata plataforma qayllaykamuqta hinaspa cimientonta qhawaqta. Wakinkunaqa kusikuywan chaylla pataman wicharqanku. Wakinkunataq qallariqku cimientomanta pantachay taripayta. Paykunaqa munarqanku aswan allinyachiykuna rurasqa kananpaq, chaymanta plataforma aswan hunt’asqa kananpaq, hinaspa llaqta aswan kusisqa kananpaq. Wakinkunaqa patamanta uraykamurqanku qhawananpaq, hinaspa nirqanku pantasqata sayachisqa kasqanta. Ichaqa rikurqani yaqapas llapanmi patapi sinch’ita sayasqanku, hinaspa chay uraykamusqakunata kallpacharqanku amaña quejakuykunata qatipayta, Diosrayku Hatun Arquitecto karqan, paykunataq paypa contranpi maqanakusharqanku. Paykunaqa yuyarirqanku Diospa admirakuypaq rurasqanta, mayqinchus pusamurqan paykunata chay sinchi pataman, hinaspa huk sonqolla ñawinkuta hanaq pachaman oqarispa, sinchi qapariywan Diosta hatuncharqanku. Kayqa wakin quejakuqkunata hinaspa patamanta lluqsisqakunata sonqochirqan, hinaspa paykunaqa llamp’u uyawan yapamanta pataman wicharqanku.</w:t>
      </w:r>
    </w:p>
    <w:p>
      <w:pPr>
        <w:pStyle w:val="ArticleScripture"/>
        <w:jc w:val="left"/>
      </w:pPr>
      <w:r>
        <w:rPr>
          <w:rFonts w:ascii="Times New Roman" w:hAnsi="Times New Roman" w:eastAsia="Times New Roman" w:cs="Times New Roman"/>
        </w:rPr>
        <w:t>“Cristopa ñawpaq hamuynin willakuymanmi kutichisqa karqani. Juanqa Eliaspa espiritunwan atinwanpas kachkasqa karqa Jesuspa ñanninta wakichananpaq. Juanpa testimoniunta mana chaskiqkunaga Jesuspa yachachikuyninkunamanta manam allinchanakuyta tarirqakuchu. Hamuyninta ñawpaqmanta willaq mensajepa contranpi sayasqankurayku, paykunaqa maypim mana usqhaylla chaskiyta atinmanchu chay sinchi-aswan kallpayoq evidenciata pay Mesías kasqanmanta. Satanásmi Juanpa mensajenta mana chaskiqkunata pusarqa astawanraq ñawpaqman rinqankupaq, Cristota mana chaskinankupaq hinaspa chakatanankupaq. Chayta ruwaspa, kikinkutam churakurqaku maypim Pentecostés p’unchaypi bendicionta mana chaskiyta atinmanchu, chay bendicionmi hanaq pacha santuario-man yaykuna ñanta yachachinman karqa. Templopa velo llikisqa kasqanqa rikuchirqa judiokunapa sacrificionkuna hinaspa ordenanzankuna manaña chaskisqa kananmanta. Hatun Sacrificiomi haywasqa karqa hinaspa chaskisqaña karqa, hinaspa Pentecostés p’unchaypi uraykamusqa Espíritu Santom disipulokunapa yuyayninkuta apaq karqa kay pachapi santuariomanta hanaq pacha santuarioman, mayman Jesusqa kikinpa yawarninwan yaykusqa karqa, disipulonkunaman pampachayninpa allinninkunata jich’ananpaq. Ichaqa judiokunaqa llapan tutayaypi saqesqa karqaku. Paykunaqa salvación planomanta hap’iyta atinman karqa chay llapa k’anchayta chinkachirqaku, hinaspapas mana imapaq valeq sacrificionkupi haywarikuyninkupipas confiaspalla qhepakurqaku. Hanaq pacha santuariom k’ay pachapi santuariopa rantinman tukuqña karqa, ichaqa paykunaqa chay cambiomanta manam imatapas yacharqakuchu. Chayraykum Cristopa mediaciónninta santo lugarpi kasqanmanta mana allinchanakuyta atinmanchu karqaku.”</w:t>
      </w:r>
    </w:p>
    <w:p>
      <w:pPr>
        <w:pStyle w:val="ArticleScripture"/>
        <w:jc w:val="left"/>
      </w:pPr>
      <w:r>
        <w:rPr>
          <w:rFonts w:ascii="Times New Roman" w:hAnsi="Times New Roman" w:eastAsia="Times New Roman" w:cs="Times New Roman"/>
        </w:rPr>
        <w:t>“Achka runakuna mancharisqawan qhawanku judíokunapa puriyninta, Cristota mana chaskispa hinaspa chakataspa; hinaspa paypa p’enqaypi maqasqa kasqan willakuyta leespa, yuyanku payta munakusqankuta, hinaspa mana payta ñiqasqankuchu Pedro hina, nitaq judíokuna hina chakatasqankuchu. Ichaqa Dios, llapa sonqokunata ñawirispa reqsiq, pruebayman apamun chay Jesuspaq munakuyninkuta, mayqentan nisqanku sientesqankuta. Llapa hanaq pacha ancha sinchi intereswan qhawarqan ñawpaq angelpa willakuynin imayna chaskisqa kasqanta. Ichaqa achkaq, Jesusta munakuyta niqkuna, hinaspa chakata willakuyninta leespa waqaqkuna, burlakusqanku paypa hamuyninpa allin musuq willakuyninmanta. Mana kusikuywan chaskinankupaq rantinpi, nisqanku llullakuyman kasqanta. Paypa rikurimuyninta munakuqkunata cheqnikusqanku hinaspa iglesiakunamanta qarqosqanku. Ñawpaq willakuyta mana chaskiqkunaqa mana iskay ñiqin willakuymanta yanapasqa kayta atirqankuchu; nitaq chawpi tuta qapariymantapas yanapasqa karqankuchu, mayqenchus wakichinankupaq karqan Jesuswan iñiywan yaykunankupaq hanaq pacha santuarioq aswan santísimo cheqninman. Hinaspa chay iskay ñawpaq willakuykunata mana chaskisqanrayku, yuyayninkuta hina tutayachirqanku, mana kikinchikta qhawarinankupaq kanchu ima k’anchaypas kinsa ñiqin angelpa willakuyninpi, mayqenchus rikuchin ñanta aswan santísimo cheqninman. Noqaqa rikurqani judíokuna imaynan Jesusta chakatarqanku, chay hinallata sutillapi iglesiakuna kay willakuykunata chakatarqanku; chayrayku mana reqsinkuñachu ñanta aswan santísimoman, hinaspa mana Jesuspa chaypi mañakuyninrayku yanapasqa kayta atinkuñachu. Judíokuna hina, mana imapaq valeq sacrificiokunata haywasqankuta hina, paykunapas mana imapaq valeq mañakuyninkuta haywanku Jesuspa saqesqan uku wasiman; hinaspa Satanás, chay pantasqaman kusisqa, religiosoq rikch’ayninta hap’in, hinaspa kay sutillapi cristianokuna nisqakunapa yuyayninkuta payman pusarun, kallpanwan, señalkunawan, llulla musphachikuq admiraykunawan llamk’aspa, paypa toqllanpi sinchita wataykuspa. Wakinta huk hina pantachin, wakintataq huk hina. Huk-huk yuyaykunata ch’allqunanpaq huk-huk llullachikuykunata wakichisqa payqa. Wakinkuna huk llullachikuyta mancharisqawan qhawanku, ichaqa huknintaqa sasallaña chaskinku. Satanás wakinkunata Espiritualismo nisqawan pantachin. Payqa hinallataq hamun k’anchay angel hina, hinaspa llulla reforma nisqakunawan suyuntinpi mast’arikun influencianta. Iglesiakunaqa kusisqa hatunchakusqapi kanku, hinaspa yuyanku Dios paykunapaq admirayta ruwashasqanta, maypachachus huk espiritupa ruwasqan kachkan. Chay kuska kuyuyqa chinkapunqa, hinaspa pachatapas iglesiatapas ñawpaqmantapas aswan mana allin kaqpi saqenqa.”</w:t>
      </w:r>
    </w:p>
    <w:p>
      <w:pPr>
        <w:pStyle w:val="ArticleScripture"/>
        <w:jc w:val="left"/>
      </w:pPr>
      <w:r>
        <w:rPr>
          <w:rFonts w:ascii="Times New Roman" w:hAnsi="Times New Roman" w:eastAsia="Times New Roman" w:cs="Times New Roman"/>
        </w:rPr>
        <w:t>“Rikurqanimi Diospa sincerokunata wawankuna kasqankuta sutipi Adventistakunapi hinallataq urmasqa iglesiakunapipas; chay plaguakuna manaraq hich’aykusqa kachkaptinmi, ministrukuna runakunawan kuska kay iglesiakunamanta waqyamusqaqa kanku, kusikuywanmi cheqaq kayta chaskinkaq. Satanás kayta yachan; hinaspataq kimsa kaq angelpa sinchi qapariynin manaraq qopikusqaq kachkaptinmi, kay relijiosoq cuerpokunapi huk hatun kuskakuyta hatarichin, chayhinaqa cheqaq kayta qhespichiqkuna Dios paykunawan kashasqanta yuyaymanaypaq. Payqa suyanchá sincerokunata pantachiyta, hinaspa yuyachiyta Diosqa sapaqchus iglesiakunapaq llamk’ashasqanta. Ichaqa k’anchayqa llipiyta qallarinqa, llapa sincerokunataq urmasqa iglesiakunamanta lluqsinqaku, hinaspa puchuqkunawan kuska sayayninkuta hap’inqaku.”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Pusaq Chunka Qanchisniyuq kimsak’aqnin</dc:title>
  <dc:subject>Paqumanta Apu Leonpa Rikch’ariynin: Paniummanta Qhipa Sellakuykama</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