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Isqon Chunka Isqonniyuq Qillqa</w:t>
      </w:r>
    </w:p>
    <w:p>
      <w:pPr>
        <w:pStyle w:val="ArticleSubtitle"/>
        <w:jc w:val="left"/>
      </w:pPr>
      <w:r>
        <w:rPr>
          <w:rFonts w:ascii="Arial" w:hAnsi="Arial" w:eastAsia="Arial" w:cs="Arial"/>
        </w:rPr>
        <w:t>Panium Maqanakuypa Profétic Llikllan: Domingo Leyman Manaraq Hamuptin Ñawpaq Rimay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Panium waqayqa maqanakuyqa ancha espirituawan maqanakuymi karqa. Inti punchaw kamachiy manaraq chayamuchkaptin, pusaq ñiqin umalliq, paymi Ronald Reaganmanta pacha pusaq chunka isqun watapi, tukuy pacha tukukuypi 1989 watapi, soqta ñiqin karqa; payqa qhipa Republicano umalliqmi, qhapaq aswan umalliqmi, hinallataq tukuy globalismopa kamachiyninta kuyuchiqmi kanqa; paymi apostata Protestantismo-ta pusaspa Panpa griego religionninta atinqa, chaymi globalismopa “woke-ismon” nisqan. Chunka hukniyuq hinallataq chunka iskayniyuq versiculokunapi, 2014 watapi Ucrania maqanakuywan qallariq historiataqa chunka soqta niyuq versiculopi Inti punchaw kamachiywan tukukun. Chunka pichqayuq versiculopi Panium waqayqa maqanakuymi kachkan, Panium waqayqa maqanakuytaq Actium maqanakuyman pusakun, chaymi kinsa ñiqin Mundial Guerra.</w:t>
      </w:r>
    </w:p>
    <w:p>
      <w:pPr>
        <w:pStyle w:val="ArticleBody"/>
        <w:jc w:val="left"/>
      </w:pPr>
      <w:r>
        <w:rPr>
          <w:rFonts w:ascii="Times New Roman" w:hAnsi="Times New Roman" w:eastAsia="Times New Roman" w:cs="Times New Roman"/>
        </w:rPr>
        <w:t>“Hatun allpa kuyuy” nisqa horapi, chayqa chunka suqtayuq versículopi Domingo p’unchaw kamachikuymi, kimsa kaq ay nisqamanta Islamqa Estados Unidos llaqtata maqan, nacionkunata piñachispa, hinallataq nación nisqapa thuñichisqanta ruwaspa. Chay maqaymanta ñawpaqtaq Panium Maqanakuy kashan. Domingo p’unchaw kamachikuypiqa dragónpa, bestiapa, llulla profetapa kimsa-rikch’aq huñunakuynin sayachisqa kachkan.</w:t>
      </w:r>
    </w:p>
    <w:p>
      <w:pPr>
        <w:pStyle w:val="ArticleScripture"/>
        <w:jc w:val="left"/>
      </w:pPr>
      <w:r>
        <w:rPr>
          <w:rFonts w:ascii="Times New Roman" w:hAnsi="Times New Roman" w:eastAsia="Times New Roman" w:cs="Times New Roman"/>
        </w:rPr>
        <w:t>“Diospa leyinpa contranpi Papadopa hatarichisqa kamachiyta sayachiq decretorayku, llaqtanchik allin kaymanta hunt’asqata t’aqakunqa. Protestantismo makinta chutarispa chay hatun chinkana pataman Romamanta atiyniyoqpa makinwan hap’inanpaq, ukumantapas mast’arispa Espiritualismowan makikuna tinkuchinanpaq, kay kimsa kuti huñusqa tinkuypa kallpan uranpi llaqtanchik Constituciónninkupa sapa huk principioyta ñak’arichispa Protestante hinataq republicano gobiernomanta kasqanta qichuspa, papal llullakuykunata umachakuykunatapas mirachinankupaq kamachiyta ruraptin, chaypacha yachayta atinanchikmi Satanaspa musphay hina admirakuypaq rurasqan qallarinanpaq pacha chayamushasqanta, tukukuypas qayllamushasqanta.” Testimonies, volumen 5, 451.</w:t>
      </w:r>
    </w:p>
    <w:p>
      <w:pPr>
        <w:pStyle w:val="ArticleBody"/>
        <w:jc w:val="left"/>
      </w:pPr>
      <w:r>
        <w:rPr>
          <w:rFonts w:ascii="Times New Roman" w:hAnsi="Times New Roman" w:eastAsia="Times New Roman" w:cs="Times New Roman"/>
        </w:rPr>
        <w:t>Chay pachapiqa, papapaq wañuchiq ch’akiyninqa tukuy hinantinpi hampisqa kachkan, payqa tukukuykama aswan hatun kamachiywan kamachinqa, yanapaqniyoq mana kachkaptin. Roma kimsa kaq hark’ayninta atipaspalla kamachin, imaynachus Daniel qillqapi pusaq kaq capítulo, isqun kaq versículopi, hinallataq chunka hukniyuq kaq capítulo, chunka soqtaqmanta chunka isqunniyuqkama versículokunapi, pagano Roma nisqawan rikuchisqa kashan hina. Papal Roma kimsa waqrankunata chinkachispaqa, waranqa iskay pachak soqta chunka watakuna aswan hatun kamachiywan kamachirqan; chay hinallataq pagano Romaqa kimsa pachak soqta chunka watakuna aswan hatun kamachiywan kamachirqan, Egipto suyuta atipaspam, kimsa kaq hark’ayta, Actium maqanakuypi, 31 BC watapi.</w:t>
      </w:r>
    </w:p>
    <w:p>
      <w:pPr>
        <w:pStyle w:val="ArticleBody"/>
        <w:jc w:val="left"/>
      </w:pPr>
      <w:r>
        <w:rPr>
          <w:rFonts w:ascii="Times New Roman" w:hAnsi="Times New Roman" w:eastAsia="Times New Roman" w:cs="Times New Roman"/>
        </w:rPr>
        <w:t>Gramáticapiqa, “ium” nisqa sufijuta huk simipa tukukuyninman yapanku sutichasqa sutita rurananpaq, maytan, kayninchasqa kasqanta, utaq imapas huñusqa kasqanta niqpaq. Kayqa sapa kuti llamk’achisqa kan técnico, científico simikunapa rurakuyninpi, aswanraq químicawan biologíawanpi. Kayhina, “stadium” nisqaqa atletismo atipanakuypaq utaq huk ruwaykunapaq maytan sutichan, “aquarium” nisqaqa yaku ukhupi kawsaq organismokuna utaq yurakunata qhawachinapaq waqaychasqa maytan sutichan, hinaspa “gymnasium” nisqaqa cuerpopa ejercicionninpaq utaq allinchakuyninpaq maytan sutichan. Científico terminologíapiqa, “ium” nisqaqa achka kutipi llamk’achisqa kan químico elementota utaq compuesto-ta rikuchinapaq, aswanraq chay elemento utaq compuesto sapallanrak t’aqasqa utaq tariysqa kaptin. Kayhina, “sodium” nisqaqa Na nisqa chimpuyuq químico elementotan sutichan, “calcium” nisqaqa Ca nisqa chimpuyuq químico elementotan sutichan.</w:t>
      </w:r>
    </w:p>
    <w:p>
      <w:pPr>
        <w:pStyle w:val="ArticleBody"/>
        <w:jc w:val="left"/>
      </w:pPr>
      <w:r>
        <w:rPr>
          <w:rFonts w:ascii="Times New Roman" w:hAnsi="Times New Roman" w:eastAsia="Times New Roman" w:cs="Times New Roman"/>
        </w:rPr>
        <w:t>Roma pagana ancha kamachiq hinallataq qallarirqan Actium Maqanakuypi, Panium Maqanakuytaq kicharqan punkuta Actiumwan rikuchisqa maqanakuyman; imaraykuchus “siq’i patapi siq’i” nisqaman hina, Actiummanmi rikch’akun Domingo kamachiywan, maypachachus papado yapamanta kay pachata llapa patapi kamachin.</w:t>
      </w:r>
    </w:p>
    <w:p>
      <w:pPr>
        <w:pStyle w:val="ArticleBody"/>
        <w:jc w:val="left"/>
      </w:pPr>
      <w:r>
        <w:rPr>
          <w:rFonts w:ascii="Times New Roman" w:hAnsi="Times New Roman" w:eastAsia="Times New Roman" w:cs="Times New Roman"/>
        </w:rPr>
        <w:t>Actiumqa lamar qochapi maqanakuymi karqa, Paniumqa allpapi maqanakuymi karqa; chayrayku ishkay maqanakuypa t’inkisqanqa huk maqanakuymi kasqanta rikuchin, mayqinchus llapa pachapi mast’arikun, allpatawan qochatawan p’unchaykuchispa. Actiumqa, ñawpa pacha willakuykunapi aswan reqsisqa qochapi maqanakuq, hinallataq huk llapa-pacha maqanakuyniyuqta rikuchin; imaraykuchus “yakuqkuna rikusqayki, maypichus chay warmi tiyashan, runakunami, achkha huñunakuykunami, nacionkunami, simikunapi rimaykunami.” Paniumqa huk espiritu maqanakuymi rikuchin, mayqinchus huk política maqanakuywan kuskanchasqa kan, chay utqhay hamuq domingo kamachikuypi.</w:t>
      </w:r>
    </w:p>
    <w:p>
      <w:pPr>
        <w:pStyle w:val="ArticleBody"/>
        <w:jc w:val="left"/>
      </w:pPr>
      <w:r>
        <w:rPr>
          <w:rFonts w:ascii="Times New Roman" w:hAnsi="Times New Roman" w:eastAsia="Times New Roman" w:cs="Times New Roman"/>
        </w:rPr>
        <w:t>Sutichiq “pan”, sutichaq hina, achka niyuq kayninmi tarikun contexto nisqaman hina, ichaqa griego mitologíapiqa Panqa michiqkunapa, uywa qatakunapa, llaqtamanta takikunaq, hinaspa chunkaq sallqa pampakunapa diosninmi. Payqa achka kuti rikuchisqa kachkan chawpi runa, chawpi cabra hina kasqanwan, takita hinaspa sallqata munakusqanrayku reqsisqa.</w:t>
      </w:r>
    </w:p>
    <w:p>
      <w:pPr>
        <w:pStyle w:val="ArticleScripture"/>
        <w:jc w:val="left"/>
      </w:pPr>
      <w:r>
        <w:rPr>
          <w:rFonts w:ascii="Times New Roman" w:hAnsi="Times New Roman" w:eastAsia="Times New Roman" w:cs="Times New Roman"/>
        </w:rPr>
        <w:t>“Hatun engañokuna hatun dramapi tukukuynin nisqapi, Satanás kikinmi Cristota rikch’akunanpaq ruwakusunqa. Iglesiaqa unaymanta pacha qespichiqpa hamuyninmanmi qhawarisqa, chayta suyayninpa hunt’akuynin hina rimarispa. Kunanqa hatun engañaqmi rikuchinqa Cristos hamusqanta hina. Kay pachapa imaymana cheqenkunapi, Satanásmi runakuna ukhupi rikurinqa hatun atiyniyuq, lliphipiq k’anchaywan qhapaq kasqanta, Juanpa Apocalipsispi Diospa Churinmanta qillqasqan rikch’ayninta rikch’akuspa. Apocalipsis 1:13–15.” The Great Controversy, 624.</w:t>
      </w:r>
    </w:p>
    <w:p>
      <w:pPr>
        <w:pStyle w:val="ArticleBody"/>
        <w:jc w:val="left"/>
      </w:pPr>
      <w:r>
        <w:rPr>
          <w:rFonts w:ascii="Times New Roman" w:hAnsi="Times New Roman" w:eastAsia="Times New Roman" w:cs="Times New Roman"/>
        </w:rPr>
        <w:t>Panqa michiq-diosmi, hinallataq cheqaq Michiqta rikch’akurqanman. Satanaspa Cristota rikch’akusqanqa domingo p’unchay kamachiywan qallarin, imaraykuchus “decreto”-pi “ñuqanchik atisun” chaymanta “yachayta” “tiempun chayamushasqanta, Satanaspa musphay llamk’ayninpaq, hinallataq tukukuy qayllamushasqanta” yachananchikpaq.</w:t>
      </w:r>
    </w:p>
    <w:p>
      <w:pPr>
        <w:pStyle w:val="ArticleBody"/>
        <w:jc w:val="left"/>
      </w:pPr>
      <w:r>
        <w:rPr>
          <w:rFonts w:ascii="Times New Roman" w:hAnsi="Times New Roman" w:eastAsia="Times New Roman" w:cs="Times New Roman"/>
        </w:rPr>
        <w:t>“Pan” nisqa simiqa hinallataq manka hina pampa, ancha hatun patayuq yanukuy wiqlla mankata riqsichinmanmi, mayqenwan qhatiypi, t’antachaypi utaq mikhuynin yanukuypi llamk’achikunanpaq. Qhipa maqanakuyqa yuyayman hinalla Jerusalén espiritual nisqapi chawpinchasqa kachkan, chay santu orqopi, mayqenchus huk unancha hina hoqarisqa kachkan, hinallataq chay orqopi, maymanchus Diospa huk uywankuna, Babiloniapiraq kashaspanku, ayqekunku. Chay p’unchaypi llapa suyukuna Jerusalén espiritual nisqaman hamunqaku awqanankupaq, mayqenchus “copa” (“pan”) hina sut’inchasqa kachkan.</w:t>
      </w:r>
    </w:p>
    <w:p>
      <w:pPr>
        <w:pStyle w:val="ArticleScripture"/>
        <w:jc w:val="left"/>
      </w:pPr>
      <w:r>
        <w:rPr>
          <w:rFonts w:ascii="Times New Roman" w:hAnsi="Times New Roman" w:eastAsia="Times New Roman" w:cs="Times New Roman"/>
        </w:rPr>
        <w:t>Señorpa simin apamusqan Israelpaqmi, nin Señor, paymi hanaq pacha mast’arichin, kay pachapa tiyananta churarin, runapa espirituntataq ukhumpi rurarin. Qhawariy, Jerusalénta tukuchisaq muyuriqninpi llapa llaqtakunapaq chukchichiq k’asawan hina, Judápa hawanpi Jerusalénpa hawanpipas muyuykusqa aswan sinch’i ñit’isqa kaptinku. Chay p’unchaypitaq Jerusalénta tukuchisaq llapa llaqtakunapaq apariy mana atina llasaq rumiman: llapa paywan llasaqyayta munasqankutaq ñak’arichisqa, t’aqasqa kanqaku, tukuy kay pachapi llaqtakuna paypa contranpi huñusqa kaptinkupas. Zacarías 12:1-3.</w:t>
      </w:r>
    </w:p>
    <w:p>
      <w:pPr>
        <w:pStyle w:val="ArticleBody"/>
        <w:jc w:val="left"/>
      </w:pPr>
      <w:r>
        <w:rPr>
          <w:rFonts w:ascii="Times New Roman" w:hAnsi="Times New Roman" w:eastAsia="Times New Roman" w:cs="Times New Roman"/>
        </w:rPr>
        <w:t>Jerusalén llaqtapas mankapasmi, chaypiqa drama rurasqa kasqanrayku. “Manka” nisqaqa yanunapaq p’anqami.</w:t>
      </w:r>
    </w:p>
    <w:p>
      <w:pPr>
        <w:pStyle w:val="ArticleScripture"/>
        <w:jc w:val="left"/>
      </w:pPr>
      <w:r>
        <w:rPr>
          <w:rFonts w:ascii="Times New Roman" w:hAnsi="Times New Roman" w:eastAsia="Times New Roman" w:cs="Times New Roman"/>
        </w:rPr>
        <w:t>Hinaspan niwarqan, Runaq Churin, kaykunaqa kay llaqtapi mana allin yuyaykunata ruraq runakunan, hinallataq mana allin yachachiykunata quqkuna: paykunaqa nin, Manam qayllachu; wasikunata hatarichisun: kay llaqtaqa manka hinam, ñuqanchiktaq aycha kanchik. Chayrayku paykunapaq willakuy, willakuy, ay Runaq Churin. Hinaspan Señorpa Espírituynin urmaykuwarqan, hinaspan niwarqan, Rimay; kayhinan Señor nin; kayhinam rimarqankichik, ay Israelpa wasi: tukuy sonqoykichikman hamuq yuyaykunatam reqsini, sapa huknintapas. Kay llaqtapi wañusqakunata achkayaykuchkankichik, hinaspan kallenkunatapas wañusqakunawan hunt’achirqankichik. Chayraykun kayhinata Señor Dios nin; chawpinpi churaykusqaykichik wañusqakuna, paykunam aycha kanku, kay llaqtaqa mankam; ichaqa ñoqaqa qamkunata chawpinmanta horqomusqaykichik. Espadata manchakurqankichik; hinaspan espadatam qamkunaman apamusqaykichik, nispa Señor Dios. Hinaspan chawpinmanta horqomusqaykichik, huktaraq runakunapa makinkunaman entregasqaykichik, hinaspan qamkunapi juicioykunata rurasqaykichik. Espadawanmi urmankichik; Israelpa linderonpin juzgasqaykichik; hinaspan yachankichikmi ñoqaqa Señor kasqayta. Kay llaqtaqa manam mankaykichu kanqa, nitaq qamkunaqa chawpinpi aychachu kankichik; ichaqa Israelpa linderonpin juzgasqaykichik: hinaspan yachankichikmi ñoqaqa Señor kasqayta: imaraykuchus manam estatutoykunapi purirqankichikchu, nitaq juiciokunayta rurankichikchu, aswanqa muyuriqniykichik gentilkunapa ruwasqankuman hinam rurankichik. Ezequiel 11:2–12.</w:t>
      </w:r>
    </w:p>
    <w:p>
      <w:pPr>
        <w:pStyle w:val="ArticleBody"/>
        <w:jc w:val="left"/>
      </w:pPr>
      <w:r>
        <w:rPr>
          <w:rFonts w:ascii="Times New Roman" w:hAnsi="Times New Roman" w:eastAsia="Times New Roman" w:cs="Times New Roman"/>
        </w:rPr>
        <w:t>Inglés simipiqa, “pan” nisqa ñawpaq simiqa “tukuy pacha”, “llapa”, utaq “llapanta chimpaykuspa” ninanmi. Kayhina, “panorama” nisqaqa huk llaqta utaq suyuq hatunman qhawariyninmanta, lliwta rikuchiq qhawariymanta rimarin; “pantheism” nisqaqa pacha tukuy kaynin Dios kasqanmanta iñiyta sutichan; hinaspa “Pan-American” nisqaqa Amerikakuna llapa suyuyninkunawan tupaq imatapas sutichan. Chayrayku “pan” nisqaqa huk pacha llapanpi ch’awqakuyta riqsichin.</w:t>
      </w:r>
    </w:p>
    <w:p>
      <w:pPr>
        <w:pStyle w:val="ArticleScripture"/>
        <w:jc w:val="left"/>
      </w:pPr>
      <w:r>
        <w:rPr>
          <w:rFonts w:ascii="Times New Roman" w:hAnsi="Times New Roman" w:eastAsia="Times New Roman" w:cs="Times New Roman"/>
        </w:rPr>
        <w:t>“Satanasqa yuyaykunata qichurparin mana ancha allinchu kaq tapuykunawan, chay hinaqa mana sut’i, qhaway atina rikuywan ancha hatun chaninniyuq imakunata qhawanankupaq. Awqaqa kay pachatam urmananman churayta yuyachkan.</w:t>
      </w:r>
    </w:p>
    <w:p>
      <w:pPr>
        <w:pStyle w:val="ArticleScripture"/>
        <w:jc w:val="left"/>
      </w:pPr>
      <w:r>
        <w:rPr>
          <w:rFonts w:ascii="Times New Roman" w:hAnsi="Times New Roman" w:eastAsia="Times New Roman" w:cs="Times New Roman"/>
        </w:rPr>
        <w:t>“Nisqaqa cristiano sutiyoq pachaqa hatun, chaymanta tukuy imapas allinta churanapaq ruwaykunapaq pukaq pampa kanqa. Kamachiqninpi kaq runakunaqa conciencia-ta kamachinankupaq ley-kunata ruranqaku, Papado-pa ejemplonman hina. Babiloniaqa tukuy nacionkunata upyachinqa paypa qari warmi huchallikuyninpa phiñakuy vinonmanta. Tukuy nacionmi chaypi hap’iqasqa kanqa.” Selected Messages, libro 3, 392.</w:t>
      </w:r>
    </w:p>
    <w:p>
      <w:pPr>
        <w:pStyle w:val="ArticleBody"/>
        <w:jc w:val="left"/>
      </w:pPr>
      <w:r>
        <w:rPr>
          <w:rFonts w:ascii="Times New Roman" w:hAnsi="Times New Roman" w:eastAsia="Times New Roman" w:cs="Times New Roman"/>
        </w:rPr>
        <w:t>Sut’i “act”, suti hina, nin: “huk kamachiq tantanakuy rurasqan kamachiy utaq qillqasqa estatuto formal.”</w:t>
      </w:r>
    </w:p>
    <w:p>
      <w:pPr>
        <w:pStyle w:val="ArticleScripture"/>
        <w:jc w:val="left"/>
      </w:pPr>
      <w:r>
        <w:rPr>
          <w:rFonts w:ascii="Times New Roman" w:hAnsi="Times New Roman" w:eastAsia="Times New Roman" w:cs="Times New Roman"/>
        </w:rPr>
        <w:t>“Maypachallata suyunchikqa kamachikuyninpa prinsipio-kunata hina saqespayku, Domingo p’unchawmanta huk leyta churaykuptinqa, Protestantismon kay ruwasqanpi papachaywan makita hap’inqa.” Testimonies, volume 5, 712.</w:t>
      </w:r>
    </w:p>
    <w:p>
      <w:pPr>
        <w:pStyle w:val="ArticleBody"/>
        <w:jc w:val="left"/>
      </w:pPr>
      <w:r>
        <w:rPr>
          <w:rFonts w:ascii="Times New Roman" w:hAnsi="Times New Roman" w:eastAsia="Times New Roman" w:cs="Times New Roman"/>
        </w:rPr>
        <w:t>Nisqapasqa cristiano pachaqa hatun ruwaykunap, utaq ruwasqa episodokunap, teatronmi, chaypiqa llapa nacionkuna (pan) chayman yaykunqaku. “Act” nisqa simiqa huk pukllaypa, peliculapa, utaq huk rikuchikuykunapa rakisqanman utaq t’aqasqanmanpas sutichanmanmi, mayqinchus sapan kuti hukniraq ruwaykunawan utaq pasaykunawan reqsichisqa kan. “Act” nisqa simi, verbo hina, mayqin sut’inchasqa ruwayta ruwanata utaq ima hinam kananman hina puririnata ninmi. Hinallataq llullakuspa utaq huk runapa ruwanan tukuspa pukllanapaqpas sutichanmanmi, imaynachus huk pukllaypi utaq filmepi actuación hina.</w:t>
      </w:r>
    </w:p>
    <w:p>
      <w:pPr>
        <w:pStyle w:val="ArticleScripture"/>
        <w:jc w:val="left"/>
      </w:pPr>
      <w:r>
        <w:rPr>
          <w:rFonts w:ascii="Times New Roman" w:hAnsi="Times New Roman" w:eastAsia="Times New Roman" w:cs="Times New Roman"/>
        </w:rPr>
        <w:t>“Kay pachaqqa huk teatrumi. Chaypi aktorkunaqa, tiyaqnin runakuna, qhipa hatun dramapi sapa huk ruwananman llank’anankupaq wakichikuchkanku. Diosqa manañam qhawarisqañachu. Runakunaq hatun tantanakuykunawanqa manam hukllay kanchu, aswanpas runakuna hukllanakuspa kikinkupa munayninkuta hunt’achinankupaqm. Diosqa qhawachkanmi. Paypa munayninkunaqa, payman hatarikuq sujetonkunaq nisqanmanta, hunt’asqam kanqa. Kay pachaqa manam runakunaq makinkunaman qusqachu, ichaqa Diosqa saqichkanmi pantasqa ch’aqwayta, mana allin kayta ima huk tiempollapaq kamachinankuta. Uraymanta hamuq huk atiyniyoqmi llank’achkan qhipa hatun escenakunata kay dramapi ruwanapaq,—Satanás Cristo hina hamuspa, llullachiy atiywan llapa mana chiqap kaypa llullayninwan llank’aspa, pakasqa sociedadkunapi kikinkuta wataykakuqkunawan kuska. Confederación munayman qispichikuqkunaqa awqaq planonkutam rurachkanku. Imaraykuchus rurayqa, chaymanta lloqsimunqapuni rurayninpa ruraynin.”</w:t>
      </w:r>
    </w:p>
    <w:p>
      <w:pPr>
        <w:pStyle w:val="ArticleScripture"/>
        <w:jc w:val="left"/>
      </w:pPr>
      <w:r>
        <w:rPr>
          <w:rFonts w:ascii="Times New Roman" w:hAnsi="Times New Roman" w:eastAsia="Times New Roman" w:cs="Times New Roman"/>
        </w:rPr>
        <w:t>“Huch’a rurayqa casi chayanña tukukuyninman. Pantasqa ch’aqwaymi hunt’achkan kay pachata, hinaspan hatun manchayqa utqayllam hamunan runakunaman. Tukukuyninqa ancha qayllaña kachkan. Ñoqanchik, cheqaq kayta reqsiqkuna, wakichikuspa kayman hinam kanan, imachus utqayllaña kay pachaman urmamunqa, llapanman mana suyaska hatun musphachiy hina.” Review and Herald, September 10, 1903.</w:t>
      </w:r>
    </w:p>
    <w:p>
      <w:pPr>
        <w:pStyle w:val="ArticleBody"/>
        <w:jc w:val="left"/>
      </w:pPr>
      <w:r>
        <w:rPr>
          <w:rFonts w:ascii="Times New Roman" w:hAnsi="Times New Roman" w:eastAsia="Times New Roman" w:cs="Times New Roman"/>
        </w:rPr>
        <w:t>Paniumwan Actiumwan kimsak kutin kaq Kinsa kaq Hatun Pacha Awqanakuyta rikuchkanku. Chay awqanakuypi mana runapa kallpanmanta kaq rikch’ariykuna kanqa, griego cabra-dios Pan nisqawan sut’inchasqa hina. Chay awqanakuyqa domingo kamachiyta hunt’achiywan t’inkisqa kanqa, huk “ruway” hina. Hinaspataq chay awqanakuyqa reqsisqa kachkan “hatun dramapa qhipa escenasninkuna” hina, imaraykuchus manam domingo kamachiyta kallpachayllachu chay legal ruwayqa, aswanpas evangelio dramapa tukukuyninmi, runakunapa probacionninkupa wichq’ay horasninkupi. Chay maqanakuymanta ñawpaqta, maypichus Paniumwan Actiumwan proféticamente huñunakunku, Daniel qillqap chunka hukniyuq kaq capítuloq chunka soqtayuq versículonpi, Diospa qhipa p’unchaykuna soldadonkunanqa ñataq hatarichisqa kanqakuña, paykunapa estandartenñataq, mayqinchus huk enseña kasqa, chaypacha oqarisqa kanqa. “Enseña” nisqapa ñawpaq kaq nisqanqa huk ejércitoq estandartenmi.</w:t>
      </w:r>
    </w:p>
    <w:p>
      <w:pPr>
        <w:pStyle w:val="ArticleBody"/>
        <w:jc w:val="left"/>
      </w:pPr>
      <w:r>
        <w:rPr>
          <w:rFonts w:ascii="Times New Roman" w:hAnsi="Times New Roman" w:eastAsia="Times New Roman" w:cs="Times New Roman"/>
        </w:rPr>
        <w:t>Act y Panqa Actiumwan Paniumwan kanku, hinaspa Admirable Linguistqa iskaynin maqanakuykunapa allpankunata, sutinkunata, hinaspa historiantapas kamachirqan, imaraykuchus chayqa utqaylla hamuq domingo kamachikuyta manaraq hamuspa ñawpaq historiami. Panium maqanakuyqa 200 BC watapi karqan, hinaspa versículo dieciséis nisqaqa Romata reqsichin 63 BC watapi Jerusalén llaqtata atipayta.</w:t>
      </w:r>
    </w:p>
    <w:p>
      <w:pPr>
        <w:pStyle w:val="ArticleBody"/>
        <w:jc w:val="left"/>
      </w:pPr>
      <w:r>
        <w:rPr>
          <w:rFonts w:ascii="Times New Roman" w:hAnsi="Times New Roman" w:eastAsia="Times New Roman" w:cs="Times New Roman"/>
        </w:rPr>
        <w:t>Qhipa p’unchawkunapa historiapin, 200 a.C. manta 63 a.C. kama pacha rikuchisqa kaqpi, Estados Unidos llaqtapi uywapa rikch’ayninpa rurasqan hunt’asqa kanqa, hina rikuchisqa 161 a.C. manta 158 a.C. kama historiapi. Manaraq chay pacha chayamuchkaptin, maypichus Estados Unidos llaqtapi uywapa rikch’ayninta sayarichiyqepa qhipa kuyuykuna kanqa, huk ruway kanqa, chaytaq 167 a.C. watapi Modeinpi hatarikuqwan rikuchisqa. Chay hatarikuyqa Grecia suyupa munasqa kamachisqa religionninpa contranpi hatarikuywan tipificasqa kachkan, chay hatarikuytaq pusanqa huk waymarkman, chaytaq 164 a.C. watapi templopa musuqmanta sapaqchasqa kachkan.</w:t>
      </w:r>
    </w:p>
    <w:p>
      <w:pPr>
        <w:pStyle w:val="ArticleBody"/>
        <w:jc w:val="left"/>
      </w:pPr>
      <w:r>
        <w:rPr>
          <w:rFonts w:ascii="Times New Roman" w:hAnsi="Times New Roman" w:eastAsia="Times New Roman" w:cs="Times New Roman"/>
        </w:rPr>
        <w:t>164 a.C. watapi Judaismo yuyarisqa kachkan huk p’unchawpaqllañan santo aceite pusasqa kasqanmanta pusaq p’unchawkunakama. Chayrayku 164 a.C., 161 a.C. ñawpaqninpi kashan, Diospa apostata llaqtanpaq satanaspa milagrota ruwasqa kasqanta reqsichin. Chay milagroqa rikuchisqa kachkan hina huk p’unchaw pusaq p’unchawkunata paqarichisqanman, chay ñawpaq p’unchawpa aceitentaqmi llapan pusaq p’unchawkunata qhawanapaq qusqan karqa. Chay milagroqa qanchismantapuni huk rak’iman apamusqa karqa, kay waymarkataq churasqa kachkan kikim historiaman, maypichus pusaqñiqa qanchismanta kasqan watukuynin hunt’asqa kachkan iskaynin apostata waqra Republican nisqaman hinallataq apostata waqra Protestant nisqaman.</w:t>
      </w:r>
    </w:p>
    <w:p>
      <w:pPr>
        <w:pStyle w:val="ArticleBody"/>
        <w:jc w:val="left"/>
      </w:pPr>
      <w:r>
        <w:rPr>
          <w:rFonts w:ascii="Times New Roman" w:hAnsi="Times New Roman" w:eastAsia="Times New Roman" w:cs="Times New Roman"/>
        </w:rPr>
        <w:t>Satanapa milagrokunapa rikch’ariynin, qaylla hamuq domingo kamachiy manaraq chayamuptin, griego dios Panwanmi tinkisqa kachkan. Panium Maqanakuy waqyasqa kaspa, Trumpwan apostata protestantismowan atisqa kaptin, “Pandorapa kajonnin” kicharisqaña kanqa, hinaspan mana ima ñanpas kanqachu chaymanta runakunaman cacharisqa sasachakuykunata allichanapaq; imaraykuchus, “hatun manchaymi utqaylla runakunaman hamunqa. Tukukuyqa ancha qayllañam. Ñoqanchik cheqaqta reqsikunaqa wakichikuytaq kasunchik kay pachaman utqaylla lluqsimunapaq hina llumpay musphachiqta.”</w:t>
      </w:r>
    </w:p>
    <w:p>
      <w:pPr>
        <w:pStyle w:val="ArticleBody"/>
        <w:jc w:val="left"/>
      </w:pPr>
      <w:r>
        <w:rPr>
          <w:rFonts w:ascii="Times New Roman" w:hAnsi="Times New Roman" w:eastAsia="Times New Roman" w:cs="Times New Roman"/>
        </w:rPr>
        <w:t>Pachak tawa chunka tawa waranqa runakunaqa sellasqañam kanku Diospa Siminpa santuqay atininwan, chaymi qusqakarkan Jesucristopa Revelacionnin kichasqa kasqanrayku. Chay Revelacionqa askha sut’i chiqaq yachachiy siq’ikunata hap’in, hinaspapas Jesucristo pichus kasqanta santuqachisqa yachachiyta qon. Payqa Diospa Simi kaspanmi Admirable Lingüista, llapa runasimita kamachiq; paypa atininwanmi imaymana simikuna rikurirqan, Babelpa torrenpi pantachiyta parachimusqanrayku. Payqa Admirable Yupaychaqmi, Siminpi churakusqa yupaykunawan, hinaspa llapa kamasqan ukhupipas, pakasqa pakaykunata waqaychirqan. Payqa historiata kamachiqmi, historiataq “Paypa”-willakuyninmi. Paymi kay pachata kamarqan, hinaspapas Unu Pacha qhepaman kay pachapa maynin sayayninta kamachirqan; chayraykun imaymana profético geografiakuna, Siminpi tarikukuq “chiqaqkuna” kasqankuta ruwanku. Pachak tawa chunka tawa waranqa runakunaqa, wak imakunawan kuska, chaykunatan rikuchinku payta tukuy imakunata kamaq kasqampi iñiyniyuq runakuna kasqankuta.</w:t>
      </w:r>
    </w:p>
    <w:p>
      <w:pPr>
        <w:pStyle w:val="ArticleScripture"/>
        <w:jc w:val="left"/>
      </w:pPr>
      <w:r>
        <w:rPr>
          <w:rFonts w:ascii="Times New Roman" w:hAnsi="Times New Roman" w:eastAsia="Times New Roman" w:cs="Times New Roman"/>
        </w:rPr>
        <w:t>Qallariypiqa karqa Simi, hinaspataq Simiqa Dioswan kasharqa, Simitaq Diosmi karqa. Chaylla qallariypiqa Dioswan kasharqa. Llapa ima rurasqakunaqa paymanta rurasqa karqan; pay mana kaqtinqa, mana ima rurasqapas rurasqachu karqan. Juan 1:1–3.</w:t>
      </w:r>
    </w:p>
    <w:p>
      <w:pPr>
        <w:pStyle w:val="ArticleBody"/>
        <w:jc w:val="left"/>
      </w:pPr>
      <w:r>
        <w:rPr>
          <w:rFonts w:ascii="Times New Roman" w:hAnsi="Times New Roman" w:eastAsia="Times New Roman" w:cs="Times New Roman"/>
        </w:rPr>
        <w:t>Pandorapa kajunninmanta willakuyqa ñawpaq Griegokuna umalliq willakuykunamanta huk mithum. Aswantaqa willakuyqa rikurin “Works and Days” nisqapi, Griego poeta Hesiodo qillqasqanpi, hinallataq wakin clásico pukyukunapipas. Sut’inmi kayqa Evaq Edén huertapi kausayninmanta yuyaychaq rimayllapi nisqa kasqanta. “Pandora” sutiqa ñawpaq Griegokuna umalliq willakuykunamantam hamun. Griego simikunamanta hurqusqam: “pan” nisqa “llapa” ninanpaq, “dora” nisqataq “qoykuykuna” ninanpaq. Pandora ninqa “llapa-qoykusqa” ninanmi. Evaqa iglesiapa unanchaqninsiñalanmi, hinallataq llapa donokunapas Diospa iglesian ukhupin tarikun.</w:t>
      </w:r>
    </w:p>
    <w:p>
      <w:pPr>
        <w:pStyle w:val="ArticleBody"/>
        <w:jc w:val="left"/>
      </w:pPr>
      <w:r>
        <w:rPr>
          <w:rFonts w:ascii="Times New Roman" w:hAnsi="Times New Roman" w:eastAsia="Times New Roman" w:cs="Times New Roman"/>
        </w:rPr>
        <w:t>Griego mitología nisqapi, Pandoraqa dioskunapa rurasqan ñawpaq wañuq warmi karqan. Mito nisqaman hinaqa, Zeus dioskunapa qhapaqninpa kamachisqanman hina, runakunata muchuchinapaq huk yuyaychasqa ruranapaqmi, Hephaestus payta ruraran. Sapa diosmi Pandoraman qowarqan imaymana qowasqankuta, sumaq kayta, llamp’u sonqoyta, yachayta, hinallataq munaychaq kayta. Zeusqa payman huk urputa qorqan (qhipa willakuykunapiqa, huk kajonman tukupurqan), hinaspataq nirqan ima hina kaptinpas mana hayk’aqpas kicharinanpaq. Evetataq nirqankum, huertopa chawpinpi kaq “sach’amanta” aswanta, wakin sach’akunamantaqa mikhuyta atinkiman nispa.</w:t>
      </w:r>
    </w:p>
    <w:p>
      <w:pPr>
        <w:pStyle w:val="ArticleBody"/>
        <w:jc w:val="left"/>
      </w:pPr>
      <w:r>
        <w:rPr>
          <w:rFonts w:ascii="Times New Roman" w:hAnsi="Times New Roman" w:eastAsia="Times New Roman" w:cs="Times New Roman"/>
        </w:rPr>
        <w:t>Pandoraqa, yachasiy munaywan atipasqa, qhipamanmi tentacionman urmarqa hinaspa puyñuta kicharirqa. Chayta ruraspanmi, tukuy mana allinkuna, nanaykuna, unquykunapas, ñawpaqta ukhunpi waqaychasqa kasqankumanta, kay pachaman lluqsirqa, runakuna ukhupi ñak’ariytawan llaquyta mast’arispan. Ichaqa, huk imallapas puyñupi qhiparqa: suyay. Wakin willakuykunaq rikchayninpiqa, Pandoraqa usqhayllamanta puyñuta wichqarqa, chaymi suyay lluqsinanmanta hark’asqa karqa; wakinpiñataq, suyaypas lluqsimurqa, chaywanmi runakunaqa sasachakuykunaq ñawpaqenpi huk pisilla allin suyayta hinaspa kallpachakuq sayariyta chaskirqaku.</w:t>
      </w:r>
    </w:p>
    <w:p>
      <w:pPr>
        <w:pStyle w:val="ArticleBody"/>
        <w:jc w:val="left"/>
      </w:pPr>
      <w:r>
        <w:rPr>
          <w:rFonts w:ascii="Times New Roman" w:hAnsi="Times New Roman" w:eastAsia="Times New Roman" w:cs="Times New Roman"/>
        </w:rPr>
        <w:t>Panium maqanakuyqa Actium maqanakuywan hukllanakunña utqaylla hamuq domingo kamachipi, chay utqaylla hamuq domingo kamachitaq Edén Huertapi pruebaywan unanchasqa karqan. Chay huertapiqa pruebayqa sasillam Adánpaq Evaqpaqpas karqan, ichaqa qhipa p’unchaykunapiqa chay pruebayqa llapa runakunata, intirunpi muyuriq llapa kay pachapi, uyarichinampaqmi kasqan. Ñawpaq pruebayqa, huertapi Diospa Siminta creenachu mana creenachu nisqapi, qhipa domingo kamachipa qhipa prueban unanchan. Evaqa chay ñawpaq pruebaypi pantarqan, hinaspan llapa runakunaman llakikuna paqarinankupaq punkukunata kicharirqan, imayna Pandoraq willakuyninpi rikuchisqa hina.</w:t>
      </w:r>
    </w:p>
    <w:p>
      <w:pPr>
        <w:pStyle w:val="ArticleBody"/>
        <w:jc w:val="left"/>
      </w:pPr>
      <w:r>
        <w:rPr>
          <w:rFonts w:ascii="Times New Roman" w:hAnsi="Times New Roman" w:eastAsia="Times New Roman" w:cs="Times New Roman"/>
        </w:rPr>
        <w:t>Panium maqanakuy Actium maqanakuywan huñunakuspanqa, Edén huertapi rikuchisqa pruebaqa llapa runakunaq hawanpi kicharikunqa. Chaypacha kay pachapaq qusqa suyayqa señal hoqarisqa kasqanmi, llapa kay pachaq runakuna (panorama) qhawanankupaq.</w:t>
      </w:r>
    </w:p>
    <w:p>
      <w:pPr>
        <w:pStyle w:val="ArticleScripture"/>
        <w:jc w:val="left"/>
      </w:pPr>
      <w:r>
        <w:rPr>
          <w:rFonts w:ascii="Times New Roman" w:hAnsi="Times New Roman" w:eastAsia="Times New Roman" w:cs="Times New Roman"/>
        </w:rPr>
        <w:t>Lliw pacha tiyaqkuna, kay hallp’api tiyaqkuna ima, qhawariychik, urqukunapi huk unanchata oqarichiptin; waqrapas waqachisqa kaptin, uyariychik. Isaías 18:3.</w:t>
      </w:r>
    </w:p>
    <w:p>
      <w:pPr>
        <w:pStyle w:val="ArticleBody"/>
        <w:jc w:val="left"/>
      </w:pPr>
      <w:r>
        <w:rPr>
          <w:rFonts w:ascii="Times New Roman" w:hAnsi="Times New Roman" w:eastAsia="Times New Roman" w:cs="Times New Roman"/>
        </w:rPr>
        <w:t>Kay yachayta qatiqpaqmi huk qhipa qillqapi qallarisaqku.</w:t>
      </w:r>
    </w:p>
    <w:p>
      <w:pPr>
        <w:pStyle w:val="ArticleScripture"/>
        <w:jc w:val="left"/>
      </w:pPr>
      <w:r>
        <w:rPr>
          <w:rFonts w:ascii="Times New Roman" w:hAnsi="Times New Roman" w:eastAsia="Times New Roman" w:cs="Times New Roman"/>
        </w:rPr>
        <w:t>“Kay pachaqa huk teatromi; aktorkunaqa, chaypi tiyakuq runakuna, waqaychasqa kachkanku tukuy chay qhipa hatun dramapi sapa huk ruwananman yaykunankupaq. Hatun achka runakunawanqa manam hukllay kanchu, aswanpas runakuna hukllachasqa kanku kikinkupa munaq kayninkuta hunt’achinankupaqlla. Diosqa qhawashanmi. Paypa munayninkunaqa, Payta hatarikusqa runakunamanta, junt’asqa kanqami. Kay pachaqa manam runakunapa makinman qusqachu, ichaqa Diosqa saqishanmi pantaywan mana allin kay ima kallpachakunanpaq huk pisi tiempo. Huk kallpa urinmanta hamuqmi llamk’ashan qhipa hatun escenakunata kay dramapi ruwanampaq,—Satanás Cristo hina hamuspa, llapan mana chiqap kaq mana allin kaypa engañonwan llamk’aspa chay pakasqa ayllukunapi kikinkuta wataykukuqkunawan. Chay confederación munayman qukuqkunaqa awqapa yuyayninkunatan ruwashanku. Imapaq kaqmi, chaymantan rurun hamunqa.”</w:t>
      </w:r>
    </w:p>
    <w:p>
      <w:pPr>
        <w:pStyle w:val="ArticleScripture"/>
        <w:jc w:val="left"/>
      </w:pPr>
      <w:r>
        <w:rPr>
          <w:rFonts w:ascii="Times New Roman" w:hAnsi="Times New Roman" w:eastAsia="Times New Roman" w:cs="Times New Roman"/>
        </w:rPr>
        <w:t>“Manam kay willakuyqa mana hayk’aqpas kunan p’unchaykunapi hinallataq sinch’ita chayaptinchikchu. Aswan-aswanmi kay pachaqa Diospa mañakuyninkunata mana imapaq hina qhawarin. Runakunaqa huchallikuypi sinchi sonqowanña tukunku. Kay pachapi tiyaq mana allinkunaqa ña yaqa hunt’achkanku huchankupa tupunta. Kay allpaqa ña yaqa chay k’uchuman chayaramunña maypichus Diosqa tukuchiqta saqesqa kananpaq munayninta kay patapi ruwanampaq. Runakunapa kamachikuyninkunata Diospa Kamachikuyninpa rantinpi churay, hinallataq runalla atiyninwan domingo p’unchayta Bibliapa samana p’unchayninpa rantinpi hatarichiyqa, drama nisqapa qhepa rurayninmi. Kay rantichiy tukuy hinantinpi mast’arikuspa tukuptinmi, Diosqa pay kikin rikuchikunqa. Payqa hatun kayninpi sayarinqa, allpata manchayta khatirichinampaq. Payqa lloqsinqa maypichus kasqanmantapacha, kay pachapi tiyaqkunata huchankurayku muchuchinampaq; hinallataq allpaqa yawarninta rikuchinqa, wañusqankunatataq manañam pakayta atinchu.”</w:t>
      </w:r>
    </w:p>
    <w:p>
      <w:pPr>
        <w:pStyle w:val="ArticleScripture"/>
        <w:jc w:val="left"/>
      </w:pPr>
      <w:r>
        <w:rPr>
          <w:rFonts w:ascii="Times New Roman" w:hAnsi="Times New Roman" w:eastAsia="Times New Roman" w:cs="Times New Roman"/>
        </w:rPr>
        <w:t>“Kunanqa wiñay pachakunapa krisisnin punku patapi sayashanchik. Utqayllam huknin qipa huknin hamunqa Diospa taripayninkuna,—nina, unu lloqsimuy, allpa chukchuy, chaymanta guerrawan yawar unu jichaywan. Manam kay pacha hatunpas, allinmi tukuyta qhipaman apaqpas ruwaykuna rikhuriptin mancharinanchikchu; khuyapayakuq angelqa manam aswan unayñachu huchallikuspa mana wanakuqkunata pakaykuspa waqaychananpaq qhipanqa.”</w:t>
      </w:r>
    </w:p>
    <w:p>
      <w:pPr>
        <w:pStyle w:val="ArticleScripture"/>
        <w:jc w:val="left"/>
      </w:pPr>
      <w:r>
        <w:rPr>
          <w:rFonts w:ascii="Times New Roman" w:hAnsi="Times New Roman" w:eastAsia="Times New Roman" w:cs="Times New Roman"/>
        </w:rPr>
        <w:t>“Llaki pachaqa pisiy-pisiyllam hamoshan ñuqanchikman. Intiqa hanaq pachapi k’anchan, sapa punchaw purisqan ñanninta qatishan, hanaq pachakunataq Diospa hatun kayninta willakushanraq. Runakunaqa mikushanraq, upyashanraq, tarpushanraq, wasikunata hatarichishanraq, casarakushanraq, warmita qorqokushanraq. Qhatu runakunaqa rantishanraq, munachikushanraq. Runakunaqa huknin hukninwan tanqanakushan, aswan hanaq t’iqsipi tiyayta maskhaspa. Kusikuyman munasqakunaqa teatroman, caballokuna phawachinaman, qollqeta pukllay wasikunamanraq junt’ashan. Aswan hatun kusisqa kuyuymi llipinpi kamachikun; ichaqa pruebapa horanqa usqhayllam wichq’akushanña, sapa kasutaq wiñaypaqmi utqayllaña kamachisqa kanqa. Satanásqa rikunmi pisi pachaña paypaq kasqanta. Lliw ruwanaqninkunata llamk’achisqaña, runakuna pantachisqa, musphachisqa, ocupasqa, hinaspa suñuysqa kananpaq, pruebapa punchawnin tukukunankama, khuyapayakuypa punkuntaq wiñaypaq wichq’asqa kananpaq.”</w:t>
      </w:r>
    </w:p>
    <w:p>
      <w:pPr>
        <w:pStyle w:val="ArticleScripture"/>
        <w:jc w:val="left"/>
      </w:pPr>
      <w:r>
        <w:rPr>
          <w:rFonts w:ascii="Times New Roman" w:hAnsi="Times New Roman" w:eastAsia="Times New Roman" w:cs="Times New Roman"/>
        </w:rPr>
        <w:t>“Huch’a ruwayqa qayllañanmanña chayamushan. Chaqwaymi kay pachata junt’achin, hatun manchaytaq utqayllam runakunaman hamunanpaq kashan. Tukukuyninqa ancha qayllanñam. Ñoqanchik, cheqaq kayta yachaqkuna, wakichikuyta ruwasunchik kay pachaman utqaylla lliwta atipaykuspa musphachiq hina urmamunanpaq kashaqpaq.”</w:t>
      </w:r>
    </w:p>
    <w:p>
      <w:pPr>
        <w:pStyle w:val="ArticleScripture"/>
        <w:jc w:val="left"/>
      </w:pPr>
      <w:r>
        <w:rPr>
          <w:rFonts w:ascii="Times New Roman" w:hAnsi="Times New Roman" w:eastAsia="Times New Roman" w:cs="Times New Roman"/>
        </w:rPr>
        <w:t>“Kay pacha tiempopi, maypachachá mana allin ruwaykuna atipashaqtin, yachanchikmi qhipa hatun sasachakuyña qayllapi kasqanta. Diospa leynin contra hoqarikusqan casi llapa runakunapi kanmanña chayqa, paypa llaqtan runakuna masinkunapa ñak’arichisqa, llaquichisqa kaptinqa, Señorqa chaypi hayk’uykuspa yanapanqa.</w:t>
      </w:r>
    </w:p>
    <w:p>
      <w:pPr>
        <w:pStyle w:val="ArticleScripture"/>
        <w:jc w:val="left"/>
      </w:pPr>
      <w:r>
        <w:rPr>
          <w:rFonts w:ascii="Times New Roman" w:hAnsi="Times New Roman" w:eastAsia="Times New Roman" w:cs="Times New Roman"/>
        </w:rPr>
        <w:t>“Noqanchikqa hatun, manchakuy atiyniyuq, llapa yuyaychakuypaq ruwaykunapa punku punkunpiña sayashanchik. Willakuy qillqakunaqa hunt’akuchkan. Mana rikuchisqa, achka imaymana ruwanakuywan hunt’asqa historiataqa hanaq pacha qillqakuna-pi qillqachkan. Tukuy kay pachaqniykupi kaqkunan ch’aqwaypi kachkan. Guerran kuna kan, guerrapa willakuyninkunapas. Suyukunaqa phiñakusqañan, wañusqakunapa pacha chayamunña, paykuna taripakunanpaq. Ruwanakuykunaqa tikrachkan Diospa p’unchayninman apamunanpaq, chay p’unchayqa ancha utqayman asuykuchkan. Sullk’a pacha p’unchawllañam, hina kaspa, puchukunraq. Ichaqa mayna suyu suyuwan maqanakuchkaptinña, qhapaq suyu qhapaq suyuwanpas, manaraqmi kunanqa llapa hina hatun maqanakuy kanchu. Kunan kamaqa tawa wayrakuna hark’asqaraq kachkan, Diospa kamachinkuna urqunpi sellasqa kananankama. Chaymantaqa kay pachapa atiyniyuqkunaqa kallpankuta tantachinqaku qhipa hatun maqanakuypaq.”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Isqon Chunka Isqonniyuq Qillqa</dc:title>
  <dc:subject>Panium Maqanakuypa Profétic Llikllan: Domingo Leyman Manaraq Hamuptin Ñawpaq Rimay</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