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Isqun Chunka Chunkaq Hukniyuq</w:t>
      </w:r>
    </w:p>
    <w:p>
      <w:pPr>
        <w:pStyle w:val="ArticleSubtitle"/>
        <w:jc w:val="left"/>
      </w:pPr>
      <w:r>
        <w:rPr>
          <w:rFonts w:ascii="Arial" w:hAnsi="Arial" w:eastAsia="Arial" w:cs="Arial"/>
        </w:rPr>
        <w:t>Profecíapa tukuynin aswan kallpachakuy: Panium maqanakuyta qhawarichiy hinaspa Domingo Kamachiyman ñawpaq rimayta qallarichiy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Qhipa qillqapi tukukurqan huk pasajewan, chaypi kay párrafo nisqawan: “Hucha rurasqaqa qayllanña chayananman. Pantasqa kaymi kay pachata hunt’achkan, hatun manchaytaq utqayllaman runakunaman hamunqa. Tukukuyninqa ancha qayllanñam. Ñuqanchik, cheqaq kayta reqsiqkunaqa, wakichisqa kayman kanan tiyan, imataq utqayllaman kay pachaman urmaykamunqa llumpay musphachiq hinalla.” “Hucha rurasqa” chayananman chayan pachaqa, allinman kutirikunapa pacha kasqanmanta vasun hunt’akuspa, hinataq chay chayanmanqa Estados Unidospaqqa Domingo p’unchay kamachiypi chayan.</w:t>
      </w:r>
    </w:p>
    <w:p>
      <w:pPr>
        <w:pStyle w:val="ArticleScripture"/>
        <w:jc w:val="left"/>
      </w:pPr>
      <w:r>
        <w:rPr>
          <w:rFonts w:ascii="Times New Roman" w:hAnsi="Times New Roman" w:eastAsia="Times New Roman" w:cs="Times New Roman"/>
        </w:rPr>
        <w:t>“Cristoqa willakurganmi, leypas ni t’ika ni huk aslla siq’isqa qillqa ima mana p’akinqachu, hanaq pacha kay pachawan pasanan kama. Pay hamusqan llank’ayqa karqan kamachiyta hatarichiy, kamasqa llaqtakunamanpas hanaq pachamanpas rikuchinapaq Diosqa justo kasqanta, kamachiyninpas mana tikrasqa kananpaqchu kasqanta. Ichaqa kaypiqa kashan Satanaspa paña makin runan, hanaq pachapi Satanás qallarisqan llank’ayta apaykachaqqa, chayqa Diospa kamachiyninta allinchayta munay. Hinallataq cristiano pachaqa paypa kallpachasqankunata chaskispa kay papadopa wawanta — domingo p’unchaw kamasqata — allinchasqa. Chayta uywasqaku, hinallataq aswanraq uywankaku, Protestantismo romano atiywan masichakuy makita qunan kama. Chaymantaqa Diospa kamasqan sábado p’unchawpa contra huk kamachiy kanqa, hinaspanmi Diosqa ‘kay pachapi huk mana yachasqa ruwayta ruwanqa.’ Unaytam muchuywan awantakusqa runa miraypa sapa kutin qhillqasqa millay sapa ruwayninta; payman kutichiyta munaspan kallpachakusqa. Ichaqa hamunqa pacha, huchankupa tupusqanta hunt’achkanku chaypacha; hinaspanmi Diosqa ruwanqa. Kay pachaqa qayllañam. Diosqa nacionkunawan qillqayta waqaychan; hanaq pacha librokunapi yupaykuna paykunapa contra yapakuchkan; hinaspa semanapa ñawpaq p’unchawnin huchallikuyqa muchuywan tinkuchisqa kananpaq kamachiy tukuspan, chaypacham paykunapa qero hunt’aq kanqa.” Review and Herald, March 9, 1886.</w:t>
      </w:r>
    </w:p>
    <w:p>
      <w:pPr>
        <w:pStyle w:val="ArticleBody"/>
        <w:jc w:val="left"/>
      </w:pPr>
      <w:r>
        <w:rPr>
          <w:rFonts w:ascii="Times New Roman" w:hAnsi="Times New Roman" w:eastAsia="Times New Roman" w:cs="Times New Roman"/>
        </w:rPr>
        <w:t>Domingokuna kamachiy churasqa kaptin, Hukllachasqa Estados Unidosqa k'irinta hunt'asqaña kanqa hunt'a hunt'ata, hinaspataq nacionpa apostasiaq qhepanpi nacionpa thuñiynin hamunqa. Kay rikch'arisqanchik párrafo nin: “huchallikuyqa yaqa tukukuyninman chayarunña,” hinaspa “hatun manchaymi utqayllata runakunaman hamunqa.” Domingokuna kamachiypi, chayqa Apocalipsis qhelqap chunka hukniyuq capítulo nisqapi “hatun pachakutikpa horan” kasqanmi, “llaqtapa chunka kaqninmi urmarqa,” hinaspa “qhaway, kimsakaq llaquyqa utqayllatan hamushan,” hinaspa “qanchis kaq angeltaq waqyarimurqa.” Kimsakaq llaquyqa qanchis kaq trompetan, hinaspa chayqa Domingokuna kamachiyllapim chayamun “hatun manchayta” apamuspalla. Chay pachapiqa “tukuyqa ancha qayllapiñan kachkan,” hinaspa chayamun “llumpay atipaq musphachikuynina hina.” Domingokuna kamachiyllapitaq pruebapa pacha qeroqa papadopaqpas hunt'asqañan kan, imaraykuchus chaypacham Apocalipsis chunka pusaqniyuq capítuloq iskay kaq voznin willakun: “Lloqsiychis paymanta, llaqtay, ama huchankunapi kuskanchakunaykichikpaq, ama ñak'ariyninkunatapas chaskinaykichikpaq. Huchankunaqa hanaqpachakama chayarunñan, Diospas mana allin ruwasqankunata yuyarirunñan. Kikin qankunaman kutichisqasninta hinata payman kutichiychis, hinaspa ruwasqankunaman hina iskay kutita yapaychis; hunt'achisqan qeropiqa paypaq iskay kutita hunt'achiychis.”</w:t>
      </w:r>
    </w:p>
    <w:p>
      <w:pPr>
        <w:pStyle w:val="ArticleBody"/>
        <w:jc w:val="left"/>
      </w:pPr>
      <w:r>
        <w:rPr>
          <w:rFonts w:ascii="Times New Roman" w:hAnsi="Times New Roman" w:eastAsia="Times New Roman" w:cs="Times New Roman"/>
        </w:rPr>
        <w:t>Chay historiata domingo kamachiywanmi kichakun, hinaspa señasqap pacha p’unchayta rikuchin maypichus papakunaq kamachikuynin “hatun phiñasqawan lluqsinqa chinkachinampaq, achka runakunata tukuchinampaqpas lliwta,” imaraykuchus “qhipa p’unchaykunapi achka wañuchisqa testigokuna kanqaku.” Papakunaq kamachikuyninta phiñachiqqa “inti lluqsimuymanta, hinaspa chinchaymanta willakuykuna”mi, chaykunaqa “payta llakichinqaku,” ichaqa “tukukuyninman chayanqa, manataq pipas yanapanqachu.” Domingo kamachimanta pacha papakunaq kamachikuyninpa tukukuyninkama, Diospa ejecutivon juicioyninpa ñawpaq kaq patan qallarin. Chaymanta qatiqninmi iskay kaq patan, chaymi qanchis qhipa muchuykuna; hinaspa tukuypim mana allin runakunaq wiñay chinkachiyninku waranqa watayuq milenio tukukuyninpi. Diospa ejecutivon juicioyninpa historianta churanku awqanakuypa contexto ukunpi.</w:t>
      </w:r>
    </w:p>
    <w:p>
      <w:pPr>
        <w:pStyle w:val="ArticleScripture"/>
        <w:jc w:val="left"/>
      </w:pPr>
      <w:r>
        <w:rPr>
          <w:rFonts w:ascii="Times New Roman" w:hAnsi="Times New Roman" w:eastAsia="Times New Roman" w:cs="Times New Roman"/>
        </w:rPr>
        <w:t>“Ñuqanchikqa hatun, chaninchanapaq manchay hatun ruwaykunaq punku patapi sayashanchik. Willakuy qelqakunaqa hunt’akushanku. Hanaq pachaq qelqankunapiqa mana rikusqa, achka imapas pasasqan willakuykuna qelqasqa kashan. Tukuy kay pachaqpi kaqkunan ch’aqwaypi kashan. Guerras kan, guerrasmanta willakuykunapas kan. Nacionesqa phiñakushanku, wañusqakunaq pacha chayamunña, paykuna juzgasqa kanankupaq. Ruwanakunaqa tikrakushanku Diospa p’unchayninpas manchay utaqllaña chayamunanpaq. Hinallataq, pisillam pacha puchunraq, hina kaspa. Ichaqa kunanña nación naciónpa contran hatarimushaqtin, reinopas reinopa contran hatarimushaqtin, manaraqmi llapanmanta hatun maqanakuyqa kanchu. Kunan kamaqa tawa wayrakuna hark’asqa kashanku Diospa sirvientenkunata urqunkupi sellasqa kanankukama. Chaymantaqa kay pachaq atiyninkunaqa kallpankuta huñuspa qhepa, hatun maqanakuyrayaq wakichikunkuq.” Christian Service, 50, 51.</w:t>
      </w:r>
    </w:p>
    <w:p>
      <w:pPr>
        <w:pStyle w:val="ArticleBody"/>
        <w:jc w:val="left"/>
      </w:pPr>
      <w:r>
        <w:rPr>
          <w:rFonts w:ascii="Times New Roman" w:hAnsi="Times New Roman" w:eastAsia="Times New Roman" w:cs="Times New Roman"/>
        </w:rPr>
        <w:t>Diosqa pachak tawa chunka tawa waranqa runakunata sellan, chaymantataq wakin ovejakunatan Babiloniamanta waqyan lluqsinankupaq; chay wakin ovejakunapas Diospa sellonta chaskinku, ichaqa paykunata “hatun achka runa” nisqawanmi rikuchinku, pachak tawa chunka tawa waranqawan tupachispa. Ñawpaq cita nisqapi aswan allin qawanapaq kaqmi kay: “tawa wayrakuna hapisqa kanku Diospa sirviqnin runakuna urqunkupi sellasqa kanankukama.” Domingo kamachikuypi pachak tawa chunka tawa waranqaqa sellasñan kanku, “hinaspa qaway, kinsa kaq ay hap’iqam utqaylla hamun”, ichaqa manaraqmi tawa wayrakuna hunt’asqa kacharisqa kanchu, Diospa qhipa kaq wakin ovejankuna sellonta chaskinkukama.</w:t>
      </w:r>
    </w:p>
    <w:p>
      <w:pPr>
        <w:pStyle w:val="ArticleScripture"/>
        <w:jc w:val="left"/>
      </w:pPr>
      <w:r>
        <w:rPr>
          <w:rFonts w:ascii="Times New Roman" w:hAnsi="Times New Roman" w:eastAsia="Times New Roman" w:cs="Times New Roman"/>
        </w:rPr>
        <w:t>“Kunankama nacionkunaqa phiñakuyman yaykushanñam; ichaqa Hatun Sacerdotenchik Santuariopi rurasqanta tukuruptin, sayarinqa, venganzapa p’achankunata churakurinqa, hinaspataq qanchis qhepa plagaqkuna uraykuchisqa kanqa. Rikurqanim tawa angelkuna tawa wayrakunata hap’ispa hark’asaqta, Jesuspa Santuariopi rurasqan tukukunankama; chaymantaq hamunqa qanchis qhepa plagaqkuna.” Review and Herald, August 1, 1849.</w:t>
      </w:r>
    </w:p>
    <w:p>
      <w:pPr>
        <w:pStyle w:val="ArticleBody"/>
        <w:jc w:val="left"/>
      </w:pPr>
      <w:r>
        <w:rPr>
          <w:rFonts w:ascii="Times New Roman" w:hAnsi="Times New Roman" w:eastAsia="Times New Roman" w:cs="Times New Roman"/>
        </w:rPr>
        <w:t>Ñuqanchik “sayaykusqanchik punku punkllapi” kashanman nisqa “hatun hinaspa chaninnaq kaykuna”qa rikuchisqa kanku “awqanakuykuna, awqanakuykunamanta willakuykunapas” hina. Rikuchisqan hinaqa chayqa pasakun “kay pachanchikpi llapa imapas kuyurichisqa kachkaptin,” nacionkuna “ñam nacionpa contra hatarimushaptin.” Paniumqa Daniel qhelqapi chunka hukniyuq t’aqapi chunka pichqayuq versiculopi nisqa “mana riqsisqa hinaspa ruwaykunawan hunt’asqa historiata” rikuchin, chaymi apaykun hinaspa yaykuchin chunka suqtayuq versiculoman, chay Sunday law kasqanman, maypichus chay “llapan kay pachapi atiykuna” qheparay hatun maqanakuypaq llapan kallpankuta huñurinku, chay “general engagement” nisqaman. Chay “qhepa hatun maqanakuy”qa kinsa kaq World Warmi, hinaspa rikuchisqa kashan 31 BC watapi Actium Maqanakuywan.</w:t>
      </w:r>
    </w:p>
    <w:p>
      <w:pPr>
        <w:pStyle w:val="ArticleBody"/>
        <w:jc w:val="left"/>
      </w:pPr>
      <w:r>
        <w:rPr>
          <w:rFonts w:ascii="Times New Roman" w:hAnsi="Times New Roman" w:eastAsia="Times New Roman" w:cs="Times New Roman"/>
        </w:rPr>
        <w:t>Huk ñiqin chaymanta iskay ñiqin versículokuna, hinallataq chunka ñiqinmanta chunka pichqa ñiqinkama versículokunaqa Daniel chunka hukniyuqpi tawa chunka ñiqin versículopa pakasqa historianta riksichin. Tawa chunka ñiqin versículoqa Estados Unidospa hinaspa Adventismopa historianta sut’ichan 1798 watamanta 1989 watakama. Chaymantaqa upallallaña saqen Estados Unidospa tukukuyninkama, Biblia profecíapi suqta qhapaq suyuta hina, hinaspa Laodicea Séptimo-día Adventista iglesiapa qechusqa wijch’uykuykama tawa chunka hukniyuq ñiqin versículopi, chaymi Domingo ley kachkan, chayraqmi chunka suqta ñiqin versículopas. Huk ñiqin hinaspa iskay ñiqin versículokunaqa 1989 watapi pacha tukukuypa tiemponta sut’ichin, hinallataq Estados Unidospa presidentenkunata chaymanta pacha, suqta kaq qhapaq presidente satanás globalistakunata kuyuchinankama. Iskay ñiqin versículoqa historiata apan Donald Trumppa akllakusqanman 2016 watapi, hinaspa kinsa ñiqin versículoqa chunka reykunapa historianta oqarin, Alejandro el Grande nisqawan representasqa, paymi Biblia profecíapi qanchis ñiqin qhapaq suyu, paykunaq suyunta papadoman qusqanku mana unaypi hamuq Domingo ley crisispi.</w:t>
      </w:r>
    </w:p>
    <w:p>
      <w:pPr>
        <w:pStyle w:val="ArticleBody"/>
        <w:jc w:val="left"/>
      </w:pPr>
      <w:r>
        <w:rPr>
          <w:rFonts w:ascii="Times New Roman" w:hAnsi="Times New Roman" w:eastAsia="Times New Roman" w:cs="Times New Roman"/>
        </w:rPr>
        <w:t>Chunka ayllin 1989 watata pacha tukukuynin kasqanta sut’inchan, hinaspa chunka hukniyuq, chunka iskayniyuq ayllinkunataq Ucrania suyupi guerra kasqanta qhawachin, Putinpas, Rusiapas chay guerrar atipananpaq kasqanta sut’inchaspa, ichaqa atipasqankumanta mana allinchasqa kanankuta. Ucrania guerrarqa 2014 watapi qallarin, Trumppa ñawpaq kampañan qallariyninmanta huk wata ñawpaqta. Kay ayllinkuna pusanku Donald Trumppa kawsarimuyninman (políticamente), pay kimsaynin kampañanta qallarispa pusaq presidente kananpaq, chay qanchismantam. Chunka kimsayuq aylliqa Trumppa política sasachakuyninkunata sut’inchan, chaykunam Paniumpi chunka pichqayuq ayllipi atipayninmanta ñawpaqta hamun; chunka tawayuq ayllitaq Panium maqanakuy pachapi ima historiapas pasasqanta riman, chunka pichqayuq ayllipi atipayninkama, chay historiata, maypachachus hucha runaqa política historiaman sut’ita yaykuyta qallarin. Papado sut’inchaska historiaman yaykuptin, Tiro llaqta qhari warmi takiyta qallarin, hinaspa rikuy churasqa kananpaq sayachisqa kachkan.</w:t>
      </w:r>
    </w:p>
    <w:p>
      <w:pPr>
        <w:pStyle w:val="ArticleBody"/>
        <w:jc w:val="left"/>
      </w:pPr>
      <w:r>
        <w:rPr>
          <w:rFonts w:ascii="Times New Roman" w:hAnsi="Times New Roman" w:eastAsia="Times New Roman" w:cs="Times New Roman"/>
        </w:rPr>
        <w:t>Paniumpi atipayakuynin, 200 a.C. watapi, qatiqninpi karqa Macabeokunapa “hatariy” nishqa waymarknin Modeinpi (protesta niq) 167 a.C. watapi. 164 a.C. watapi Macabeokuna Templota musuqmanta t’aqarirqaku, hinaspa Antiochus Epiphanes wañurqa; chaymi señalakurqa kutiriy-puntuta Macabeokunapa maqanakuyupi griegokunapa diniyninpa ch’inchasqa influencianman contrapi. 161 a.C. watamanta 158 a.C. watakama, huk ligaman yaykuy llamk’ayqa qallarisqa hinaspa tukuchisqa karqa. Profecía waymarkkuna kutimunku Hasmoneo Dinastíapi, versículo chunka phisqayuqmanta versículo iskay chunka kimsayuqkama historiapi.</w:t>
      </w:r>
    </w:p>
    <w:p>
      <w:pPr>
        <w:pStyle w:val="ArticleBody"/>
        <w:jc w:val="left"/>
      </w:pPr>
      <w:r>
        <w:rPr>
          <w:rFonts w:ascii="Times New Roman" w:hAnsi="Times New Roman" w:eastAsia="Times New Roman" w:cs="Times New Roman"/>
        </w:rPr>
        <w:t>Roma llaqtawan hukllanakuyqa iskay chunka kimsayuq versículopi sut’inta rikuchisqa rikch’ayninmi; ichaqa chunka pisqayuq versículopiqa, 167 a.C., 164 a.C., 161 a.C. hinaspa 158 a.C. watakunamanta tawa Macabeo willakuy chimpakunaqa “hukllanakuy”pa willakuynin versículoman churakusqanmantaqa chayraq rikurikun. Pompeyo chunka suqtayuq versículopi Jerusalén llaqtata atipaspaqa, llaqtap ukhupin pasaq huk llaqta ukhupi maqanakuywan tupasqa karqa; iskaynin ch’iqanakusqa partidokunapas Hasmoneo dinastíamanta t’aqasqa huñukunallam karqanku. Chayrayku Macabeokunapas chunka suqtayuq versículopa willakuyninpiqa kachkankum.</w:t>
      </w:r>
    </w:p>
    <w:p>
      <w:pPr>
        <w:pStyle w:val="ArticleBody"/>
        <w:jc w:val="left"/>
      </w:pPr>
      <w:r>
        <w:rPr>
          <w:rFonts w:ascii="Times New Roman" w:hAnsi="Times New Roman" w:eastAsia="Times New Roman" w:cs="Times New Roman"/>
        </w:rPr>
        <w:t>Chunka iskay chunkaqa Cristopa paqarisqanta reqsichin, hinaspa chunkayuq hukniyuqniyoq, chunkayuq iskayniyuqniyoq t’aqakunaqa Cristopa wañuyninpa willakuyninta reqsichinku; chayrayku chay willakuyqa Hasmoneo Dinastíapa siq’inta, Fariseokuna nisqakunaq sut’inchasqanwan, apamun. Chunka phisqayuqmanta iskay chunka kimsayuqkama t’aqakunaqa chiqap k’anchayniyuq allpata reqsichinku, hinaspa Diospa Judea llaqtapi apostatakuna runankunatapas, paykunaqa Paypa chiqaq yachachikuyninkunapa amachaqnin kasqankuta rimarqanku, ichaqa mana aswan Diospa rantinchasqan runankunachu karqanku, imaynan apostata protestantismopas mana kasqanchu.</w:t>
      </w:r>
    </w:p>
    <w:p>
      <w:pPr>
        <w:pStyle w:val="ArticleBody"/>
        <w:jc w:val="left"/>
      </w:pPr>
      <w:r>
        <w:rPr>
          <w:rFonts w:ascii="Times New Roman" w:hAnsi="Times New Roman" w:eastAsia="Times New Roman" w:cs="Times New Roman"/>
        </w:rPr>
        <w:t>Pani Whiteqa willawanchis: “Danielpa chunka hukniyuq kapitulonmanta” nisqapi “hunt’akusqanman hina pasasqa historiapa achka rakinmi” “huk kuti yapamanta kutimunqa.” Hasmoneokuna Dinastíapa rikuchisqan profecía líneaqa rikuchin Protestantismopa apostata waqraypa profecía líneanta, qallarispa kimsañiqin kamachiq akllanakuy ch’axwanmanta, chaytaq soqtaq aswan qhapaq presidente hap’in. Trumpqa kimsa kuti presidentepaq kallpan; ñawpaq kutipi hinaspa qhepa kutipi kallpasqanpi atipan, ichaqa iskayñiqin kutipi hatariyqa, chunka kimsayuq yupaywan rikuchisqa, reqsichin suwasqa akllanakuyta 2020 watapi. Chaymantataq kay pachaqa iskay clasekunaman rakisqa kachkan: huk claseqa 2020 wataq imayna kasqanta rikun, huk claseqataq ñawsa kachkan. Chayqa simbolizan Adventistakunapaq gracia p’unchay tukukuyninkumanta ñawpaqta hamuq hatun pruebata, uywaq rikch’aynin rurasqampi.</w:t>
      </w:r>
    </w:p>
    <w:p>
      <w:pPr>
        <w:pStyle w:val="ArticleScripture"/>
        <w:jc w:val="left"/>
      </w:pPr>
      <w:r>
        <w:rPr>
          <w:rFonts w:ascii="Times New Roman" w:hAnsi="Times New Roman" w:eastAsia="Times New Roman" w:cs="Times New Roman"/>
        </w:rPr>
        <w:t>“Ñanmi wakichiykuna ñawpaqman purichkan, hinaspa kuyuykunaqa rurachkanku, chaykunaq tukukuyninpi animalman rikch’ayninta ruranankupaq. Kay pachaq historiankupi ruwasqa kananpaqmi willakuykuna hamunqa, chaykunan hunt’achinqa kay qhipa p’unchaykunapaq profecíapa nisqankunata.” Review and Herald, April 23, 1889.</w:t>
      </w:r>
    </w:p>
    <w:p>
      <w:pPr>
        <w:pStyle w:val="ArticleBody"/>
        <w:jc w:val="left"/>
      </w:pPr>
      <w:r>
        <w:rPr>
          <w:rFonts w:ascii="Times New Roman" w:hAnsi="Times New Roman" w:eastAsia="Times New Roman" w:cs="Times New Roman"/>
        </w:rPr>
        <w:t>Ñawpaqman riq “wakichiykuna,” kunan “purispa kasqankuna” “kuyuykuna,” hinallataq “uywakunaman rikch’akuqta ruwaspa tukuchinqaku” nisqapi tukukuq “ruwaykuna,” chaymanta “kay qhipa p’unchaykunapaq profecía nisqanpa willakusqankunata hunt’achinqaku,” Daniel qillqapi chunka hukniyuq kaq t’aqapi chunka pichqayuqmanta iskay chunka kimsayuqkama ayak’achiq waymarkkunata Hasmonean Dinastiamanta hap’inku. Apostatakusqa Hasmonean Dinastía, apostatakusqa Protestantismota rikuchispa, Donald Trump-pa testimoniopin awasqa kachkan, paymi soqta kaq hinallataq pusaq kaq Republicano presidente, MAGA-ismonwan hatarichispa ch’aqwayta qallarin musuq pachakamaq kamachiypa woke-ismonpa contranpi.</w:t>
      </w:r>
    </w:p>
    <w:p>
      <w:pPr>
        <w:pStyle w:val="ArticleBody"/>
        <w:jc w:val="left"/>
      </w:pPr>
      <w:r>
        <w:rPr>
          <w:rFonts w:ascii="Times New Roman" w:hAnsi="Times New Roman" w:eastAsia="Times New Roman" w:cs="Times New Roman"/>
        </w:rPr>
        <w:t>Trumppaq testimoniunmi Daniel chunka hukniyuq qillqapa iskay ñiqin versiculonpi 2020 watakama chayan, hinaspan campañanta hinaspa ñawpaq kaq kamachiynin pacha chaypi hap’iqnin; chaymantataq chunka kimsayuqmanta chunka pichqayuqkama versiculokuna paypa kimsay kaq hinaspa qhipa kaq campañanta, atipayninta, hinaspa qhipa kaq kamachiynin pachanta reqsichin. Iskay kamachiynin pacha chawpinpi, Apocalipsis qillqapa chunka hukniyuq kapitulonmi Republicano waqra wañuchisqa kasqanta, hinaspa kinsa watayoq kuskan p’unchawkuna callepi wañusqa hina churakusqanta reqsichin. Trumppa chay historiantaq Daniel qillqapa chunka hukniyuq kapitulonpi presidencianpa qallariyninta hinaspa tukukuyninta huñun. Chayraykun Donald Trumppa testimoniunqa Daniel qillqapipis Apocalipsis qillqapipis tarikun, hinaspa iskaynin qillqakunapipis chunka hukniyuq kapitulonpi tarikun.</w:t>
      </w:r>
    </w:p>
    <w:p>
      <w:pPr>
        <w:pStyle w:val="ArticleBody"/>
        <w:jc w:val="left"/>
      </w:pPr>
      <w:r>
        <w:rPr>
          <w:rFonts w:ascii="Times New Roman" w:hAnsi="Times New Roman" w:eastAsia="Times New Roman" w:cs="Times New Roman"/>
        </w:rPr>
        <w:t>Kimsa chikallamanta siq’ikuna huñusqa kashaspankuqa, Trump-pa hunt’asqa willakuy nirqanku suqta kaq hinallataq pusaq kaq umalliq kasqanta, chaykunataq “Cheqaq Kay” sutiyoq qillqasqa señalmanta sayarichisqa kanku. Danielpa hinaspa Apocalipsispa librokunamantam hamunku, hinaspataq huk pacha willakuy siq’ita ruranku, chay “Danielpa libro paqpi qhepa p’unchaykunaman t’aqaq kaq chikallanwan” tupaqchasqa.</w:t>
      </w:r>
    </w:p>
    <w:p>
      <w:pPr>
        <w:pStyle w:val="ArticleBody"/>
        <w:jc w:val="left"/>
      </w:pPr>
      <w:r>
        <w:rPr>
          <w:rFonts w:ascii="Times New Roman" w:hAnsi="Times New Roman" w:eastAsia="Times New Roman" w:cs="Times New Roman"/>
        </w:rPr>
        <w:t>Chay Danielpa chay rakhuqa Judá ayllumanta Leónpa kichasqanmi, gracia pacha tukukunankama manaraq chayamuchkaptin; chayraykutaq pachak tawa chunka tawa waranqa sellasqakunaq willakuyninpa huknin imi kachkan. Ichaqa, 2020 watapi iskay testigokuna wañuchisqa kasqankupa profetap rimaynin ñanpaq señalninkunata rikunapaqqa, espiritupi iskay chunka iskay chunka rikuyta munan.</w:t>
      </w:r>
    </w:p>
    <w:p>
      <w:pPr>
        <w:pStyle w:val="ArticleBody"/>
        <w:jc w:val="left"/>
      </w:pPr>
      <w:r>
        <w:rPr>
          <w:rFonts w:ascii="Times New Roman" w:hAnsi="Times New Roman" w:eastAsia="Times New Roman" w:cs="Times New Roman"/>
        </w:rPr>
        <w:t>Daniel chunka iskay chunka hukniyuq t’aqapi chunka pichqayuq versículonqa Panium Maqanakuyta hinallataq Hasmoneo Dinastía miray linyata reqsichin, chaymi cheqaq maqanakuywan hunt’akusqa karqa; chhaynapiqa proféticota rikuchin huk espiritual guerraq ejemplonta, apostata protestantismopa religionninwan globalistapa musuq pacha religionninpa chawpinpi. Panium Maqanakuy, 200 a.C. watapi pasaq, Republicano waqra maqanakuyta reqsichin, hinaspataq Macabeo Hatariywan rikuchisqa ch’axwayqa apostata protestante waqra maqanakuyta reqsichin. Macabeokunaq hatariyninku 167 a.C. watapi pasasqaña kaptinpas, proféticamenteqa 200 a.C. watapi Republicano waqra maqanakuywan tinkuchkan, imaraykuchus profecíapiqa waqrakunaqa hukninpa historianta hukninwan parallelo hina purichinku.</w:t>
      </w:r>
    </w:p>
    <w:p>
      <w:pPr>
        <w:pStyle w:val="ArticleBody"/>
        <w:jc w:val="left"/>
      </w:pPr>
      <w:r>
        <w:rPr>
          <w:rFonts w:ascii="Times New Roman" w:hAnsi="Times New Roman" w:eastAsia="Times New Roman" w:cs="Times New Roman"/>
        </w:rPr>
        <w:t>Chunka phisqaqa chunka pichqayuqqa sut’inchay willakuy historiata rikuchin, chayqa chaylla qayllapi hamuq domingo kamachiyta ñawpaqman purichispa chayman yaykun. Chayrayku, huk pachata rikuchin waranqa tawa pachak tawa chunka tawayoqkunapa sellasqa kasqan tiempo ukhupi, maypachachus sellay willakuy ukhupi atiynin wiñaypaq Diospa qhepa p’unchay llaqtanta sellowan unanchan.</w:t>
      </w:r>
    </w:p>
    <w:p>
      <w:pPr>
        <w:pStyle w:val="ArticleBody"/>
        <w:jc w:val="left"/>
      </w:pPr>
      <w:r>
        <w:rPr>
          <w:rFonts w:ascii="Times New Roman" w:hAnsi="Times New Roman" w:eastAsia="Times New Roman" w:cs="Times New Roman"/>
        </w:rPr>
        <w:t>Chayqa cheqaqayta kicharin Judá ayllumanta Leónmi; chay cheqaqayqa Jesucristopa Revelaciónninmi. Pachak tawa chunka tawa waranqakunaqa “Corderota qatinku maymanpas pay riyptin” nisqakunami; hinaspa pay chunka pichqayuq versículota kicharispaqa, Judá ayllumanta Leónqa qhepa p’unchaykunapi llaqtan runakunata Paniumman pusarqanña. Jesusqa kay kikinta sello churay nisqa ruraypi rikuchirqan, discipulonkunata Paniumman pusaspa, cruzmanta ñawpaqta.</w:t>
      </w:r>
    </w:p>
    <w:p>
      <w:pPr>
        <w:pStyle w:val="ArticleBody"/>
        <w:jc w:val="left"/>
      </w:pPr>
      <w:r>
        <w:rPr>
          <w:rFonts w:ascii="Times New Roman" w:hAnsi="Times New Roman" w:eastAsia="Times New Roman" w:cs="Times New Roman"/>
        </w:rPr>
        <w:t>Panium maqanakuytaqa Cristom kikinmi sut’inchayta ruran, imaynachus payqa disipulonkunawan kuska Paniumpi sayaspa, chaypi yachachirqan Iglesianta Pedroq willakuynin hawanpi sayachisqa kananpaq, hinaspa “uku pachaq punkunkuna” mana atipayta atinankupaq chayman. Jesusqa reqsichirqan chay maqanakuyta, mayqanmi Panium Maqanakuywan rikuchisqa kashan. Panium Maqanakuyqa chunka pichqayuq versículon, chunka suqta versículotaq Actium Maqanakuy. Cristoqa Paniumpi sayarqan, wañuynin ruwaynin hunt’akunanmanta manaraq.</w:t>
      </w:r>
    </w:p>
    <w:p>
      <w:pPr>
        <w:pStyle w:val="ArticleBody"/>
        <w:jc w:val="left"/>
      </w:pPr>
      <w:r>
        <w:rPr>
          <w:rFonts w:ascii="Times New Roman" w:hAnsi="Times New Roman" w:eastAsia="Times New Roman" w:cs="Times New Roman"/>
        </w:rPr>
        <w:t>Paniummanta Inti punchaw ley kamaqa kay pachapi allpa uywapa iskay waqrankuna Protestantismomanta Republicanismomanta políticawan hinallataq religionwan tinkuq maqanakuy paqarisqan willakuyninmi. Iskayninpas 2020 watapi uku mana tukukuq t’uqumanta atheista uywawan maqasqa karqanku, chaymi iskay waqrankunapa globalismopa políticawan religionwan diosninkunapa contranpi maqanakuyqa once manta dieciséis versículokuna ukhupi rikuchisqa kachkan.</w:t>
      </w:r>
    </w:p>
    <w:p>
      <w:pPr>
        <w:pStyle w:val="ArticleBody"/>
        <w:jc w:val="left"/>
      </w:pPr>
      <w:r>
        <w:rPr>
          <w:rFonts w:ascii="Times New Roman" w:hAnsi="Times New Roman" w:eastAsia="Times New Roman" w:cs="Times New Roman"/>
        </w:rPr>
        <w:t>2014 watapi qallariq Ucrania guerra-manta, 2015 watapi qallariq Donald Trump-pa ñawpaq presidencial kampañanmankama, 2020 watapi iskay waqra wañusqanmankama, 2023 watapi kawsarimusqanmankama, Trump-pa kinsa kaq kampañanman, mayqinchus 2022 watapi noviembre killapa 15 p’unchayninpi qallarikurqan, historiaraq pusawanchis chunka kimsayoqmanta chunka pichqayoq versículokunakama. Chay versículokunapi Diospa profético Simiyninwan rikuchisqa historiaraqmi profecía chiqaqkuna-ta sut’ichan, chaykunataq pachak tawa chunka tawa waranqa runakunata sellan.</w:t>
      </w:r>
    </w:p>
    <w:p>
      <w:pPr>
        <w:pStyle w:val="ArticleBody"/>
        <w:jc w:val="left"/>
      </w:pPr>
      <w:r>
        <w:rPr>
          <w:rFonts w:ascii="Times New Roman" w:hAnsi="Times New Roman" w:eastAsia="Times New Roman" w:cs="Times New Roman"/>
        </w:rPr>
        <w:t>Chaykunataqa Cristoqa Cesarea Filipo-man watukusqanwanmi rikuchirqan Mateo qelqapi chunka soqtayoq, chunka qanchisniyoq kapítulokunapi. Chay versículokunapim huchayoq runaqa profétic historiaman kutimun Tiro llaqta warmi qhelqaq takiyninkunata takispa, chay hinapin visión-ta sayachin; chayraykun chay versículokunata Chawpi Tutapa Qapariyninpa contexto-man churaykuchkan, imaraykuchus maypichus mana visión kanchu, chaypi llaqtan wañun.</w:t>
      </w:r>
    </w:p>
    <w:p>
      <w:pPr>
        <w:pStyle w:val="ArticleScripture"/>
        <w:jc w:val="left"/>
      </w:pPr>
      <w:r>
        <w:rPr>
          <w:rFonts w:ascii="Times New Roman" w:hAnsi="Times New Roman" w:eastAsia="Times New Roman" w:cs="Times New Roman"/>
        </w:rPr>
        <w:t>Maypichus mana rikuy kashan chaypi, llaqtakuna wañunmanmi; ichaqa kamachikuyta waqaychaq runaqa kusisqanmi. Proverbios 29:18.</w:t>
      </w:r>
    </w:p>
    <w:p>
      <w:pPr>
        <w:pStyle w:val="ArticleBody"/>
        <w:jc w:val="left"/>
      </w:pPr>
      <w:r>
        <w:rPr>
          <w:rFonts w:ascii="Times New Roman" w:hAnsi="Times New Roman" w:eastAsia="Times New Roman" w:cs="Times New Roman"/>
        </w:rPr>
        <w:t>Ñawiyuqkuna, ichaqa mana rikuyta munaspa, hinallataq rinriyuqkuna, ichaqa uyariyta mana munaspa, chayqa mana yachaq Laodicea llaqtaq sipaskunakuna kanku, mana “aceite”niyuq. “Aceite” nisqaqa yachaypa yapakuyninmi, Jesucristoq Revelaciónninqa mana pakasqa kasqan kicharisqa kaptin, pruebapa p’unchaynin wichq’aykuyta manaraq chayachkaptin ruwasqa; Hoseasman hina, Diospa llaqtanmi yachayta mana chaskispa, mana allinchaspa qipan, chinkachisqa kananpaq.</w:t>
      </w:r>
    </w:p>
    <w:p>
      <w:pPr>
        <w:pStyle w:val="ArticleScripture"/>
        <w:jc w:val="left"/>
      </w:pPr>
      <w:r>
        <w:rPr>
          <w:rFonts w:ascii="Times New Roman" w:hAnsi="Times New Roman" w:eastAsia="Times New Roman" w:cs="Times New Roman"/>
        </w:rPr>
        <w:t>Llaqtaykunaqa yachay mana kasqanraykum chinkachisqa kanku: qam yachayta qhispichisqaykirayku, ñuqapas qamtam qhispichisqayki, ama sacerdotey kanaykipaq; Diosniykipa kamachikuyninta qonqapusqaykirayku, ñuqapas wawaykikunatam qonqasaq. Oseas 4:6.</w:t>
      </w:r>
    </w:p>
    <w:p>
      <w:pPr>
        <w:pStyle w:val="ArticleScripture"/>
        <w:jc w:val="left"/>
      </w:pPr>
      <w:r>
        <w:rPr>
          <w:rFonts w:ascii="Times New Roman" w:hAnsi="Times New Roman" w:eastAsia="Times New Roman" w:cs="Times New Roman"/>
        </w:rPr>
        <w:t>Señorpa siminpas noqaman hamurarqanmi, nispan: Runa churi, qanqa tiyanki huk hatun wasipa chawpinpi, mana kasukoqpa; paykunaqa ñawiyoqmi rikunankupaq, ichaqa manam rikunkuchu; rinriyoqmi uyarinankupaq, ichaqa manam uyariykunkuchu: imaraykuchus paykunaqa huk mana kasukoq hatun wasim. Ezequiel 12:1, 2.</w:t>
      </w:r>
    </w:p>
    <w:p>
      <w:pPr>
        <w:pStyle w:val="ArticleScripture"/>
        <w:jc w:val="left"/>
      </w:pPr>
      <w:r>
        <w:rPr>
          <w:rFonts w:ascii="Times New Roman" w:hAnsi="Times New Roman" w:eastAsia="Times New Roman" w:cs="Times New Roman"/>
        </w:rPr>
        <w:t>Paymi nirqan: Riy, kay llaqtaman willakuy: Uyariychik cheqaqtapuni, ichaqa ama entiendeychikchu; qhawariychik cheqaqtapuni, ichaqa ama reparaychikchu. Kay llaqtapa sonqonta wirayayachiy, rinrintataq llasaqyachiy, ñawinkunatataq wisq’ay; ama ñawinkunawan qhawanankupaq, rinrinkunawan uyarinankupaq, sonqonkuwan entiendenankupaq, kutirimuyninkupaq, hinaspa hampisqa kanankupaq. Isaías 6:9, 10.</w:t>
      </w:r>
    </w:p>
    <w:p>
      <w:pPr>
        <w:pStyle w:val="ArticleScripture"/>
        <w:jc w:val="left"/>
      </w:pPr>
      <w:r>
        <w:rPr>
          <w:rFonts w:ascii="Times New Roman" w:hAnsi="Times New Roman" w:eastAsia="Times New Roman" w:cs="Times New Roman"/>
        </w:rPr>
        <w:t>Chaymantinkunaqa asuykuspa nirqanku payta: “¿Imaraykutaq paykunaman rimanki tinkuchiykunawan?” Payñataq kutichispa nirqan paykunaman: “Qankunamanqa qusqasqa kachkan hanaq pacha qhapaq suyupa pakasqa yachayninkunata reqsinaykichikpaq; paykunaman ichaqa manan qusqasqachu. Pipas kapuqniyuq kaqmanqa astawanmi qusqasqa kanqa, hinaspa aswan achka kapuqniyuqmi kanqa; ichaqa mana kapuqniyuqmantaqa, chay kapusqallanpas qechusqañam kanqa. Chayraykun paykunaman rimani tinkuchiykunawan: rikuspapas mana rikunkuchu; uyarispapas mana uyarinkuchu, nitaq entiendenkuchu. Paykunapim hunt’akun Isaiaspa willakusqan qhelqa, nispa: Uyarispaykichikmi uyarinkichik, ichaqa manam entiendenkichikchu; rikuspáyki chikmi rikunkichik, ichaqa manam reqsinkichikchu. Kay llaqtapa sonqonqa rumiyapusqan hinañam tukusqa, rinrinkunapas mana allinta uyariqñachu, ñawinkunatapas wisq’asqankun; ama mayqen pachapas ñawinkuwan rikunankupaq, rinrinkuwan uyarinankupaq, sonqonkupiwantaj entiendenankupaq, kutirikunankupaq, noqataq hampinaypaq.” “Qankunap ñawiykichikqa kusisqan kachun, rikunkuchikrayku; rinriykichikpas, uyarinkuchikrayku. Cheqaqtapunin niykichik: achka profetakuna, hinaspa cheqaq runakuna, munarqankum qankuna rikuskaykichikta rikuyta, ichaqa manam rikurqankuchu; hinaspa qankuna uyarisqaykichikta uyariyta, ichaqa manam uyarirqankuchu.” Mateo 13:10–17.</w:t>
      </w:r>
    </w:p>
    <w:p>
      <w:pPr>
        <w:pStyle w:val="ArticleScripture"/>
        <w:jc w:val="left"/>
      </w:pPr>
      <w:r>
        <w:rPr>
          <w:rFonts w:ascii="Times New Roman" w:hAnsi="Times New Roman" w:eastAsia="Times New Roman" w:cs="Times New Roman"/>
        </w:rPr>
        <w:t>“1840–1844 watakunapi qusqa llapa willakuykunaqa kunan kallpawan willasqa kananmi, achka runakuna pantasqa kasqankurayku. Chay willakuykunaqa llapa iglesiakunaman chayananmi.”</w:t>
      </w:r>
    </w:p>
    <w:p>
      <w:pPr>
        <w:pStyle w:val="ArticleScripture"/>
        <w:jc w:val="left"/>
      </w:pPr>
      <w:r>
        <w:rPr>
          <w:rFonts w:ascii="Times New Roman" w:hAnsi="Times New Roman" w:eastAsia="Times New Roman" w:cs="Times New Roman"/>
        </w:rPr>
        <w:t>“Cristoqa nirqan: ‘Kusisqas kachunku ñawiykikuna, rikunkuña kasqanrayku; hinallataq rinriykkuna, uyariykunkuña kasqanrayku. Cheqaqtapuni niykichik: achka profetakuna, hinaspa allin runakuna munarqanku qankuna rikuskaykichikta rikuyta, ichaqa manam rikurqankuchu; hinaspa qankuna uyariskaykichikta uyariyta, ichaqa manam uyarirqankuchu’ [Mateo 13:16, 17]. Kusisqas kachunku ñawikuna 1843 watapi hinaspa 1844 watapi rikusqa kaqkunata rikuqkunaqa.”</w:t>
      </w:r>
    </w:p>
    <w:p>
      <w:pPr>
        <w:pStyle w:val="ArticleScripture"/>
        <w:jc w:val="left"/>
      </w:pPr>
      <w:r>
        <w:rPr>
          <w:rFonts w:ascii="Times New Roman" w:hAnsi="Times New Roman" w:eastAsia="Times New Roman" w:cs="Times New Roman"/>
        </w:rPr>
        <w:t>“Willakuyqa qorqasqa qusqasqa qusichisqa qowasqa karqan. Chay willakuyta kutichispa yapamanta willaypiqa mana unaychay kananchu, pacha señalkuna hunt’akusqanrayku; tukukuq llamk’ayqa rurakusqa kanan. Hatun llamk’ayqa pisilla pachapi rurakusqa kanqa. Diospa churakusqan hina, huk willakuyqa utqaymanta qusqa kanqa, hinaspa sinchi qapariyman wiñanqa. Chaymantataq Danielqa saphinpi sayanqa, testimoniunta qunanpaq.” Manuscript Releases, volume 21, 437.</w:t>
      </w:r>
    </w:p>
    <w:p>
      <w:pPr>
        <w:pStyle w:val="ArticleBody"/>
        <w:jc w:val="left"/>
      </w:pPr>
      <w:r>
        <w:rPr>
          <w:rFonts w:ascii="Times New Roman" w:hAnsi="Times New Roman" w:eastAsia="Times New Roman" w:cs="Times New Roman"/>
        </w:rPr>
        <w:t>Kay qatiqayta qhatiqasun hamuq qillqapi.</w:t>
      </w:r>
    </w:p>
    <w:p>
      <w:pPr>
        <w:pStyle w:val="ArticleScripture"/>
        <w:jc w:val="left"/>
      </w:pPr>
      <w:r>
        <w:rPr>
          <w:rFonts w:ascii="Times New Roman" w:hAnsi="Times New Roman" w:eastAsia="Times New Roman" w:cs="Times New Roman"/>
        </w:rPr>
        <w:t>Jesucristopa Apocalipsisnin, maytan Dios payman qorqan kamachisqasninkunaman rikuchinampaq, ima kaqkunachus utqaylla hunt’akunankupaq kaqkunata; hinaspan angelninwan kachaspalla reqsichirqan kamachisqan Juanman: paymi Diospa siminmanta, Jesucristopa qespichisqan testimoniomanta, hinallataq tukuy ima rikushqankunamanta willakurqan. Kusisqa ñawirqaq, hinallataq kay willakuy willakuy simikunata uyariqkuna, chaypi qelqasqa kaqkunata waqaychaqkuna; pachaqa qayllañan kachkan. Apocalipsis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Isqun Chunka Chunkaq Hukniyuq</dc:title>
  <dc:subject>Profecíapa tukuynin aswan kallpachakuy: Panium maqanakuyta qhawarichiy hinaspa Domingo Kamachiyman ñawpaq rimayta qallarichiy</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