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Isqun Chunka Hukniyuq Isqun Chunka Hukniyuq</w:t>
      </w:r>
    </w:p>
    <w:p>
      <w:pPr>
        <w:pStyle w:val="ArticleSubtitle"/>
        <w:jc w:val="left"/>
      </w:pPr>
      <w:r>
        <w:rPr>
          <w:rFonts w:ascii="Arial" w:hAnsi="Arial" w:eastAsia="Arial" w:cs="Arial"/>
        </w:rPr>
        <w:t>Daniel 11-pa profétiko awasq’apiynin: Trump pacha sasachakuyninkunata, hinaspa Domingo Leyman ñawpaq rimariyta qhawarichispa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Allin yuyarisqa kaptinqa hina, Daniel qhelqap 11 ñiqin t’aqapi chunkaq ch’eka qhispiykama iskay chunka kimsayoq ch’eka qhispiykama llapanpas chay kikin t’aqapi tawa chunkaq ch’eka qhispisqan pakasqa historiankunawan allinta tupanku. Tawa chunkaq ch’eka qhispisqaqa 1989 watamanta qallarispa tawa chunka hukniyoq ch’eka qhispikama puriq historiata hap’in. Chay 11 ñiqin t’aqap huk ñiqin ch’eka qhispisqanpas iskay ñiqin ch’eka qhispisqanpas 1989 watapi qallarin, hinaspataq Donald Trump-pa ñawpaq kamachiyta maskhasqan kampañanta reqsichinku, 2015 watamanta 2020 watakama, chay wata akllayta Trump-manta suwasqa kasqan pacha, mana Diospi iñiq uywaq raykun. Chay iskay ch’eka qhispisqakuna reqsichinku chay maqanakuyta qallariqta, maypachachus Trump “Grecia llapa suyunta kuyuchin.”</w:t>
      </w:r>
    </w:p>
    <w:p>
      <w:pPr>
        <w:pStyle w:val="ArticleBody"/>
        <w:jc w:val="left"/>
      </w:pPr>
      <w:r>
        <w:rPr>
          <w:rFonts w:ascii="Times New Roman" w:hAnsi="Times New Roman" w:eastAsia="Times New Roman" w:cs="Times New Roman"/>
        </w:rPr>
        <w:t>Trump-pa kampañan qallarisqanmi huk maqanakuyta, paypa ñawpaq ñiqin umalliq kaynin tukuypi purirqan. Representantes Wasinmi diciembre killapi 2019 watapi payta acusación política nisqawan qhawachirqan; chaymantaqa yapamantaqmi 13 enero 2020 p’unchawpi chayta rurakurqan. Iskay casokunapim Senadoqa Representantes Wasipa kallpachakuyninkunata mana chaskirqanchu. Ichaqa payllam Estados Unidospa historiankunapi iskay kuti acusación política nisqawan qhawachisqa umalliqqa. Globalismo nisqaqa kuyuchisqam karqan.</w:t>
      </w:r>
    </w:p>
    <w:p>
      <w:pPr>
        <w:pStyle w:val="ArticleScripture"/>
        <w:jc w:val="left"/>
      </w:pPr>
      <w:r>
        <w:rPr>
          <w:rFonts w:ascii="Times New Roman" w:hAnsi="Times New Roman" w:eastAsia="Times New Roman" w:cs="Times New Roman"/>
        </w:rPr>
        <w:t>Kunanqa qankunaman cheqaqta rikuchisqayki. Qhawariy, Persia llaqtapi hukmanta kimsa reykunaqa sayarinqaraqmi; tawa kaqmi ichaqa llapankumanta aswan ancha qhapaq kanqa. Payqa qhapaq kayninpa kallpanwanmi llapanta hatarichinqa Grecia suyuq contranpi. Daniel 11:2.</w:t>
      </w:r>
    </w:p>
    <w:p>
      <w:pPr>
        <w:pStyle w:val="ArticleBody"/>
        <w:jc w:val="left"/>
      </w:pPr>
      <w:r>
        <w:rPr>
          <w:rFonts w:ascii="Times New Roman" w:hAnsi="Times New Roman" w:eastAsia="Times New Roman" w:cs="Times New Roman"/>
        </w:rPr>
        <w:t>Imaynachus chus chunka tawaq qillqapi hina, iskayniyuq qillqapas pakasqa willakuyta saqen Trump-pa ñawpaq campaña-manta, hinallataq paypa presidenciapi kamachikuyninmanta, chaymi tukuq karqa 20 ñiqin enero killapi, 2021 watapi. Chay p’unchawmanta 2021 watapi, kinsa ñiqin qillqakama maypichus Alejandro el Grande reqsichisqa kachkan Naciones Unidas-pa unanchan hina (Biblia profecía-pa qanchis kaq reino), chay historiata 2021 watapi juramento haykuy-manta Domingo kamachiykama, maypichus kimsachakuy hukllachasqa sayarichisqa kachkan, pakasqa willakuyta rikuchin. Chunka tawaq qillqapa pakasqa willakuyninkuna hinallataq iskayniyuq qillqapa pakasqa willakuyninkunapas Domingo kamachiykama chayan hinaspa chaypitaq tukukun.</w:t>
      </w:r>
    </w:p>
    <w:p>
      <w:pPr>
        <w:pStyle w:val="ArticleBody"/>
        <w:jc w:val="left"/>
      </w:pPr>
      <w:r>
        <w:rPr>
          <w:rFonts w:ascii="Times New Roman" w:hAnsi="Times New Roman" w:eastAsia="Times New Roman" w:cs="Times New Roman"/>
        </w:rPr>
        <w:t>Chunkaq diezniyu kutimuchkanchik hukmanta tukukuy pacha 1989 wataman, imaynachus huk ñiqi chunkaq hukniyuq nisqapas ruwarqan chayhina, iskayninkutaq reqsichin versículo cuarenta nisqapi cheq testimonioq tukukuyninta, ichaqa versículo cuarenta nisqapi tukukuymanta qayllamusaq Domingo kamachikuykama aswan historiaraq kashan. Aswanqa 1989 watata reqsichiyllawan mana tukuspa, chunkaq ñiqiqa tukukun kimsa testigokunata huñuchiq llave hina, versículo cuarenta nisqapi historiata reqsichiqkunata; chayqa papadoq ruwasqanwan, hinallataq paypa rantin atiynin Estados Unidoswan kuska, 1989 watapi Unión Soviéticata picharichispa chinkachiy ruwasqanta yanapan. Chay kimsa testigokuna sayachin huk ancha importante elemento versículo cuarentaq profético estructuranta, 1989 watamanta Domingo kamachikuykama.</w:t>
      </w:r>
    </w:p>
    <w:p>
      <w:pPr>
        <w:pStyle w:val="ArticleBody"/>
        <w:jc w:val="left"/>
      </w:pPr>
      <w:r>
        <w:rPr>
          <w:rFonts w:ascii="Times New Roman" w:hAnsi="Times New Roman" w:eastAsia="Times New Roman" w:cs="Times New Roman"/>
        </w:rPr>
        <w:t>Uray profétik hinaspa ima, hanaq suyuq reywan urin suyuq reywan awqanakuymanta, chaypi hanaq suyuq rey llump’ayta yaykuspa hinaspa chimpaspa riyta ruwashan, t’aqay chunka pusaqniyuq versículopi reqsichisqa kachkan, chay hinallataq chunka versículopipas.</w:t>
      </w:r>
    </w:p>
    <w:p>
      <w:pPr>
        <w:pStyle w:val="ArticleBody"/>
        <w:jc w:val="left"/>
      </w:pPr>
      <w:r>
        <w:rPr>
          <w:rFonts w:ascii="Times New Roman" w:hAnsi="Times New Roman" w:eastAsia="Times New Roman" w:cs="Times New Roman"/>
        </w:rPr>
        <w:t>Proféticamente estructurapi histórikopaqa yanapakuqmi kachkan gramatikapi testigukunapas: “llimp’ispa chimpaspa” nisqaqa, chay norte reyqa sur rey contra rurasqanpi, iskaynin versículopipas kikillan hebreo rimaymi; hinallataq kinsa kaq testigupi, Isaías pusaqniyuq capítulo, pusaq versículopipas, kikillanmi kachkan.</w:t>
      </w:r>
    </w:p>
    <w:p>
      <w:pPr>
        <w:pStyle w:val="ArticleBody"/>
        <w:jc w:val="left"/>
      </w:pPr>
      <w:r>
        <w:rPr>
          <w:rFonts w:ascii="Times New Roman" w:hAnsi="Times New Roman" w:eastAsia="Times New Roman" w:cs="Times New Roman"/>
        </w:rPr>
        <w:t>Chunkaq chunga versículopi, norte llaqtapa qhapaqninqa, “cheqaqtapuni hamunqa, llump’aykuspa, hinaspa pasapunqa”; tawa chunka versículopin taq, norte llaqtapa qhapaqninqa, “llump’aykunqa hinaspa hawapi pasapunqa”. Isaías qhelqapi pusaq capítulo, pusaq versículopi, norte llaqtapa qhapaqninqa “llump’aykunqa hinaspa pasapunqa”. Kay kimsa rimaykunaqa kikin hebreo simim, ichaqa aswan pisillata huknirayman tikrasqa karqa, chaywanpas kikin niyninta waqaychaspa. Chunka versículopi sur llaqtapa qhapaqninqa Ptolomeo-pa Egipto suyunkarqan, ichaqa tawa chunka versículopin sur llaqtapa qhapaqninqa espíritu ukhupi Egiptom karqan, mana Diospi iñiy qhapaq, Unión Soviética; Isaíaspiñataq, sur reino Judá karqan sur llaqtapa qhapaqnin. Sapa kasqankuman hina, norte llaqtapa qhapaqninqa Seleúcida Imperio karqan, chaymanta papado, Isaíaspitaq Asiria karqan.</w:t>
      </w:r>
    </w:p>
    <w:p>
      <w:pPr>
        <w:pStyle w:val="ArticleBody"/>
        <w:jc w:val="left"/>
      </w:pPr>
      <w:r>
        <w:rPr>
          <w:rFonts w:ascii="Times New Roman" w:hAnsi="Times New Roman" w:eastAsia="Times New Roman" w:cs="Times New Roman"/>
        </w:rPr>
        <w:t>Kimsa kikinkuna kikinchaska qillqasqamanta iskaypi, maypichus norte llaqtapaq reypa yaykuynin tukukun chayqa sut’inchasqapuni kashan. Chunka kaq ch’iqpiqa “sinchi marka” nisqapim tukukun, chaymi historiapi hunt’akusqa karqa Seleucidakuna kampañankuta Egiptoq tinkuyninpi tukuchisqankupi, imaraykuchus profetapa Siminqa norte llaqtapaq reymanta nirqan: “payqa cheqaqtapuni hamunqa, lluqsispa phawaykunqa, pasapunqataqmi; chaymanta kutimunqa, kallpachakuspataq, sinchi markankama.” “Sinchi marka” nisqaqa Egiptotam rikuchirqan, chaymi paykunapa qhapaq suyunkupa uma llaqta karqa.</w:t>
      </w:r>
    </w:p>
    <w:p>
      <w:pPr>
        <w:pStyle w:val="ArticleBody"/>
        <w:jc w:val="left"/>
      </w:pPr>
      <w:r>
        <w:rPr>
          <w:rFonts w:ascii="Times New Roman" w:hAnsi="Times New Roman" w:eastAsia="Times New Roman" w:cs="Times New Roman"/>
        </w:rPr>
        <w:t>Isaias pusaqniyuq ñiqinpi, Sennaqueribqa “Judá suyuta pasaránqa; lloqsispa ch’akichinqa hinaspa ichusqa hina wichqarinqa, kunankama kunkanmanpas chayanqa.” “Capital”, “rey” hinaspa “uma” nisqakunaqa llapallan hukllamanta rimanakuy atiyuq tinkuchisqa unanchaqkuna kanku, iskay testigokunapa siminpi sayachisqa, chay kikin pasajepi maypichus Sennaqueribqa Jerusalénman wicharqan.</w:t>
      </w:r>
    </w:p>
    <w:p>
      <w:pPr>
        <w:pStyle w:val="ArticleScripture"/>
        <w:jc w:val="left"/>
      </w:pPr>
      <w:r>
        <w:rPr>
          <w:rFonts w:ascii="Times New Roman" w:hAnsi="Times New Roman" w:eastAsia="Times New Roman" w:cs="Times New Roman"/>
        </w:rPr>
        <w:t>Siria suyupa umanqa Damasco llaqtam; Damasco suyupa umanqa Rezínmi; soqta chunka phisqa watakunamanta ukhunpi Efraínqa pakisqa kanqa, mana runa llaqta hina kananpaq. Efraín suyupa umanqa Samaria llaqtam; Samaria suyupa umanqa Remalíaspa churinmi. Mana creenichkankichikchu chayqa, cheqaqtapuni mana sayachisqa kanqankichikchu. Isaías 7:8, 9.</w:t>
      </w:r>
    </w:p>
    <w:p>
      <w:pPr>
        <w:pStyle w:val="ArticleBody"/>
        <w:jc w:val="left"/>
      </w:pPr>
      <w:r>
        <w:rPr>
          <w:rFonts w:ascii="Times New Roman" w:hAnsi="Times New Roman" w:eastAsia="Times New Roman" w:cs="Times New Roman"/>
        </w:rPr>
        <w:t>Siriaqa llaqtam, Damascotaqsi umalliq llaqtan, Rezinñataq qhapaqninmi, hinaspa umalliq llaqtapas qhapaqpas hukllaña tinkuchiq unanchakuna kanku. Umalliq llaqtapas qhapaqpas iskayninku “uma” nisqakuna kanku. Sennaqueribqa Judápa “kunqanman wichariq” hamuspanqa Jerusalénman chayarqa hinaspa chaypi sayarqa, “uma” nisqapi sayasqanrayku, chay “kunqa” nisqawan hap’iqchasqa kasqanrayku. Seleúcidakuna Ptolomeo contra hamuspaqa “sinchi waqaychana” nisqakama sayarqaku, hinaspa chay “sinchi waqaychana” nisqaqa Egipto llaqtam karqa.</w:t>
      </w:r>
    </w:p>
    <w:p>
      <w:pPr>
        <w:pStyle w:val="ArticleBody"/>
        <w:jc w:val="left"/>
      </w:pPr>
      <w:r>
        <w:rPr>
          <w:rFonts w:ascii="Times New Roman" w:hAnsi="Times New Roman" w:eastAsia="Times New Roman" w:cs="Times New Roman"/>
        </w:rPr>
        <w:t>Daniel chunka huk ñiqin chunka hukniyuq t’aqapi chunka versiculon, hinaspa Isaías pusaqniyuq t’aqapi pusaq versiculon, Isaías qanchisniyuq t’aqapi pusaq hinaspa isqun versiculokunapa contexto-ninpi, iskay testigokunata rikuchin; chaykuna reqsichirqanku, Daniel chunka huk ñiqin chunka hukniyuq t’aqapi tawa chunka versiculopi “untuqsimuspa pasaspa” norte rey sur reyta atiparqan 1989 watapi, umanqa, llaqtan, mayqanmi sur reinoq capitalnin karqan (Rusia), sayasqa qheparisqanta.</w:t>
      </w:r>
    </w:p>
    <w:p>
      <w:pPr>
        <w:pStyle w:val="ArticleBody"/>
        <w:jc w:val="left"/>
      </w:pPr>
      <w:r>
        <w:rPr>
          <w:rFonts w:ascii="Times New Roman" w:hAnsi="Times New Roman" w:eastAsia="Times New Roman" w:cs="Times New Roman"/>
        </w:rPr>
        <w:t>Chunka tawa nisqaq “fortaleza” nisqaqa, ñawpaq chunka versículopi, kunan pacha Ucrania llaqtapi guerra kasqanta riqsichinapaq llave hinam, hinallataq Rusia atipaq kanantaqa sut’inchan. Ichaqa kay cheqaq kayta sayarichiq profético aplicaciónqa, Hiram Edsonpaq kichasqa karqan chay kikin versículokunawanmi cheqanta t’inkisqa kachkan, hinallataq hunt’asqa takyasqa kachkan; chaykunaqa 1856 watapi Review and Herald qillqakunapi rikhurichisqa karqan. Chay qillqakunaqa Leviticus iskay chunka suqtayuqpi “qanchis kuti” nisqata reqsichin.</w:t>
      </w:r>
    </w:p>
    <w:p>
      <w:pPr>
        <w:pStyle w:val="ArticleBody"/>
        <w:jc w:val="left"/>
      </w:pPr>
      <w:r>
        <w:rPr>
          <w:rFonts w:ascii="Times New Roman" w:hAnsi="Times New Roman" w:eastAsia="Times New Roman" w:cs="Times New Roman"/>
        </w:rPr>
        <w:t>2023 watay killamanta pacha, Judá ayllumanta Leónqa chay kikin versículokunamanta rikuchisqa: hanaq reino contra urin reino contra iskaynin 2,520 wataymanta profeciakuna mana ch’iqiy pacha sapallanta rikuchinchu, aswanpas Cristoq llank’asqanta hinallataq qhawachin, Divinidadwan runa kayta huñunayta hunt’achisqanpi. Chay revelaciónpi reqsisqa kachkan “uma”qa runaq aswan hanaq naturaleza kasqanta. “Uma”qa runaq templonpi “pukara”mi, Sister White nisqanman hina almaq llaqta punkun citadel nisqa. Citadelqa pukaram.</w:t>
      </w:r>
    </w:p>
    <w:p>
      <w:pPr>
        <w:pStyle w:val="ArticleBody"/>
        <w:jc w:val="left"/>
      </w:pPr>
      <w:r>
        <w:rPr>
          <w:rFonts w:ascii="Times New Roman" w:hAnsi="Times New Roman" w:eastAsia="Times New Roman" w:cs="Times New Roman"/>
        </w:rPr>
        <w:t>Chaymi hina allinta takyachisqa kachkan, Daniel qillqapi chunka hukniyuq t’aqa, chunka versículopi nisqa hawa “pukara”qa, ukhupi kaq “pukaratapas” sut’inchanmi. Chayrayku, 2014 watapi Ukraina suyupi awqanakuq (hawa kaq) qallariqtin, “ura llaqtamanta” hamuq, Walesmantawan satanapa yachachikuyninkuna yaykuy (ukhu kaq) Future for America kuyuyman apamukusqa karqan, sellaypa rurayninpas huk aswan ñawpaq puriyman chayarqanña. 2020 watakamaqa, Republikanu waqrapas Protestante waqrapas wañuchisqa karqanku chay hatun llaqtapa callenkunapi, maypichus Señorninchikpas chakatasqa karqan.</w:t>
      </w:r>
    </w:p>
    <w:p>
      <w:pPr>
        <w:pStyle w:val="ArticleBody"/>
        <w:jc w:val="left"/>
      </w:pPr>
      <w:r>
        <w:rPr>
          <w:rFonts w:ascii="Times New Roman" w:hAnsi="Times New Roman" w:eastAsia="Times New Roman" w:cs="Times New Roman"/>
        </w:rPr>
        <w:t>2020 watapi, Donald Trumpqa iskay kaq presidenciapaq akllanakuy kampañanpi mana atirqachu, chaymanta chunka sipaskunapa suyasqa tiempun chayamurqa. 2022 watapi, Trumpqa kinsa kaq presidenciapaq akllanakuy kampañanta oficialmente qallarin, hinaspa ñawpaq allin ruwasqa presidenciapaq kampañanqa qhepa kaqninmanta rikuchin. 2023 watapi, “ch’in pampa llaqtamanta rimay” qallarin wañusqa ch’aki tullukunaman rimayta.</w:t>
      </w:r>
    </w:p>
    <w:p>
      <w:pPr>
        <w:pStyle w:val="ArticleBody"/>
        <w:jc w:val="left"/>
      </w:pPr>
      <w:r>
        <w:rPr>
          <w:rFonts w:ascii="Times New Roman" w:hAnsi="Times New Roman" w:eastAsia="Times New Roman" w:cs="Times New Roman"/>
        </w:rPr>
        <w:t>Chunka kinsa chunka pichqakama qillqasqakunaqa, Putinpa Ukraniapi awqanman qipata historiata hap’inku, ichaqa atipayninqa mana payta yanapanqachu, imaraykuchus Rusiaqa Napoleon Bonapartepa historianta kutichin.</w:t>
      </w:r>
    </w:p>
    <w:p>
      <w:pPr>
        <w:pStyle w:val="ArticleBody"/>
        <w:jc w:val="left"/>
      </w:pPr>
      <w:r>
        <w:rPr>
          <w:rFonts w:ascii="Times New Roman" w:hAnsi="Times New Roman" w:eastAsia="Times New Roman" w:cs="Times New Roman"/>
        </w:rPr>
        <w:t>Napoleónpa qarqusqa kasqan chay tukukuyninqa rey Uzíaspa qarqusqa kasqan chay tukukuyninwanmi rikuchisqa karqa; paypas manam kallpachakusqachu soldadokuna atipayninkunawan. Hinallataq payqa versículokuna once chaymanta docepi Ptolomeo IV-ta ñawpaqchasqa, paykunapas manam kallpachakusqachu soldadokuna atipayninkunawan. Uzíaspas Ptolomeo IV-pas templopi haywarikuyta rurayta maskarqanku, ichaqa iskayninkutaq hark’asqa karqanku mana chayta ruranankupaq. Rey Uzíasqa chayta rurayta munasqanpi urkunan patapi leprawan maqasqa karqa. Uman patapi chay unquy señalanqa, manam uywapa señalnillatachu rikuchin, aswanpas 1989 watapi ñawpaq kaq uray llaqtapa reynintaña rikuchirqan, paypas huk rikch’aq qarqusqaman yaykusqanrayku, pay (Gorbachev) Unión Soviética-manta lloqsispa Naciones Unidas nisqaman rirqan. Rey Uzíaswan hina, Gorbachevpas uman patapi hatun señalniyoq karqa. Rey Uzías, rey Ptolomeo IV, Napoleón, Gorbachev ima, llapankutaq Putinpa tukukuyninta rikuchinku. Chay tawaqa uray llaqtapa reykuna karqanku, sapankankupas kikin dinastíankuta tukuchirqanku, chaymi Putinpa Rusia tukukuyninta rikuchin.</w:t>
      </w:r>
    </w:p>
    <w:p>
      <w:pPr>
        <w:pStyle w:val="ArticleBody"/>
        <w:jc w:val="left"/>
      </w:pPr>
      <w:r>
        <w:rPr>
          <w:rFonts w:ascii="Times New Roman" w:hAnsi="Times New Roman" w:eastAsia="Times New Roman" w:cs="Times New Roman"/>
        </w:rPr>
        <w:t>Chayqa 13-15 versículokunaqa 200 a.C.-pi qallarisqa testimoniota kicharinku, chaymi Donald Trump-pa kimsa kaq, tukukuq kamachikuyninta rikch’achin, paymi Republicano waqra-ta qawachin. Chunka tawa kaq versículopi papadokunaqa Tiro llaqta qharqacha warmi hina huchallikuy takiyninkunata takiypaq qallarin, chunka pichqa kaq versículopin apostata protestante waqra-pa siq’in Maccabeokunaq historiankuwan riqsichisqa kachkan. Chay kimsa versículokunaqa kimsa profético siq’ikuna-ta apamunku.</w:t>
      </w:r>
    </w:p>
    <w:p>
      <w:pPr>
        <w:pStyle w:val="ArticleBody"/>
        <w:jc w:val="left"/>
      </w:pPr>
      <w:r>
        <w:rPr>
          <w:rFonts w:ascii="Times New Roman" w:hAnsi="Times New Roman" w:eastAsia="Times New Roman" w:cs="Times New Roman"/>
        </w:rPr>
        <w:t>Macabeokunapa historiankaqa mana pakasqachu, hinallataq versículo iskaypa tukuyninmanta versículo kinsakama, utaq versículo tawa chunka paqariyninmanta tawa chunka hukniyuqkama ima, ichaqa chay siq’iqa, aswan pisimantaqa, ñawpaq qhawariypi ch’usaqyachisqa hinam kachkan. Chaywanpas, chay mana sut’i profético historiapiqa, Judiokunap Romawan huñunakusqanku rikuchisqa kachkan, chaymi bestiapa imágenninpa rurasqanta reqsichin. Bestiapa imágenninpa rurasqanpas tipificasqa kachkan Daniel qelqapi iskay ñiqin kapítulopi pakasqa historiapi, maypichus Nabucodonosor musqukusqa, ichaqa mana yuyarisqachu imatachus musqusqa kasqanta, hinaspa Danielqa wañuywan manchachisqa kachkaspa chayta sut’inchananpaq mañakusqa karqa, mana musquyta yachaspa. Danielpa mañakuyninwan kinsa allin runakunapa mañakuyninpas iskay ñiqin kapítulopiqa hawamanta k’anchayta mañakuyta rikuchin, chaymi Danielpa qanchis ñiqin kapítulopi ukhupi tukukuypaq tikrayta mañakusqanwan yanapanakuyta ruwan.</w:t>
      </w:r>
    </w:p>
    <w:p>
      <w:pPr>
        <w:pStyle w:val="ArticleBody"/>
        <w:jc w:val="left"/>
      </w:pPr>
      <w:r>
        <w:rPr>
          <w:rFonts w:ascii="Times New Roman" w:hAnsi="Times New Roman" w:eastAsia="Times New Roman" w:cs="Times New Roman"/>
        </w:rPr>
        <w:t>Macabeokunapa linajenqa kasqa Daniel qhelqep iskay ñiqinpi pakasqa secretonwan. Daniel iskayniyoqpa secretoqa ñawpaq profetiko testigom kachkan qanchismantapusaq kaqpa profetiko enigmanta, chaymi yanapan Apocalipsis chunka hukniyoqpi iskay testigokuna kawsarimunankuta sut’inchayman. Iskay testigokunaq kawsarimusqanku, qanchismantapusaq kaqwan tinkispa, sayachinmi parallel historiapi Milleritakunaqwan pachak tawa chunka tawa waranqa kaqkunapa, Milleritakunaq kutirichisqa tikrakuyninku Laodiceaman alinakun pachak tawa chunka tawa waranqa kaqkunaq Laodiceamanta Philadelphiaman tikrakuyninwan.</w:t>
      </w:r>
    </w:p>
    <w:p>
      <w:pPr>
        <w:pStyle w:val="ArticleBody"/>
        <w:jc w:val="left"/>
      </w:pPr>
      <w:r>
        <w:rPr>
          <w:rFonts w:ascii="Times New Roman" w:hAnsi="Times New Roman" w:eastAsia="Times New Roman" w:cs="Times New Roman"/>
        </w:rPr>
        <w:t>Maccabeokunapa chinkasqa siqi, Nabucodonosorpa pakasqa musquyninpas, llapankupas sut’iypuni sellasqa karqanku iskay testigokunata kawsarichiy ruray qallarisqamanta qhipaman, 2023 watapi. Chaykuna kichasqa kanku “hatun allpa kuyuy” nisqapa horanman manaraq chayanankama, chaymi Séptimo Día Adventistakunapa gracia pacha tukukuyninta señalan. Chay Adventistakuna Diospa sellonta chaskinankupaq, hinallataq gracia pacha tukukuyninmanta manaraq, pasayta tiyan kuq pruebaqa, uywaq imagenninpa kamakuyninwan tinkisqa prueban.</w:t>
      </w:r>
    </w:p>
    <w:p>
      <w:pPr>
        <w:pStyle w:val="ArticleBody"/>
        <w:jc w:val="left"/>
      </w:pPr>
      <w:r>
        <w:rPr>
          <w:rFonts w:ascii="Times New Roman" w:hAnsi="Times New Roman" w:eastAsia="Times New Roman" w:cs="Times New Roman"/>
        </w:rPr>
        <w:t>Macabeokunapa miraynin, Nabucodonosorpa pakasqa musquynin, qanchisniyuqmanta pusaq kaqpa watuq kaynin, hinallataq allpa ukhumanta uywapa iskay waqrankuna, llapallanku yanapanku chay pruebay tukuy rurasqaman, maypachachus uywapa rikchaynin formasqa kan. Kay miraykunata cheqaqkuna hina reqsisqa kaynin, mayqenchus profecía nisqapi imaynamantaq “pakasqa cheqaqkuna” kasqankuta, chaymi sut’inchan kaykunaqa chay cheqaqkuna kasqanta, Judá ayllumanta León nisqaq kunan kichasqanmanta sellokunata paskashan.</w:t>
      </w:r>
    </w:p>
    <w:p>
      <w:pPr>
        <w:pStyle w:val="ArticleBody"/>
        <w:jc w:val="left"/>
      </w:pPr>
      <w:r>
        <w:rPr>
          <w:rFonts w:ascii="Times New Roman" w:hAnsi="Times New Roman" w:eastAsia="Times New Roman" w:cs="Times New Roman"/>
        </w:rPr>
        <w:t>Ishkay testigokuna reqsisqan rikuchisqan kicharisqa kaynin, paykunaqa Apocalipsis chunka kimsayuqpi allpa uywapa Republicano hinallataq Protestante waqrankunata riksichinku; chaywan kuska, sapa waqra hukninwan parallelota purisqan chiqaq kaywan, hinallataq sapa waqra iskay uya ukhupi kayniyuq kasqanwan, Jesucristoq Apocalipsisninpa kicharisqan qallarikuyninta señalaykun. Chay kicharisqa chiqaq yachayqa kanchis illapa-kunapa pakasqa historianta kichariyta hapin, hinallataq hebreo simi “Truth” nisqapa ima ninanta también.</w:t>
      </w:r>
    </w:p>
    <w:p>
      <w:pPr>
        <w:pStyle w:val="ArticleBody"/>
        <w:jc w:val="left"/>
      </w:pPr>
      <w:r>
        <w:rPr>
          <w:rFonts w:ascii="Times New Roman" w:hAnsi="Times New Roman" w:eastAsia="Times New Roman" w:cs="Times New Roman"/>
        </w:rPr>
        <w:t>Qanchis truenuykunapa qhipa pacha rak’i rejsisqa karqa ñawpaq ñak’ariypa kinsa señalkunata rikch’achisqanta, chaymanta chawpi tutapi qapariy willakuy qatiq hamusqanta, hinaspataq jatun llakikuywan tukukuqta, hebreo simi “Cheqaq Kay” nisqawan hina tupasqa kasqanman hina; chayqa 18 julio 2020-fechapi revelaciónta, mayqinchus chawpi tutapi qapariypa willakuyninpa hunt’asqa, allin hunt’aynin kaspa domingo kamachiman pusasqanta, chaymanta sayarichisqa karqa.</w:t>
      </w:r>
    </w:p>
    <w:p>
      <w:pPr>
        <w:pStyle w:val="ArticleBody"/>
        <w:jc w:val="left"/>
      </w:pPr>
      <w:r>
        <w:rPr>
          <w:rFonts w:ascii="Times New Roman" w:hAnsi="Times New Roman" w:eastAsia="Times New Roman" w:cs="Times New Roman"/>
        </w:rPr>
        <w:t>Qanchis illapakunaka ñawpaqta riqsisqa karqanku 2023 watapi julio killamanta ñawpaqman, ñawpaq angelkunapa kuyuyninpa hinaspa kinsa kaq angelpa kuyuyninpa kikin-paralelo historianninkuna hina; ichaqa tukukuq kimsa-patak periodoqa chay pacha mana qhawarisqachu huk sut’i periodo hina, qanchis illapakuna hina nisqa rikuchisqa. Kunanmi chay riqsisqa kay “Cheqaq.”</w:t>
      </w:r>
    </w:p>
    <w:p>
      <w:pPr>
        <w:pStyle w:val="ArticleBody"/>
        <w:jc w:val="left"/>
      </w:pPr>
      <w:r>
        <w:rPr>
          <w:rFonts w:ascii="Times New Roman" w:hAnsi="Times New Roman" w:eastAsia="Times New Roman" w:cs="Times New Roman"/>
        </w:rPr>
        <w:t>Jesucristopa Revelacionninqa kicharisqa kachkan probation tukukuy manaraq chayamuchkaptin, chaypin yaykun Revelacionpa chunka hukniyuq qhapaqpi iskay testigokuna. Jesucristopa Revelacionninqa kanchis trueno-kunapa pakasqa historianta hinallataq apamun. Jesucristopa Revelacionninqa chay mana utqay atipay atina rimaytapas hap’in: “pusajqa qanchismantam”, chaymi kutin reqsichin Millerita-kunapa Laodiceaman tikrariyninta, hinallataq parallel nisqaman hina pachak tawa chunka tawa waranqa runakunapa Filadelfiaman tikrariyninta. Pusajqa qanchismanta kasqanmi, hinallataq profeticamente uywakunaq imagennin pruebapa rimariyninta temsilan, imaraykuchus Republicano hina Protestanteniyuq waqra-kuna iskayninku tukukuyninkuman chayan republicano waqra uywaq imagenninta político hina ruraptin, chiqaq Protestante waqraqa Cristopa imagenninta rurasqanman contrastaq, chaymantaq ch’aqwaypi kaq, hinaspan paykuna estandarte hina hoqarisqa kanku.</w:t>
      </w:r>
    </w:p>
    <w:p>
      <w:pPr>
        <w:pStyle w:val="ArticleBody"/>
        <w:jc w:val="left"/>
      </w:pPr>
      <w:r>
        <w:rPr>
          <w:rFonts w:ascii="Times New Roman" w:hAnsi="Times New Roman" w:eastAsia="Times New Roman" w:cs="Times New Roman"/>
        </w:rPr>
        <w:t>Kay chiqaqa yachaqasqa cheqaqkuna qallarikurqan kacharikuyman julio killapa tukukuyninpi, 2023 watapi; tukuy kay cheqaqkunataq rikuchinku profetapa willakuy historiata, pakasqa historiapi hunt’asqa kasqanta, chayqa kan “Danielpa profecianmanta chay rakhu, qhipa p’unchaykunaman tupaq.”</w:t>
      </w:r>
    </w:p>
    <w:p>
      <w:pPr>
        <w:pStyle w:val="ArticleBody"/>
        <w:jc w:val="left"/>
      </w:pPr>
      <w:r>
        <w:rPr>
          <w:rFonts w:ascii="Times New Roman" w:hAnsi="Times New Roman" w:eastAsia="Times New Roman" w:cs="Times New Roman"/>
        </w:rPr>
        <w:t>Chhaynaqa, profecíapi qhawasqa huk estructura kapuwanchik, ch’usaq pakasqa historiata versículo cuarentamanta, pacha tukukuymanta 1989 watapi qallarispa, versículo cuarenta y unomanta domingo kamachikuykama, chaymi saqenku versículos hukwan iskayta Daniel qillqap chunka hukniyuq capítulo pataman churayta. Chaymanta atisunman versículos chunkamanta chunka pichqayuqkama chay kikin siq’ipi churayta. Chaymanta atisunman Macabeokunap siq’inta hap’iyta, allinta entiendesqa kaspa, versículo chunka kimsayuqpi qallarispa versículo iskay chunka kimsayuqkama puriqta, chay kikin siq’iman yaykuchiyta. Chaymanta atisunman Iskay Testigokunap siq’inta, Apocalipsis qillqap chunka hukniyuq capítulo, versículos qanchismanta chunka iskayniyuqkama, chay kikin siq’iman churayta. Danielmanta Apocalipsismantawan iskay testigokunawanqa, versículo cuarentap pakasqa historianta qhawachiq huk estructura kapuwanchik.</w:t>
      </w:r>
    </w:p>
    <w:p>
      <w:pPr>
        <w:pStyle w:val="ArticleBody"/>
        <w:jc w:val="left"/>
      </w:pPr>
      <w:r>
        <w:rPr>
          <w:rFonts w:ascii="Times New Roman" w:hAnsi="Times New Roman" w:eastAsia="Times New Roman" w:cs="Times New Roman"/>
        </w:rPr>
        <w:t>1989 watapi, Unión Soviéticaqa pichqasqa karqa papakuna kamachiywan chaypa rantin ejercitonnin Estados Unidoswan huñusqapaq. Unión Soviética Gorbachevpa desmontasqan kaptin, pachak tawa chunka tawa waranqa runakunapaq pacha tukukuypa tiempun chayaramurqa. Ronald Reaganqa karqa Estados Unidospa ñawpaq profético reyñin pacha tukukuymanta pacha; Reagan, huk protestante republicano apostata, rey Daríoswan rikuchisqa, qepanta hamurqa Ciro, chaymanta kimsa huk reykuna, chaymanta tawa kaq qhapaq rey.</w:t>
      </w:r>
    </w:p>
    <w:p>
      <w:pPr>
        <w:pStyle w:val="ArticleBody"/>
        <w:jc w:val="left"/>
      </w:pPr>
      <w:r>
        <w:rPr>
          <w:rFonts w:ascii="Times New Roman" w:hAnsi="Times New Roman" w:eastAsia="Times New Roman" w:cs="Times New Roman"/>
        </w:rPr>
        <w:t>Rey Ciroqa rikuchirqan Bush Ñawpaqta, mayqinmi sapallanmanta rimarisqa Republicano globalista karqan; paypa qhepantataq qatirqan Democrat globalista Clinton, paytaq qhepantataq qatirqan sapallanmanta rimarisqa Republicano globalista Bush Qhipaq, paytaq qhepantataq qatirqan islámico Democrat globalista Obama, paytaq qhepantataq qatirqan llapankumanta aswan qhapaq presidente, huk apostata Protestante Republicano, Donald Trump.</w:t>
      </w:r>
    </w:p>
    <w:p>
      <w:pPr>
        <w:pStyle w:val="ArticleBody"/>
        <w:jc w:val="left"/>
      </w:pPr>
      <w:r>
        <w:rPr>
          <w:rFonts w:ascii="Times New Roman" w:hAnsi="Times New Roman" w:eastAsia="Times New Roman" w:cs="Times New Roman"/>
        </w:rPr>
        <w:t>2014 watapi, Rusiawan papap kasqan nazi rantin soldadokunawan Ucrania llaqtapi maqanakuy qallarikurqan; chay ñawpaq papap rantin soldadonkuna kasqan Estados Unidospas Ucraniapi rantin soldadokunata yanaparqan. 2014 watapi, Future for America sutiyoq kuyuyman dragónpa rantinchasqankuna yaykurirqanku, hinaspataq 2015 watapi Donald Trump kimsa umalliq kamachiq kayman yaykuy kampañankunamanta ñawpaq kaqta qallariykuq karqan. Payqa ñawpaq kampañanpi atiparqan, ichaqa chawpi kaq kampañan suwakusqa karqan, qhipa kaq kampañanpitaq hukmanta atipanqa. 2020 watapi, iskayninpas—Republicano waqra—elección suwakusqa kaptin wañuchiq ch’akisqa k’irita chaskirqan, cheqaq protestante waqrapas llulla willakuyta willakusqanrayku wañuchiq ch’akisqa k’irita chaskirqan; chayqa huk partemanta 2014 watapi qallarisqa yaykuywan apamurqan, chaymi willakuyta suwarkan ima hinallataq achka llulla profetico aplicacionkunata yaykuchispa.</w:t>
      </w:r>
    </w:p>
    <w:p>
      <w:pPr>
        <w:pStyle w:val="ArticleBody"/>
        <w:jc w:val="left"/>
      </w:pPr>
      <w:r>
        <w:rPr>
          <w:rFonts w:ascii="Times New Roman" w:hAnsi="Times New Roman" w:eastAsia="Times New Roman" w:cs="Times New Roman"/>
        </w:rPr>
        <w:t>2020 watapi, huk akllaypas hinallataq huk proféticu willakuy suwakasqa karqan, iskaynin waqrankunataq dragónpa rantinkunaq makinwan rikch’ayninpi wañuchisqa karqanku. Akllaypasqa suwakasqa karqan iskay kuti huñusqa alianzaq raykunawan: República partidopi kasqankuta willakuq globalistakunaqwan globalista Demócratakunaqwan; chayta yanapasqanku globalista propagandaq willay medios nisqawan globalista qhatukunaqwan ima. Willakuytaqa suwakarqanku ura hemisferiomanta huk uchuy, mana casarasqa sipaswan, hinallataq Galesmanta huk uchuy, divorciasqa waynawan; paykunaq pakasqa yuyayninqa karqan homosexual agenda nisqata yaykuchiyta, chay agenda nisqata ñawpaqman churayta, hinaspataq “huchayoq runa”man pampachakuyta mañakuyta. Future for America nisqapa umalliqninmi llapan huchata apamun satanás-pa yaykukuyninmanta, imaraykuchus movimiento-ta waqaychananpaq paymi responsable karqan; ichaqa payqa ancha usqhaylla munasqa mana santoyasqa kachaqkunata umalliq kayman churayta saqiyta. Donald Trump-taqmi huchayoq kasqa chay akllaypa suwakusqa kasqanrayku, imaraykuchus paypa atiyninpa ukhu muyuriyninman yaykunankupaq akllasqan runakunaqa munasqankumanta llamk’ayninta urmachisqankuwan chay ruwana llamk’ayta pay qallarirqan.</w:t>
      </w:r>
    </w:p>
    <w:p>
      <w:pPr>
        <w:pStyle w:val="ArticleBody"/>
        <w:jc w:val="left"/>
      </w:pPr>
      <w:r>
        <w:rPr>
          <w:rFonts w:ascii="Times New Roman" w:hAnsi="Times New Roman" w:eastAsia="Times New Roman" w:cs="Times New Roman"/>
        </w:rPr>
        <w:t>2022 watapi, Donald Trump kimsakim kimsa kutita kampañanta qallarisqa, hinaspataq 2023 watapi huk “ch’inneq llaqtapi waqyaq simi” iglesiakunaman willakuyta apachiyta qallarisqa. Qhipa p’unchaykunapiqa huk “rumi” (“kunan pacha chiqap yachachiy”manta hawa kaqkuna waqyarisqankuta ñoqaqa chayhina sut’ichani) rimarisqa, paymi ichaqa llapaq runakuna qhawasqan política p’unchawkunapi kunan pachaq yachayniyuq aswan k’acha umakunamanta huknin hina. Sutinmi Victor Davis Hanson, hinaspataq qankuna muyuriqniykichispi ima ruwaykuna pasashasqanta qhatispa, chay ruwaykunata Paypa Simiq willakusqanwan tupachispa purishaqtinqa, chayqa Victor Davis Hansonqa huk “rumi”mi, qankuna yachakushaykichispaq suyasqa kikin willakuyta kutichiq hina.</w:t>
      </w:r>
    </w:p>
    <w:p>
      <w:pPr>
        <w:pStyle w:val="ArticleScripture"/>
        <w:jc w:val="left"/>
      </w:pPr>
      <w:r>
        <w:rPr>
          <w:rFonts w:ascii="Times New Roman" w:hAnsi="Times New Roman" w:eastAsia="Times New Roman" w:cs="Times New Roman"/>
        </w:rPr>
        <w:t>“Diosqa munan ñoqanchikqa yachachikuyta kay muyuriyninchikpi pasashaq ruwaykunamanta, hinaspa paypa siminpi willakusqankunawan tupachiyta, chayhina yachananchikpaq qhepa p’unchaykunapi kawsashasqanchikta. Bibliakunanchikta munanchik, hinaspa chaypi imataq qelqasqa kasqanta yachayta munanchik. Profeciamanta allinta llamk’aq yachaq runaqa sut’i revelacionkunawan cheqaq kaymanta kutichisqa kanqa, imaraykuchus Jesús nirqan: ‘Qanpa simiykiqa cheqaq kaymi.’” Signs of the Times, 1 de octubre de 1894.</w:t>
      </w:r>
    </w:p>
    <w:p>
      <w:pPr>
        <w:pStyle w:val="ArticleBody"/>
        <w:jc w:val="left"/>
      </w:pPr>
      <w:r>
        <w:rPr>
          <w:rFonts w:ascii="Times New Roman" w:hAnsi="Times New Roman" w:eastAsia="Times New Roman" w:cs="Times New Roman"/>
        </w:rPr>
        <w:t>X.compi @FreyjaTarte uyarisqan huk rimaypi, Hanson qallarin kaynata nispa: “Paykuna [Demócratakuna] Trump-ta rikunku huk vampiro hina.” Chaymantaqa mast’arin Demócratakunapa manchakuynta, Donald Trump yapamanta akllasqa kananmanta. Mana ima raykuyuqchu kani yuyaykuyta Hanson hamut’asqanta, Apocalipsis chunka hukniyuq p’unchaypi nisqanman hina, Trump kawsarimun (huk vampiro hina), hinallataq chay rurasqa kaptin, ñawpaqta wañusqanrayku kusisqa kaqkuna manchakuspa kanqaku. Ichaqa chaymi llapan comentariosnintinpi riqsichin.</w:t>
      </w:r>
    </w:p>
    <w:p>
      <w:pPr>
        <w:pStyle w:val="ArticleScripture"/>
        <w:jc w:val="left"/>
      </w:pPr>
      <w:r>
        <w:rPr>
          <w:rFonts w:ascii="Times New Roman" w:hAnsi="Times New Roman" w:eastAsia="Times New Roman" w:cs="Times New Roman"/>
        </w:rPr>
        <w:t>Chaymantapas kinsa p’unchawta huk kuskanwan Diosmanta kawsay Espíritu paykunaman haykurqan, chaymanta chakinkupi sayarirqanku; hinaspa hatun manchakuy urmamurqan paykunata qhawariqkunapa patanman. Apocalipsis 11:11.</w:t>
      </w:r>
    </w:p>
    <w:p>
      <w:pPr>
        <w:pStyle w:val="ArticleBody"/>
        <w:jc w:val="left"/>
      </w:pPr>
      <w:r>
        <w:rPr>
          <w:rFonts w:ascii="Times New Roman" w:hAnsi="Times New Roman" w:eastAsia="Times New Roman" w:cs="Times New Roman"/>
        </w:rPr>
        <w:t>Kay yachayta qatiqkusun hamuq qillqapi.</w:t>
      </w:r>
    </w:p>
    <w:p>
      <w:pPr>
        <w:pStyle w:val="ArticleScripture"/>
        <w:jc w:val="left"/>
      </w:pPr>
      <w:r>
        <w:rPr>
          <w:rFonts w:ascii="Times New Roman" w:hAnsi="Times New Roman" w:eastAsia="Times New Roman" w:cs="Times New Roman"/>
        </w:rPr>
        <w:t>“Kay qillqasqa qelqasqa profecía nisqakuna willakusqan p’unchaymanña chayaramusqanchik. Tukukuypaq p’unchayqa chayamunña, profetakunap rikuykuna kichasqaña kachkan, hinaspa paykunap chaninnaq waqyaykunaqa Señorninchikpa hamuyninman, gloriawan hamuqta, qayllallaña kasqanmanmi ñawirichiwanchik.</w:t>
      </w:r>
    </w:p>
    <w:p>
      <w:pPr>
        <w:pStyle w:val="ArticleScripture"/>
        <w:jc w:val="left"/>
      </w:pPr>
      <w:r>
        <w:rPr>
          <w:rFonts w:ascii="Times New Roman" w:hAnsi="Times New Roman" w:eastAsia="Times New Roman" w:cs="Times New Roman"/>
        </w:rPr>
        <w:t>“Judío runakunaqa Diospa siminta pantasqa y mana allinta rurarisqa kasqanku, hinaspapas mana reqsirqankuchu watukuyninkupa pacha chayamusqanta. Cristopa chaymanta apostolninkunapa ministerionpa watakuna,—akllasqa llaqtapaq qespichiy munakuyniyuq qhipa ancha chanin watakuna,—Señorpa kachamusqan willaqninkunata wañuchiyta yuyaykachaspa spendirqanku. Kay pachapi munaq kaykuna paykunata hap’irqan, chayraykutaq espirituypa reinon qosqanta yanqapaq chaskirqanku. Chay hinallataq kunan p’unchawkunapipas kay pachapa reinonqa runakunapa yuyayninkunata hap’in, hinaspapas mana reparankuchu utqayllam hunt’akuchkan profecíakunata, ni Diospa utqay hamuq reinonpa señalkunatapas.”</w:t>
      </w:r>
    </w:p>
    <w:p>
      <w:pPr>
        <w:pStyle w:val="ArticleScripture"/>
        <w:jc w:val="left"/>
      </w:pPr>
      <w:r>
        <w:rPr>
          <w:rFonts w:ascii="Times New Roman" w:hAnsi="Times New Roman" w:eastAsia="Times New Roman" w:cs="Times New Roman"/>
        </w:rPr>
        <w:t>“‘Ichaqa, wawqekuna, mana tutapiñachu kankichik, chay p’unchay suwa hina hap’inasunkichikpaq. Qankuna llapallaykichik k’anchaypa wawankunam kankichik, p’unchaypa wawankunataqmi: noqanchikqa mana tutapaqchu kanchik, nitaq tutayaypaqqa.’ Manam Yachachiqninchik kutimunan horata yachananchikpaqchu kashanchik, ichaqa qayllamushasqantaqa yachayta atinanchikmi. ‘Chayrayku ama puñusunichikchu wakinkuna hina; aswanqa rikch’arisqa qawasun, ch’uyanchasqa yuyayniyoqtaq kasun.’ 1 Tesalonicenses 5:4-6.’ El Deseado de Todas las Gentes,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Isqun Chunka Hukniyuq Isqun Chunka Hukniyuq</dc:title>
  <dc:subject>Daniel 11-pa profétiko awasq’apiynin: Trump pacha sasachakuyninkunata, hinaspa Domingo Leyman ñawpaq rimariyta qhawarichispa</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