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qillqapi — Pachak isqun chunka iskayniyuq</w:t>
      </w:r>
    </w:p>
    <w:p>
      <w:pPr>
        <w:pStyle w:val="ArticleSubtitle"/>
        <w:jc w:val="left"/>
      </w:pPr>
      <w:r>
        <w:rPr>
          <w:rFonts w:ascii="Arial" w:hAnsi="Arial" w:eastAsia="Arial" w:cs="Arial"/>
        </w:rPr>
        <w:t>Pakasqa Historiaq Rikuchisqan: Daniel 11-manta Proféticahina Tinkuykuna, hinaspa 144,000-pa Sellasqa Kaynin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Ñuqanchikqa yuyaychkanchik Daniel qhelqapi chunka hukniyuq t’aqapi tawa chunka versiculopi “pakasqa historiata”, maypichus qhelqasqa testimoniun 1989 watapi p’uchukun pacha tukukuypi, chaymanta tawa chunka hukniyuq versiculopi domingo p’unchay kamachikuykama. Chay pakasqa historiaqa tukuy qhepa p’unchaykunapa profecía siq’ikunata churanapaq estructura kasqanmi, imaraykuchus pachak tawa chunka tawa waranqa sellasqa kaynin chay pakasqa historiapi ruwakun. Chay historiaqa maypichus animalpa imagen nirqanpa kamasqanwan tupaq pruebakuna ruwakun. Chayrayku chay historiaqa maypichus Nabucodonosorpa pakasqa musquynin, animalkunapa imagenmanta, kicharisqa rikuchikun. Chay pakasqa historiaqa maypichus Donald Trumppa ñawpaq kamachikuyninmanta pakasqa historia tukukun Daniel chunka hukniyuq t’aqapi iskay versiculomanta kimsa versiculokama. Chay pakasqa historiaqa Danielpa profecíanmanta chay rakhu kasqanmi qhepa p’unchaykunaman tupaq, hinaspataq Jesucristopa Revelacionninmi, domingo p’unchay kamachikuypi gracia p’unchay tukukunanpaq manaraq wichq’akuspa, kicharisqa rikuchikun. Tukuy kay chiqaq kay siq’ikunam qanchis kaq, qhepa kaq sellopa oqarisqan hina rikuchisqa kanku.</w:t>
      </w:r>
    </w:p>
    <w:p>
      <w:pPr>
        <w:pStyle w:val="ArticleBody"/>
        <w:jc w:val="left"/>
      </w:pPr>
      <w:r>
        <w:rPr>
          <w:rFonts w:ascii="Times New Roman" w:hAnsi="Times New Roman" w:eastAsia="Times New Roman" w:cs="Times New Roman"/>
        </w:rPr>
        <w:t>Daniel chunka hukninpi tawa chunka versekunamanta pichqa chunka kamanqa chay pakasqa historiwan tupachisqa kanan, hinaspataq chay versekunamanta qhipa kinsaqa kinsa profetiku siq’ikunata rikuchin. Chaykuna reqsichin imay pachapi papadokuna historiaman yapamanta haykun, imaynachus watapi 200 a.C. nisqapi ruwarqan, maypachachus paganu Roma ñawpaqta haykurqan chay profetiku historiaman, Daniel qillqap chunka hukniyuq t’aqa, chunka tawa versepi rikuchisqaman. Chay verseqa, hinaspa chay versepa hunt’asqan paganu Romapa historiapin, rikch’ariyta sayachirqan, imaraykuchus paganu Roma karqan chay kallpapa unancha, mayqanmi pay kikinta hatunchakurqan, Diospa llaqtanta qichurqan, chaymantataq urmaraq. Sapañchasqa Protestantekuna chay verseta Antiochus Epiphanesman churaykurqanku, ichaqa Milleritekuna paganu Romamanmi churaykurqanku, chay verseta reqsichispa hina Millerite historiapi huk pruebanapaq cheqaq kaynin kasqanta. Kunan p’unchaykunapi musuq Laodicea Adventismopa teologonkuna yapamanta yachachinku Antiochus Epiphanes kasqanta, chayraykum yapamanta huk pruebanapaq cheqaq kaynin.</w:t>
      </w:r>
    </w:p>
    <w:p>
      <w:pPr>
        <w:pStyle w:val="ArticleBody"/>
        <w:jc w:val="left"/>
      </w:pPr>
      <w:r>
        <w:rPr>
          <w:rFonts w:ascii="Times New Roman" w:hAnsi="Times New Roman" w:eastAsia="Times New Roman" w:cs="Times New Roman"/>
        </w:rPr>
        <w:t>Manam huk willakuyqa huk pruebayuq chiqap kasqallachu, aswanpas chay versículopi nisqanmanta hinallataq hunt’asqan 200 a.C.-pi, Tiro-pa qelliy warminta (kunan pacha Roma) riqsichin mayqan pachapi supaypa takiyninkunata qallarin takiyta, hinaspataq papado-ta qhepa p’unchaykunapa historianta haykuykusqanta señalaspa, chayrayku qhepa p’unchaykunapa aswan hatun pruebayuq chiqapninta representan, mayqinchus Millerita historiapi rimanakuywan rikuchisqa pruebayuq chiqapwan tupachkan.</w:t>
      </w:r>
    </w:p>
    <w:p>
      <w:pPr>
        <w:pStyle w:val="ArticleBody"/>
        <w:jc w:val="left"/>
      </w:pPr>
      <w:r>
        <w:rPr>
          <w:rFonts w:ascii="Times New Roman" w:hAnsi="Times New Roman" w:eastAsia="Times New Roman" w:cs="Times New Roman"/>
        </w:rPr>
        <w:t>Kimsa versículokunapas rikchayninpas kay pachapa animalpa Republicano waqra-líniata rikuchin, hinaspapas Donald Trump-pa profétiko puriyninkunata reqsichin, pay qanchis presidentekunamanta kaq pusaq ñiqin presidente hina iskay kaq mandatoman yaykushaspa, presidentekunapa huk línianpi, mayqenchus Ronald Reaganwan qallarikurqa pacha tukukuypi 1989 watapi. Chunka iskayniyuq versículopi Raphia Maqanakuy qhepaman, “Antiochus” ñawpaqta Estados Unidos ukhupi huk hatarikuqta ñit’in, chaymantataq Panium Maqanakuypi Egipto hina rikuchisqa globalismopa contran maqanakuypaq wakichikun. Trump chay maqanakuypi atipan, ichaqa chay maqanakuymi Kimsa Kuti Mundial Maqanakuyta qallarin (Actium). Kay ruwasqakuna Antiochus III Magnuswan unanchasqa karqan, paymi Raphia Maqanakuypi Egiptomanta atisqa karqa, ichaqa Panium Maqanakuypi atiywan kutichin.</w:t>
      </w:r>
    </w:p>
    <w:p>
      <w:pPr>
        <w:pStyle w:val="ArticleBody"/>
        <w:jc w:val="left"/>
      </w:pPr>
      <w:r>
        <w:rPr>
          <w:rFonts w:ascii="Times New Roman" w:hAnsi="Times New Roman" w:eastAsia="Times New Roman" w:cs="Times New Roman"/>
        </w:rPr>
        <w:t>Chunkaq chay chunka kimsañiqin versículopi nisqan hina, “ashka wata qhipaman,” Antiochus Magnusmanta, Uriah Smith nisqanman hina: “Antiochusqa, reynonpi hatarikuq kayta upallachispa, inti lloqsimuq lawkunatapas kasukuypi churaykuspa, chaypi allinta takyachispataq, wayna Epiphanes Egiptoq tronomman yaykuqtin, ima ruwaypas ruwanampaq samayniyuq karqa; hinaspataq, kayqa kamachikuyninta mast’ariychkananpaq allin oportunidad kasqanta yuyarispa mana chinkachinanchu, ñawpaq kaqmanta aswan hatun llika soldadokunata huñurqa.” Trumpqa ñawpaqta reynonpi hatarikuq kayta upallachinqa, chaymantaqa ñawpaq kutipi atipaykusqa kasqan p’unchawkunaq soldadonkunaqa aswan hatun ejercitota wakichinqa. Trumpqa 2020 watapi atipaykusqa karqa, Apocalipsis chunka hukniyuq kapituluq hunt’akusqanpi, maypachachus atheísmoq uywa, tukuy pachapi globalismota rikuchiq, hinaspa Partido Demócratawan Partido Republicanoq globalistankuna akllayta suwarqaku; chaypas Tiro llaqtaq warmi wayllusqa hatun ejércitoq kallpachakuq proxy principal hina, Putin Ucraniamanta atipaq kaptinqa, huk atipaykusqa kaytapas kanqa.</w:t>
      </w:r>
    </w:p>
    <w:p>
      <w:pPr>
        <w:pStyle w:val="ArticleBody"/>
        <w:jc w:val="left"/>
      </w:pPr>
      <w:r>
        <w:rPr>
          <w:rFonts w:ascii="Times New Roman" w:hAnsi="Times New Roman" w:eastAsia="Times New Roman" w:cs="Times New Roman"/>
        </w:rPr>
        <w:t>Kimsa profétiko siqi, kay kimsa versículokunapi qhawarisqanchikpi, apostata Protestantismopa siqinmi, Maccabeokunapa siqinqa hina rikuchisqa, hinaspa paykunapa Antiochus Epiphanespa yachachisqanman sayakuyta atipanakusqanpi, griegokunapa religionninta judíokunaman kallpachayta munasqan contra. Trumpopa siqin hinaspa apostata Protestantismopa siqinmi iskay atiyniyuqkunata rikuchin, chaykuna qhipaman tukukuyninpi hukllachasqa kanqaku waqrachaman, bestiapa imagennin hina rikuchisqaman. Versículokuna chunka kimsayuqmanta chunka pichqayuqkama chay historiata rikuchin, Domingo kamachikuyman pusamunata; hinaspa apostata Protestantismopa hinaspa apostata Republicanismopa iskay siqinkuna qawachin imayna iskay atiyniyuqkuna tantanakuspa hukllachakunku, Iglesiatawan Estadotawan hukllachinankupaq, Domingo kamachikuymanta ñawpaqta.</w:t>
      </w:r>
    </w:p>
    <w:p>
      <w:pPr>
        <w:pStyle w:val="ArticleBody"/>
        <w:jc w:val="left"/>
      </w:pPr>
      <w:r>
        <w:rPr>
          <w:rFonts w:ascii="Times New Roman" w:hAnsi="Times New Roman" w:eastAsia="Times New Roman" w:cs="Times New Roman"/>
        </w:rPr>
        <w:t>Ñawpaq qillqasqakuna ukhupiqa reqsisqaykuña kashan kimsa ruwaykuna, 1776, 1789, hinaspa 1798 watakuna p’unchaykunawan unanchasqa, mayqenkunachus Independenciapa Willakuyninta, Constitución-ta, hinaspa Alien and Sedition Acts nisqakunata rikuchin; chaykunam huk pachata reqsichin, kay pachapa uywapa qallariyninman pusasqa, Bibliapa profecíapi soqtaq kaq qhapaq suyuta hina. Chayraykum chay kimsa markakuna, Bibliapa profecíapi soqtaq kaq qhapaq suyu tukukuyninman pusak kimsa markakunata rikuchin. Reqsisqaykuñataqmi iskay chunka iskayniyuq wata, 1776 watamanta 1798 watakama mast’arikusqa, pachak tawa chunka tawa waranqa sellakusqa runakunapa sellakusqan pacha kasqanta unanchan, iskay chunka iskayniyuq yupayqa divinidadwan runa kaywan huñusqa kasqanpa unanchan kasqanrayku.</w:t>
      </w:r>
    </w:p>
    <w:p>
      <w:pPr>
        <w:pStyle w:val="ArticleBody"/>
        <w:jc w:val="left"/>
      </w:pPr>
      <w:r>
        <w:rPr>
          <w:rFonts w:ascii="Times New Roman" w:hAnsi="Times New Roman" w:eastAsia="Times New Roman" w:cs="Times New Roman"/>
        </w:rPr>
        <w:t>Kay historiata reqsichisqa kasqanta riqsichirqanchik “Cheqaq kay” sutiyuq firmanwan, imaraykuchus ñawpaq chaymanta qhepa waymarkakuna representan sayay sapankay churisqa kasqanta, hinaspa sayay sapankay qichusqa kasqanta. Kimsa waymarkakuna llapankum pacha uywaq ñawpaq símbolonta representan, imaraykuchus llapankum Estados Unidospa rimayninta representan, imaraykuchus “suyuq rimayninqa kamachiq hinaspa justiciata ruraq autoridakkunapa rurayninmi.” Chaupi waymarka 1789 watapi hinaspa Constitución nisqa chunka kimsayuq colonia-kunawan ratificasqa karqan, hinaspa hebreo simipi “Cheqaq kay” nisqapa chaupi qillqanqa chunka kimsayuqmi. 1776 watamanta 1798 watakama iskay chunka iskay watakunaqa hebreo alfabeto nisqata hunt’achiq iskay chunka iskay qillqakunawanpas tupanchakunku.</w:t>
      </w:r>
    </w:p>
    <w:p>
      <w:pPr>
        <w:pStyle w:val="ArticleBody"/>
        <w:jc w:val="left"/>
      </w:pPr>
      <w:r>
        <w:rPr>
          <w:rFonts w:ascii="Times New Roman" w:hAnsi="Times New Roman" w:eastAsia="Times New Roman" w:cs="Times New Roman"/>
        </w:rPr>
        <w:t>Ñuqanchikqa chaymantaq reqsirqanchikmi 1798 watapi *Alien and Sedition Acts* nisqakunaqa chay tinkuy kasqanta, maypichus Estados Unidos suyuqa dragón hina rimarin. Judíokunapa Romawan huñunakusqankupa willakuynin, chayqa Daniel chunka hukniyuqpa versículon 13-manta 15-kama apostata protestantismopa siq’inmanta huknin kasqanrayku, uywaq rikch’aynin rurasqa kasqan p’unchawkuna-ta sut’inchan, chay rikch’aypa rurasqantataq pachak tawa chunka tawa waranqa runakunapa qhepa pruebanmi. Chayqa sellasqa kananankupaq ñawpaqta atipanankumanta pruebanmi. Chayrayku 161 a. C. watamanta 158 a. C. watakama Judíokunapa huñunakusqankuqa ancha llakiyoqmi chay pruebaypi, maypichus pachak tawa chunka tawa waranqapi kananpaq waqyasqa runakunapa akllasqa kasqanku hunt’akun.</w:t>
      </w:r>
    </w:p>
    <w:p>
      <w:pPr>
        <w:pStyle w:val="ArticleBody"/>
        <w:jc w:val="left"/>
      </w:pPr>
      <w:r>
        <w:rPr>
          <w:rFonts w:ascii="Times New Roman" w:hAnsi="Times New Roman" w:eastAsia="Times New Roman" w:cs="Times New Roman"/>
        </w:rPr>
        <w:t>161 a.C.manta 158 a.C.kama pacha unaymanta kasqanta, judíokunapa huñunakusqanwan unanchasqa hina chaskiyqa, historiapa yachachisqanman contranmi; historiador-kunaqa chay huñunakuy 161 a.C. kasqanta yachachinku, ichaqa Milleritakunaqa 158 a.C. kasqanta yachachirqaku, chay chiqaq kasqanman hap’ipakusqankutaq iskaynin sagrado chartakunapi rikuchisqa kachkan.</w:t>
      </w:r>
    </w:p>
    <w:p>
      <w:pPr>
        <w:pStyle w:val="ArticleBody"/>
        <w:jc w:val="left"/>
      </w:pPr>
      <w:r>
        <w:rPr>
          <w:rFonts w:ascii="Times New Roman" w:hAnsi="Times New Roman" w:eastAsia="Times New Roman" w:cs="Times New Roman"/>
        </w:rPr>
        <w:t>Tapukuyqa manam sapallanchu kachkan, historiadorcunachu allinraqmi 161 a.C. watata churanku judíocunapa huñunacuyñinpaq, icha Milleritacunachu allinraqmi 158 a.C. watata reqsichinku. Mayqen ishkay akllaykunamantapas, huk huñu runakunam kanman akllakusqaykita qatiq. Tapukuyqa kaymi: historiadorcunapas, Milleritacunapas iskayninku allinchu kanku, hinallataq judíocunawan huñunacuymanta cheqaq kayqa cheqaqpuni pacha unaymanta huk períodochu rikuchin, manataq iskaymanta mayqen huk sapallan puntokunallatachu historiapi.</w:t>
      </w:r>
    </w:p>
    <w:p>
      <w:pPr>
        <w:pStyle w:val="ArticleBody"/>
        <w:jc w:val="left"/>
      </w:pPr>
      <w:r>
        <w:rPr>
          <w:rFonts w:ascii="Times New Roman" w:hAnsi="Times New Roman" w:eastAsia="Times New Roman" w:cs="Times New Roman"/>
        </w:rPr>
        <w:t>Ñawpaq qillqasqakunaqpi, ñoqayku churarqayku imatapas yuyasqaykuta, chayqa allinchasqa, santu kasqanmanta hamuq yuyay-hap’iy kasqanta: Roma llaqtawan Judíokunawan rurasqa alianzaqa huk pacha kashan 161 a.C. manta 158 a.C. kama, hinaspataq chay pachaqa uywaq rikch’ayninpa lantan rikch’akuyninta unanchan. Chayna kaptinqa, Judíokunaq Romawan alianza rurasqankuta huk pacha kasqanta chaskiy munaypas huk pruebaman tukukun, hinaspataq chay willakuy-unay yuyaypiqa, chayqa tinkun Diospa llaqtanpaq “jatun prueba” kasqanwan, imaraykuchus uywaq rikch’ayninpa lantan rikch’akuyninpa ruwakuynin chayta qhawachin.</w:t>
      </w:r>
    </w:p>
    <w:p>
      <w:pPr>
        <w:pStyle w:val="ArticleBody"/>
        <w:jc w:val="left"/>
      </w:pPr>
      <w:r>
        <w:rPr>
          <w:rFonts w:ascii="Times New Roman" w:hAnsi="Times New Roman" w:eastAsia="Times New Roman" w:cs="Times New Roman"/>
        </w:rPr>
        <w:t>Chayta nispa, 158 a.C. wata riqsichin imayna Maccabeokuna sutiyuq apostata judíokunapa Roma llaqtawan huñunakusqanku sinchita sayarirqan chay p’unchayta; chayrayku Domingo kamachiyta rikch’achin, imaraykuchus Bibliapi kay yuyaychakusqa tapuyta ruwan: “¿Iskay runakunaqa mana rimanakuspaqa kuskalla puriyta atinmanchu?” 158 a.C. wata riqsichin maypi hinaspa hayk’aqmi apostata protestantismo papal atiyniyuqwan makinta hap’inan, hinaspa 161 a.C. watapi qallarisqa pacha, 158 a.C. wataman pushaq, riqsichin chay tiempo pacha animalpa lantinta ruraypa sayariyninta rikuchisqanta. Ancha allinmi reqsinanchik chay pacha riqsichisqanta imaynam apostata protestantismo apostata republicanismowan huñukunqa chayta. Iskaynin apostata atiyniyuqkunaqa versículo chunka kimsayuqmanta chunka pichqayuqkama rikuchisqa kanku; chayrayku wakin sutinchana ñankunaqa paykunapuraqa kaqllam kanku.</w:t>
      </w:r>
    </w:p>
    <w:p>
      <w:pPr>
        <w:pStyle w:val="ArticleBody"/>
        <w:jc w:val="left"/>
      </w:pPr>
      <w:r>
        <w:rPr>
          <w:rFonts w:ascii="Times New Roman" w:hAnsi="Times New Roman" w:eastAsia="Times New Roman" w:cs="Times New Roman"/>
        </w:rPr>
        <w:t>Allinmi kananmi 1776, 1789, hinaspa 1798 watakunata September 11, 2001 nisqapa rikch’aynin hina churayqa, chaymanta qatiqta January 6, 2021 nisqawan tinkisqa falso bandera kuyuyuq Pelosi Trialskunawan, hinaspa Bidenpa suwasqa akllakuyninpa qallariy pacha, Sunday lawman apaq, allinmi. Chay hina churaypi Patriot Act of 2001, Declaration of Independence nisqawan chaskisqa kashpa, huk waymarkta qawachin independencia qichusqa kaypa qallariyninta reqsichiqta. Chaymanta iskay kaq waymark, Pelosi hinaspa Schiffpa kangaroo court nisqan, Constituciónpa ratificaciónninwan tupachisqa, chayrayku Constitución tikrasqa kaypa qallariyninta rikch’achin; chay qhepataq kinsa kaq waymark, Alien and Sedition Acts, Estados Unidos suq dragón hina rimashaqta rikuchiq. Kay waymarkkunata kay hina churayqa, apostate Protestantismpa waymarkkunata reqsiymi, Maccabees nisqakuna hina sut’inchasqa.</w:t>
      </w:r>
    </w:p>
    <w:p>
      <w:pPr>
        <w:pStyle w:val="ArticleBody"/>
        <w:jc w:val="left"/>
      </w:pPr>
      <w:r>
        <w:rPr>
          <w:rFonts w:ascii="Times New Roman" w:hAnsi="Times New Roman" w:eastAsia="Times New Roman" w:cs="Times New Roman"/>
        </w:rPr>
        <w:t>Huk nivelpi, kimsa markakuna apostata republicanismowan tantachispa reqsichiyqa huk chhika hukniray aplicaciónta ruran. 11 ñiqin septiembre killapi, 2001 watapi, 1776 wataman tupachakun; ichaqa 1789 wataqa, apostata republicanismopaq, Alien and Sedition Acts nisqakunaman tupachakun, chaymanta huk sapaqchasqata sayachin chay “acts” nisqakuna ukhupiwan dragónpa rimaynin ukhupi, chaymi domingo hunt’achiywan rikuchisqa. Iskay siq’ikuna ujllapi churakuspa animalpa imagennin pruebayuq contexto ukhupi, paykunaqa animalpa imagennin hatarichisqa profético estructura-ta ruwanku; Diospa llaqtanpaq hatun pruebaqa animalpa imagenninpa formacionninmi. Diospa llaqtanpaqqa, animalpa imagenninpa formacionnenqa ñawpaqta reqsichisqa kanan tiyan imayna Diospa Simiyninpi rikuchisqa (formasqa) kasqan hina, chay qhipa punchawkuna runakuna chay formacionta reqsinankupaq política hinaspa religión pacha ukhupi.</w:t>
      </w:r>
    </w:p>
    <w:p>
      <w:pPr>
        <w:pStyle w:val="ArticleBody"/>
        <w:jc w:val="left"/>
      </w:pPr>
      <w:r>
        <w:rPr>
          <w:rFonts w:ascii="Times New Roman" w:hAnsi="Times New Roman" w:eastAsia="Times New Roman" w:cs="Times New Roman"/>
        </w:rPr>
        <w:t>Chhaynaqa, ¿imaynataq 2021 watapi enero 6 p’unchawpi Pelosi Juiciokunaqa Alien and Sedition Acts nisqawan tinkuchikunman karqa? Pelosi Juiciokunaqa uku mana tukukuq t’uqumanta bestiapa raymiyninmi, mayqinchus chayraq wañuchisqa karqa qhapaq presidenteta, paymi globalismota kuyuchirqa. Chay raymichaypa historianninqa qallarin Bidenpa juramentaciónnin pacha, chaytaq sut’ichan huk pacha, mayqinchus tukukun Trumppa iskay kaq juramentaciónninwan. Reparasqa kanan tiyan Trumpqa kinsa kuti presidenterayku kampañata ruwan, ñawpaq kaqpi hinaspa qhepa kaqpi atipan, ichaqa chawpi kaqpi atipayninqa suwasqa karqa chay kallpawan, mayqintachus Escritura sut’ichan llullakuqpa taytan nispa. Pelosi Juiciokunaqa, mayqinkunachus qallarikurqan chay suwasqa akllaywan, sut’ichan huk iskay kaq kutichikuy Pelosi Juiciokunata, mayqinkunachus qallarin Trump juramentoktin 2025 watapi enero 20 p’unchawpi.</w:t>
      </w:r>
    </w:p>
    <w:p>
      <w:pPr>
        <w:pStyle w:val="ArticleBody"/>
        <w:jc w:val="left"/>
      </w:pPr>
      <w:r>
        <w:rPr>
          <w:rFonts w:ascii="Times New Roman" w:hAnsi="Times New Roman" w:eastAsia="Times New Roman" w:cs="Times New Roman"/>
        </w:rPr>
        <w:t>Joe Bidenpa presidenciankuna tiempomanta qallariyninqa Pellosypa juiciokunamanta huk qatuchaywanmi qallarin, chaymanta tukuyninqa Pellosypa juiciokunamanta huk qatuchaywanmi tukukun. Iskayninpas políticop juiciokunam, ichaqa iskay kaq juiciokunapi procesasqa runakunaqa ñawpaq kaq juiciokunapi pusariqkuna kanku. Trumppa iskay kaq juramentacionninpi 164 a.C. watam señalasqa kachkan. Trumppa iskay kaq juramentacionninqa 164 a.C. watamanmi tipificasqa kachkan, hinaspa judiokunapa templonta musuqmanta dedicayqa templop políticon musuqmanta dedicakuyninta, iskay kuti, representan.</w:t>
      </w:r>
    </w:p>
    <w:p>
      <w:pPr>
        <w:pStyle w:val="ArticleBody"/>
        <w:jc w:val="left"/>
      </w:pPr>
      <w:r>
        <w:rPr>
          <w:rFonts w:ascii="Times New Roman" w:hAnsi="Times New Roman" w:eastAsia="Times New Roman" w:cs="Times New Roman"/>
        </w:rPr>
        <w:t>Chaymiqa Antiochus Epiphanes wañusqan watallañam karqa, paymi Griegopa riligyus ruwayninkunata judíokunaman tanqaykurqa, chay hina 167 BC watapi Maccabeokunapa hatarikuyninta paqarichispa. Trump-pa iskay kaq qallariy haykuyninpi 2025 watapi, Greciapa riligyunnin (globalismo) Estados Unidos llaqtapi tukuyninta urayman churakusqa kanqa, hinaspa satanásmanta milagrokuna qallarinqa iglesiawan estadota huñuy llamk’ayta kallpachayta. Chay pachapi Trump kamachiy qillqakunata firmanqa Alien and Sedition Acts nisqakunawan parallelota ruwaspa, chay hina bestiapa rikchayninpa imagenninpa formanapa qallariyninta señalaspa (161 BC), hinaspa Pelosi Trials nisqakunapa iskay kaq serieyta qallarinqa. Alien and Sedition Acts nisqakunaqa bestiapa imagenninpa formanapa pachanta qallariyninmanta señalan, chay pachataq Sunday law nisqapi tukukun, 158 BC nisqawan unanchasqa hina.</w:t>
      </w:r>
    </w:p>
    <w:p>
      <w:pPr>
        <w:pStyle w:val="ArticleBody"/>
        <w:jc w:val="left"/>
      </w:pPr>
      <w:r>
        <w:rPr>
          <w:rFonts w:ascii="Times New Roman" w:hAnsi="Times New Roman" w:eastAsia="Times New Roman" w:cs="Times New Roman"/>
        </w:rPr>
        <w:t>Chhinaqa, uywaq uyachasqa bestia-pa rikch’ayninpa pacha qallarin “ruwaykunawan” mayqin kunawanpas Trump atipan hatun willakuy qillqakuna-ta wisq’ayta, mana allin kamachiywan yaykuq runakunata qarqoyta, hinaspa Demócrata partido-pa qhatuynin conspiraciónpi chinkasqa kaqkunata hapiyta, juzgaman apayta. Chay pacha-pa qallariyninmi Trump-pa apamusqan política qatiykachayta señalan, tukukuynintaq religioso qatiykachaywanmi tukukun.</w:t>
      </w:r>
    </w:p>
    <w:p>
      <w:pPr>
        <w:pStyle w:val="ArticleBody"/>
        <w:jc w:val="left"/>
      </w:pPr>
      <w:r>
        <w:rPr>
          <w:rFonts w:ascii="Times New Roman" w:hAnsi="Times New Roman" w:eastAsia="Times New Roman" w:cs="Times New Roman"/>
        </w:rPr>
        <w:t>Kayna sentido-pi, 1789 chawpi nishan hinallataq Constituciónpas, 2021 watapi Pelosi juiciokunam, chaykunataq huk pacha kasqanta rikuchin, qallariyninpi kaq kikin historiata tukukuyninpiwan, ichaqa qhepa kaq Pelosi juiciokunapa tantiyayninqa políticopi tikraymi, kunan pichqakunata procesasqa, carcelman wisqasqa runakunapa contra. Iskay kaq waymark línea de protestantismo apóstata nisqapiqa Pelosi juiciokunam, Joe Bidenpa presidencianinta muyurichispa; chay pachataq enero 2025 watapi tukukun, maypichus 1789 waymark, línea de republicanismo apóstata nisqapi, enero 20, 2025 p’unchaypi chayamun, Trump iskay kaq juramentakuynin qhipaman chaylla ruwasqa órdenes ejecutivaswan. Chaymi huk pacha qallarin, maypichus nación dragón hina rimarin (Alien and Sedition Acts), chaymanta domingo kamachikuyman pusasqa, maypichus nación dragón hina rimarin. Chay pachapiqa Constitución, 1789 nisqawan representasqa, sapa kuti aswan-aswan urmachisqa.</w:t>
      </w:r>
    </w:p>
    <w:p>
      <w:pPr>
        <w:pStyle w:val="ArticleBody"/>
        <w:jc w:val="left"/>
      </w:pPr>
      <w:r>
        <w:rPr>
          <w:rFonts w:ascii="Times New Roman" w:hAnsi="Times New Roman" w:eastAsia="Times New Roman" w:cs="Times New Roman"/>
        </w:rPr>
        <w:t>Trump-pa iskay kaq qallariyninpi pusayniyuq presidente tukunku, qanchis kaqmanta kaq; hinaspataq animalpa rikchayninpa kamakuynin reqsichin imaynatas apostata waqra Protestantismpa Republicanismpawan huk waqrallaman huñunakunku, chay tinkuypita Protestantekuna kamachiqkuna kasqankuta. Chay kikin historiapi, pachak tawa chunka tawa waranqa kaypaq waqyasukuna, qayllamusaq Domingo kamachiypi cheqaq Protestantismopa waqran hina hoqarisqa kananpaq, ñawpaqmantaraq sellasqa kanku.</w:t>
      </w:r>
    </w:p>
    <w:p>
      <w:pPr>
        <w:pStyle w:val="ArticleBody"/>
        <w:jc w:val="left"/>
      </w:pPr>
      <w:r>
        <w:rPr>
          <w:rFonts w:ascii="Times New Roman" w:hAnsi="Times New Roman" w:eastAsia="Times New Roman" w:cs="Times New Roman"/>
        </w:rPr>
        <w:t>Manaraq ñiqin mensahe, Jesucristoq Revelacionnin kasqan, hinaspa gracia p’unchay tukukuy manaraq wichq’akusqan ñawpaqta kichasqa, chayqa Danielpa qhepa p’unchaykunaman tupaq rakinmi. Chay kichasqa rakinqa Daniel chunka hukniyuq t’aqapi tawa chunka yupayniyuq versiculopi pakasqa historiami, hinaspa chunka kimsayuqmanta pichqayuqkama versiculokunaqa chay pakasqa historiwan tupanku. Chayrayku, gracia p’unchay tukukuy manaraq wichq’akusqan ñawpaqta kichasqa mensaheqa, Nabucodonosorpa uywakunamanta rurasqa lantiyninpa pakasqa profetico mensahenwan rikuchisqa kasqan hina, kikillantataqmi iskay kaspikuna huñunakuy mensaheqa: Protestantismopas Republicanismopas apostata waqrakunamanta, Maccabeos hinaspa Antiochus III nisqakunawan rikuchisqa, chunka kimsayuqmanta pichqayuqkama versiculopi.</w:t>
      </w:r>
    </w:p>
    <w:p>
      <w:pPr>
        <w:pStyle w:val="ArticleBody"/>
        <w:jc w:val="left"/>
      </w:pPr>
      <w:r>
        <w:rPr>
          <w:rFonts w:ascii="Times New Roman" w:hAnsi="Times New Roman" w:eastAsia="Times New Roman" w:cs="Times New Roman"/>
        </w:rPr>
        <w:t>Willka uywaqpa rikchayninpa ruwayninmanta reqsichiq willakuyqa, cheqaq Protestante waqrata sellaq ch’uyanchasqanta apamuq willakuymi.</w:t>
      </w:r>
    </w:p>
    <w:p>
      <w:pPr>
        <w:pStyle w:val="ArticleBody"/>
        <w:jc w:val="left"/>
      </w:pPr>
      <w:r>
        <w:rPr>
          <w:rFonts w:ascii="Times New Roman" w:hAnsi="Times New Roman" w:eastAsia="Times New Roman" w:cs="Times New Roman"/>
        </w:rPr>
        <w:t>Chunka tawa chunka tawaqniyuqpi, 200 a.C. watapi, pagano Romaqa ñawpaq kutita profético willakuyman yaykuchisqa rikuchikun, Egipto suyupa musuq wawa reyinta waqaychananpaq hatarispan, Antioquio IIIwan Macedonia llaqtamanta Felipewan Egiptopa contran rurasqa huk huñunakuyta hark’ananpaq. Chay watapi Panium maqanakuyqa Antioquio IIIpa Ptolomeo Vpa contran rurasqa karqan. Llaqtaykikunamanta suwa runakunapa yaykukuynin, rikch’ayninta takyachiqkuna, Antioquiowan Felipewan huñunakuy, hinallataq Panium maqanakuypas, llapanmi chay watallapi pasakurqan. Chayrayku, chay waymarkaqa huk huñunakuyta reqsichin Antioquiowan, paymi allpa animalpa republicano waqranman rikch’akuq, hinallataq Macedonia llaqtamanta Felipewan, Greciapa ñawpa sutinta, Naciones Unidasman rikch’akuq.</w:t>
      </w:r>
    </w:p>
    <w:p>
      <w:pPr>
        <w:pStyle w:val="ArticleBody"/>
        <w:jc w:val="left"/>
      </w:pPr>
      <w:r>
        <w:rPr>
          <w:rFonts w:ascii="Times New Roman" w:hAnsi="Times New Roman" w:eastAsia="Times New Roman" w:cs="Times New Roman"/>
        </w:rPr>
        <w:t>Proféticop kawsaqninpi, Paniumpi Maqanakuypi dragónwan (Macedonia) falso profetawan (EE. UU.) huk alianzam ruwakun. Chay alianzamanta ukhu motivaciónninqa Egiptopa kamachiyninta rakiy karqan, chaymi Rusia urmashaqta rikuchinman.</w:t>
      </w:r>
    </w:p>
    <w:p>
      <w:pPr>
        <w:pStyle w:val="ArticleBody"/>
        <w:jc w:val="left"/>
      </w:pPr>
      <w:r>
        <w:rPr>
          <w:rFonts w:ascii="Times New Roman" w:hAnsi="Times New Roman" w:eastAsia="Times New Roman" w:cs="Times New Roman"/>
        </w:rPr>
        <w:t>Jesúsqa disipulonkunata Paniumman pusasqan pacha, chay llaqtaqa Caesarea Philippi sutiyoq karqa. Herodes Hatunpa willkan, Herodes Philippi, llaqtata yapamanta allichaspa, César Augusto sutiman hinallataq kikimpa sutinman suticharqa; chayraykum Caesarea Philippi nisqa karqa. Paykunap rimanakuyninku Romata Romanwan rikuchin; ichaqa Philippiqa Césarwan tupachisqa hina aswan pisi Roma kashan, hinaspapas profétiko nivelninpi Herodes Philippiqa Herodíaspa ususin Salométa rikuchin. Chayrayku, Caesarea Philippi sutiwanqa Herodes Philippi llulla profétata rikuchisqanta tarinchik, Césarñataq papadota rikuchin.</w:t>
      </w:r>
    </w:p>
    <w:p>
      <w:pPr>
        <w:pStyle w:val="ArticleBody"/>
        <w:jc w:val="left"/>
      </w:pPr>
      <w:r>
        <w:rPr>
          <w:rFonts w:ascii="Times New Roman" w:hAnsi="Times New Roman" w:eastAsia="Times New Roman" w:cs="Times New Roman"/>
        </w:rPr>
        <w:t>Chaymi Paniumpa profetap historianninqa, hinaqa iskay huñunakuykunatam rikuchin: hukpi llulla profeta (Trump) dragónwan (Naciones Unidaswan) makinta huñun, hukñataq papadowan (Césarwan) makinta huñun. Chunka suqta versículopin Domingo kamachikuy rikuchisqa kachkan, chaypim kimsa kuti huñusqa hukllachasqa churanakuy rurakun; ichaqa chay allinchakuyqa chiqaqpuni ñawpaqta churakusqa karqa Domingo kamachikuy manaraq kaptin, chunka pichqa versículopi hinallataq Panium maqanakuypi.</w:t>
      </w:r>
    </w:p>
    <w:p>
      <w:pPr>
        <w:pStyle w:val="ArticleScripture"/>
        <w:jc w:val="left"/>
      </w:pPr>
      <w:r>
        <w:rPr>
          <w:rFonts w:ascii="Times New Roman" w:hAnsi="Times New Roman" w:eastAsia="Times New Roman" w:cs="Times New Roman"/>
        </w:rPr>
        <w:t>“Papa kaypa sayayninta Diospa kamachisqanman contrapi kallpachiq kamachiywanmi, suyunchikqa hunt’asqataqmi chiqap kaymanta t’aqakunqa. Protestantismin makinta chay hatun chinkay patapi mast’arispan Roma munayniyoqpa makinta hap’inanpaj, ukhu t’ikray pataman chayananpaj Espiritualismowan makiwan hap’isinanpaj, kay kimsa hukllachasqa t’inkisqapa kamachiynin uranpi suyunchikqa Constitucionninpa llapa kamachiyninkunata Protestante hinataq republicano gobiernomanta kachkanman chinkachispan, papapa llullakuyninkunatawan pantachikuyninkunata mast’arichinampaj ñan kicharispa, chaypachaqa yachasunman Satanaspa musphay atipaynin rurasqanpaq pacha chayamushasqanta, tukukuyqa qayllallapiña kasqantawan.” Testimonies, tomo 5, 451.</w:t>
      </w:r>
    </w:p>
    <w:p>
      <w:pPr>
        <w:pStyle w:val="ArticleBody"/>
        <w:jc w:val="left"/>
      </w:pPr>
      <w:r>
        <w:rPr>
          <w:rFonts w:ascii="Times New Roman" w:hAnsi="Times New Roman" w:eastAsia="Times New Roman" w:cs="Times New Roman"/>
        </w:rPr>
        <w:t>Kay yachayta hamuq qillqapiqa qatiqasunraqmi.</w:t>
      </w:r>
    </w:p>
    <w:p>
      <w:pPr>
        <w:pStyle w:val="ArticleScripture"/>
        <w:jc w:val="left"/>
      </w:pPr>
      <w:r>
        <w:rPr>
          <w:rFonts w:ascii="Times New Roman" w:hAnsi="Times New Roman" w:eastAsia="Times New Roman" w:cs="Times New Roman"/>
        </w:rPr>
        <w:t>“Revelaciónqa manam musuq imata ruranachu, nitaq musuq imata inventanachu, aswanqa runakunaman mana reqsisqa kasqanta, revelasqa kaman, rikuchiyllam. Evangelio ukhupi kaq hatun, wiñay cheqaq-kunaqa sut’inchasqa kanku Diospa ñawpaqenpi sapaqta mask’aspa, hinallataq kikinchikta humillaspa. Diosmanta yachachiqqa pusaqmi cheqaqta mask’aq humilde runapa yuyayninta; chaymantaq Santo Espíritu pusaqninwan Simiq cheqaq-kunaqa payman reqsichisqa kanku. Chayhinata pusasqa kaymantaqa mana kanchu aswan aswan seguro, aswan atiniyuq yachay ñan. Salvadorpa prometesqanmi karqa: ‘Pay, cheqaqpa Espíritu, hamuqtin, llapa cheqaqman pusasunkichik.’ Santo Espírituta qonakuywanmi Diospa Siminta entiendenchik.”</w:t>
      </w:r>
    </w:p>
    <w:p>
      <w:pPr>
        <w:pStyle w:val="ArticleScripture"/>
        <w:jc w:val="left"/>
      </w:pPr>
      <w:r>
        <w:rPr>
          <w:rFonts w:ascii="Times New Roman" w:hAnsi="Times New Roman" w:eastAsia="Times New Roman" w:cs="Times New Roman"/>
        </w:rPr>
        <w:t>Salmo qillqaqa nin: “¿Imawanmi huk wayna runa ñanninta pichayman churanqa? Simiynikiman hinata allinta waqaychaspan. Tukuy sonqoywanmi maskhaykiku: ama saqeychu kamachikuykikunamanta pantasqa puriyta.... Ñawiykunata kichariy, kamachikuykimanta musphaypaq admiraypaq imakunata rikunaypaq.”</w:t>
      </w:r>
    </w:p>
    <w:p>
      <w:pPr>
        <w:pStyle w:val="ArticleScripture"/>
        <w:jc w:val="left"/>
      </w:pPr>
      <w:r>
        <w:rPr>
          <w:rFonts w:ascii="Times New Roman" w:hAnsi="Times New Roman" w:eastAsia="Times New Roman" w:cs="Times New Roman"/>
        </w:rPr>
        <w:t>“Yachachisqanchikmi cheqaqta maskananchikpaq pakasqa quri hina. Señorqa cheqaqta maskaq cheqaq maskaqpa yuyayninta kicharin; Santo Espirituñataq revelaciónpi cheqaqkunata hap’iyta atichin. Kaytan salmista nin, ñawinkuna kichasqa kananpaq mañakuspan, leymanta almiraypaq imakunata rikunanpaq. Almacha Jesucristoq allin kayninkunata munaywan wayq’aspankuqa, yuyayqa aswan allin pacha gloriakunata hap’iyta atichisqa kachkan. Diospa Simiq cheqaqninkunataqa manam entiendenchikchu mana divino Yachachiqpa yanapayninwanqa. Cristoq yachay wasinpi yachakunchik llamp’u, humillde kayta, imaraykuchus chaypi qowasqanchikmi kasqanrayku diosllapa kaq kaypa misteriokunata entiendenapaq yuyay.”</w:t>
      </w:r>
    </w:p>
    <w:p>
      <w:pPr>
        <w:pStyle w:val="ArticleScripture"/>
        <w:jc w:val="left"/>
      </w:pPr>
      <w:r>
        <w:rPr>
          <w:rFonts w:ascii="Times New Roman" w:hAnsi="Times New Roman" w:eastAsia="Times New Roman" w:cs="Times New Roman"/>
        </w:rPr>
        <w:t>“Simita qillqasimita saminchaqmi simipa chiqap sut’iqchasqan karqa. Cristoqa yachachisqasninta rikuchirqan uyariqkunaq yuyayninkuta waqyaspa naturalezaq sasan kamachikuyninkuman, hinallataq sapa p’unchay rikusqanku hinaspa llamk’asqanku reqsisqa imakunaman. Chayhinapin payqa yuyayninkuta pusarqa naturaleza-mantam espíritu-man. Askha runakunaqa mana huk kutillapi hap’iqta atirqankuchu parábolasninpa nisqanta; ichaqa p’unchaymanta p’unchayman chay hatun Yachachiqpa espiritual chiqaqkuna-man tinkuchisqan imakunawan tupaspa, wakinkunaqa reqsiranku Diospa chiqaq yachachikuyninpa yachachisqankunata pay sonqonkuman churaspa saqeyta munasqanta, hinaspa kaykunaqa paypa kachamusqa kasqan chiqaq kasqanmanta allinta yachaspa evangelio-man tikrakurqanku.” Sabbath School Worker, December 1,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qillqapi — Pachak isqun chunka iskayniyuq</dc:title>
  <dc:subject>Pakasqa Historiaq Rikuchisqan: Daniel 11-manta Proféticahina Tinkuykuna, hinaspa 144,000-pa Sellasqa Kaynin</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