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QILLQASQAN LIBRU — Pachak isqon chunka kimsayuqniyuq</w:t>
      </w:r>
    </w:p>
    <w:p>
      <w:pPr>
        <w:pStyle w:val="ArticleSubtitle"/>
        <w:jc w:val="left"/>
      </w:pPr>
      <w:r>
        <w:rPr>
          <w:rFonts w:ascii="Arial" w:hAnsi="Arial" w:eastAsia="Arial" w:cs="Arial"/>
        </w:rPr>
        <w:t>Pacha p’unchaykunapa qhawaynin kichasqa: Rusia suyupa kawsayninmanta Trump-pa kutimunankama, hinaspa Uywaqa rikch’ayninpa rurasqan sayariynin 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Qaylla p’unchaykunapi Rusiaqa Ukraniapi awqanakuyta atipayninwan tukuchinqa, chay atipaytaq Putinpaq, hinallataq Rusiapaqpas tukukuypa qallariynin kasqanta rikuchinqa. Imaynan Gorbachevqa sapan kamachikuyninta wakinchaspa huktawan churakurqan (perestroika), chaymanta Naciones Unidasman ayqekurqan, chay hinallataq políticopi Rusiaqa Naciones Unidaspa kamachikuynin urapi churakusqa kanqa, chaykamataq religionpi Rusiaqa papadopa maki kamachiyninman apasqa kanqa. Trumpqa 2024 watapi akllasqa kanqa, hinaspan globalista Demócratakunata, hinallataq sutipi Republicano globalistakunatapas atipayta atinqa, hinaspan Naciones Unidaspa globalistankunawan huñunakuyta ruwanka, Putinpa hinallataq Rusiapa urmayninmanta lluqsisqa sasachakuykunata allichanapaq. Chaymanta Tiro llaqta qollana warmiqa Rusiapa favorninpi rimarinqa.</w:t>
      </w:r>
    </w:p>
    <w:p>
      <w:pPr>
        <w:pStyle w:val="ArticleBody"/>
        <w:jc w:val="left"/>
      </w:pPr>
      <w:r>
        <w:rPr>
          <w:rFonts w:ascii="Times New Roman" w:hAnsi="Times New Roman" w:eastAsia="Times New Roman" w:cs="Times New Roman"/>
        </w:rPr>
        <w:t>Panium Maqanapi, chunka tawa versiculopi kimsa maqanakunamanta ñawpaqninpa historianninqa yapamanta kutimun. Ñawpaq maqanapi, 1989 watapi Unión Soviética urmakuyninwan rikuchisqa, qhipa pusaq presidentekunamanta ñawpaqninqa papadopa rantin ejército-nin hina sirvirqan. Chay ñawpaq presidenteqa Republicano karqan, chaywanmi qhipaqa hinallataq Republicano presidente kananta señalachin. Ñawpaq presidenteqa fierro cortinapa pirqanmantawan parlariyninrayku reqsisqa karqan; chayqa profético waymark hina urmarqan Berlín Pirqa 1989 wata, noviembre killapa 9 p’unchayninpi urmaykuptin. Qhipa Republicano presidenteqa Estados Unidos nisqapa uray linderonpi pirqamanta parlariyninrayku reqsisqa kanqa, hinaspa Trumppa pirqata hatarichisqan testimonionta señalasqa waymarkqa domingo ley kanqa, maypichus simbólico “iglesiawan estadopa t’aqanakuy pirqa” qichusqa kanqa.</w:t>
      </w:r>
    </w:p>
    <w:p>
      <w:pPr>
        <w:pStyle w:val="ArticleBody"/>
        <w:jc w:val="left"/>
      </w:pPr>
      <w:r>
        <w:rPr>
          <w:rFonts w:ascii="Times New Roman" w:hAnsi="Times New Roman" w:eastAsia="Times New Roman" w:cs="Times New Roman"/>
        </w:rPr>
        <w:t>Chay ñawpaq umalliqqa ñawpaq willanakuy-manta reqsisqa qhapaq runam karqa, sut’in rimay yachayninrayku hinaspa asiy yuyayninrayku reqsisqa. Qhipa umalliqpas ñawpaq willanakuy-manta reqsisqa qhapaq runam, sut’in rimay yachayninrayku hinaspa asiy yuyayninrayku reqsisqa. 1989 watapi, Unión Soviética sutiyuq apu qhapaq suyu t’aqakunam rikuchikurqa, hinaspa chunka tawaq tawaqniyuq chusku chunka versomanta kimsa maqanakuykunamanta qhipaqqa Rusia sutiyuq apu qhapaq suyu t’aqakusqanta rikuchin.</w:t>
      </w:r>
    </w:p>
    <w:p>
      <w:pPr>
        <w:pStyle w:val="ArticleBody"/>
        <w:jc w:val="left"/>
      </w:pPr>
      <w:r>
        <w:rPr>
          <w:rFonts w:ascii="Times New Roman" w:hAnsi="Times New Roman" w:eastAsia="Times New Roman" w:cs="Times New Roman"/>
        </w:rPr>
        <w:t>Panium maqanakuyqa chusku chunka versiculopi kinsa kaq, qhipa kaq maqanakuymi, hinaspa ñawpaq kaq maqanakuywanmi rikuchisqa karqa. Ñawpaq kaq maqanakuy tukukuptin, llapa pacha yacharqan kay pachapi huklla atiyniyuq hatun llaqtalla Estados Unidos kasqanta. Chay pachantinpi kamachiyqa qhipa kaq maqanakuypa tukukuyninpi yapamantanmi ruwasqa kanqa, chaypim, Antiochus IIIwan Macedonia llaqtamanta Felipewan ruwasqa huñunakuy kasqanmanta qhipamanpas, (Estados Unidoswan Naciones Unidaswan), Estados Unidosqa (llulla profeta) chunka reykunapa ñawpaq kaq reynin hina sayachisqa kanqa (dragón nisqa—Naciones Unidas).</w:t>
      </w:r>
    </w:p>
    <w:p>
      <w:pPr>
        <w:pStyle w:val="ArticleBody"/>
        <w:jc w:val="left"/>
      </w:pPr>
      <w:r>
        <w:rPr>
          <w:rFonts w:ascii="Times New Roman" w:hAnsi="Times New Roman" w:eastAsia="Times New Roman" w:cs="Times New Roman"/>
        </w:rPr>
        <w:t>Kimsa maqanakuykuna chusku chunka yupaypiqa “Cheqaq Kay” sutichasqa sanqhanmi rikuchin, ñawpaq kaqmi qhepa kaqta sut’ichan, chawpi maqanakuytaq hatarikuypa rikchayninta sut’ichan. Ñawpaq kaqpas qhepa kaqpas atipaq rantin soldadokuna (Estados Unidos) atipan, ichaqa iskay kaq rantin soldadokunaqa chinkachisqa kanku, chay iskay kaq rantin soldadokunaqa Nazismon, may pacha hunt’asqa hatarikuypa unanchaqninmi.</w:t>
      </w:r>
    </w:p>
    <w:p>
      <w:pPr>
        <w:pStyle w:val="ArticleBody"/>
        <w:jc w:val="left"/>
      </w:pPr>
      <w:r>
        <w:rPr>
          <w:rFonts w:ascii="Times New Roman" w:hAnsi="Times New Roman" w:eastAsia="Times New Roman" w:cs="Times New Roman"/>
        </w:rPr>
        <w:t>Donald Trump-pa kimsa kampañan siyasikunaqa “Cheqaq Kay” nisqapa señallanta apamun, payqa ñawpaq kampañanpi hinallataq qhipa kampañanpipas akllayta atipan; ichaqa chawpi kampañanpim mana atipanchu ateísmo uywawan, mayqinchus dragónpa kallpan kasqa, yapamantaq chay hatarikuypa símbolon, mayqinchus hebreo alfabetoq chunka kimsayuq qillqawan rikuchisqa, chayñataq ñawpaq qhipa qillqawan kuskachasqa kaspan hebreo simi “Cheqaq Kay” nisqata ruwanku.</w:t>
      </w:r>
    </w:p>
    <w:p>
      <w:pPr>
        <w:pStyle w:val="ArticleBody"/>
        <w:jc w:val="left"/>
      </w:pPr>
      <w:r>
        <w:rPr>
          <w:rFonts w:ascii="Times New Roman" w:hAnsi="Times New Roman" w:eastAsia="Times New Roman" w:cs="Times New Roman"/>
        </w:rPr>
        <w:t>Daniel chunka huk ñiqin tawaq chunka versículonqa 1989 watapi tukukuypa pacha kasqanta reqsichin, chunka suqtaq versículonqa mana unay hamuq domingo kamachikuyta reqsichin. Chunka versículomanta chunka pisqayuqkama versículokunaqa chunka tawaq chunka versículo pa pakasqa historianta rikuchinku, chayqa Daniel libropi qhepa p’unchaykunakama sellasqa karqan chay rak’iy kasqanmi. Chunka versículomanta chunka pisqayuqkama versículokuna “línea patapi línea” hina churakuspa chunka tawaq chunka versículo pa pakasqa historianninpim, qhepa p’unchaykunaman tupaq Danielpa rak’iyninqa kichasqa rikurin. Chay rak’iyninqa kichasqa rikurin sábado waqaychaqkunapa pruebanapa tukukuynin manaraq wichq’akusqanmanta ñawpaqta, mana unay hamuq domingo kamachikuypi. Chayraykun chayqa qhepa, icha qanchis ñiqin sello kasqanta rikuchin.</w:t>
      </w:r>
    </w:p>
    <w:p>
      <w:pPr>
        <w:pStyle w:val="ArticleScripture"/>
        <w:jc w:val="left"/>
      </w:pPr>
      <w:r>
        <w:rPr>
          <w:rFonts w:ascii="Times New Roman" w:hAnsi="Times New Roman" w:eastAsia="Times New Roman" w:cs="Times New Roman"/>
        </w:rPr>
        <w:t>Hinaspa qanchis sellota kicharirqanña, hanaq pachapi kasqa ch’inyay hina kasharqan kuskan hora tupaq. Hinaqtin rikurqani qanchis angelta, Diospa ñawpaqninpi sayashaqkunata; paykunamanmi qanchis corneta qorikurqan. Hinaqtin huk angelpas hamuspa altarpa qayllanpi sayarqan, qori inciensu apana kasqanwan; paymanmi achka inciensuta qorirqan, llapa santoskunapa mañakusqankunawan kuska haywarinanpaq, tronopa ñawpaqninpi kaq qori altar hawanman. Hinaqtin inciensupa qosñinpas, santoskunapa mañakusqankunawan kuska, angelpa makinmanta Diospa ñawpaqninman wicharirqan. Chaymantataq angelqa inciensu apanata hap’ispa, altarpa ninanwan hunt’achirqan, hallp’amanña wikch’urqan; hinaspa karqan rimaykuna, illapakuna, lliphipikuna, hallp’a kuyuywan ima. Hinaqtin qanchis angelkuna, qanchis cornetayuqkuna, waqaychanankupaq wakichikurqanku. Apocalipsis 8:1–6.</w:t>
      </w:r>
    </w:p>
    <w:p>
      <w:pPr>
        <w:pStyle w:val="ArticleBody"/>
        <w:jc w:val="left"/>
      </w:pPr>
      <w:r>
        <w:rPr>
          <w:rFonts w:ascii="Times New Roman" w:hAnsi="Times New Roman" w:eastAsia="Times New Roman" w:cs="Times New Roman"/>
        </w:rPr>
        <w:t>Qanchis angelkuna qanchis pututukunawanmi kayachkanku kamachiq taripayta, mayqinchus qallarin Estados Unidos llaqtapi domingo kamachiywan, hinallataq paykunam kayachkanku chay kamachiq taripayta, mayqinchus qallarin Michael hatariptin runakunapa probacionninku wichq’akuptin. Ñawpaq pacha, domingo kamachiymanta Michael hatarinankama, Diospa taripayninkuna khuyapaywan chaqrusqa kanku; ichaqa chaymanta qhipaman qanchis qhipa unquykunam Diospa taripayninkuna mana khuyapaywan chaqrusqa. Qanchisniyuq sellopa kichakuyninqa chay pacham kachkan kamachiq taripaykuna wakichisqa kaptin, imaynachus qanchis angelkunawan rikuchisqa.</w:t>
      </w:r>
    </w:p>
    <w:p>
      <w:pPr>
        <w:pStyle w:val="ArticleBody"/>
        <w:jc w:val="left"/>
      </w:pPr>
      <w:r>
        <w:rPr>
          <w:rFonts w:ascii="Times New Roman" w:hAnsi="Times New Roman" w:eastAsia="Times New Roman" w:cs="Times New Roman"/>
        </w:rPr>
        <w:t>Daniel qelqekuna iskayniyuq ch’usaq isqunniyuqmi “santokunapa mañakuyninkunata” reqsichin, chayqa huk mañakuymi uywanakuna rikch’ayninmanta pakasqa Nabucodonosorpa musquyninwan tupaq ruwaykunata entiendenapaq, hinallataq Levitico qelqepa iskay chunka suqtañiqin kapítulopi “qanchis kuti” nisqawan t’inkisqa wanakuywan huchakuy willakuywanpas. Chay mañakuykuna, “qori qosñichina”pi inciensowan chaqrusqa, Diospa ñawpaqenman wicharirqanku, chaykunataqa mañakunku pachak tawa chunka tawa waranqa ukhupi kananpaq waqyasqa runakuna, paykunaqa chay pachallapi kawsaq Diospa sellonta chaskinku, altarmanta nina hallp’aman wikch’uykusqa kaptin.</w:t>
      </w:r>
    </w:p>
    <w:p>
      <w:pPr>
        <w:pStyle w:val="ArticleBody"/>
        <w:jc w:val="left"/>
      </w:pPr>
      <w:r>
        <w:rPr>
          <w:rFonts w:ascii="Times New Roman" w:hAnsi="Times New Roman" w:eastAsia="Times New Roman" w:cs="Times New Roman"/>
        </w:rPr>
        <w:t>Ezequiel qhelqan isqonpi, chay kikinlla santokunam llakikuspanku waqaspanku tiyan suyuypi chayri iglesiapi ruwasqa millay mana allinkunamanta; hinaspataq huchamanta sunqunkupi sinchi llaquykuta rikuchkaptinku, sellay angelninmi urqunkupi huk señalta churapun. Imaynan Apocalipsis qhelqan pusaq qhelqapi kasqan hina, chinkachiq angelkuna nisqawan rikuchisqa taripaykunapas qhepapi sayashan sellay tukusqanmanta kamachiyta suyakuspa.</w:t>
      </w:r>
    </w:p>
    <w:p>
      <w:pPr>
        <w:pStyle w:val="ArticleScripture"/>
        <w:jc w:val="left"/>
      </w:pPr>
      <w:r>
        <w:rPr>
          <w:rFonts w:ascii="Times New Roman" w:hAnsi="Times New Roman" w:eastAsia="Times New Roman" w:cs="Times New Roman"/>
        </w:rPr>
        <w:t>Mana pantay mana chiqap sut’intaq Yaqa Tukukuqqa llapa nacionkunawan yupaychasqa cuentataqa qatiqraqmi waqaychan. K’uyakuyninqa llamp’u kayninwan arrepentikuyman waqyaspa haywarikushaqtinpas, kay cuentaqa kichasqallam qhiparinqa; ichaqa yupaykunaqa Diospa churasqan huk tupuyman chayaqtinku, phiñakuyninpa ministerionmi qallarin. Cuentaqa wisq’asqanñam. Diospa paciencia ninqa tukukunñam. Manan aswanqa paykunapa raykun k’uyakuy mañakuyqa kanñachu.</w:t>
      </w:r>
    </w:p>
    <w:p>
      <w:pPr>
        <w:pStyle w:val="ArticleScripture"/>
        <w:jc w:val="left"/>
      </w:pPr>
      <w:r>
        <w:rPr>
          <w:rFonts w:ascii="Times New Roman" w:hAnsi="Times New Roman" w:eastAsia="Times New Roman" w:cs="Times New Roman"/>
        </w:rPr>
        <w:t>“Profetaqa, watakunapa unay p’unchayninkunata qhawarispa, kay pachata rikuyayninpa ñawpaqenman churakusqa karqa. Kay pacha nacionkunaqa mana hayk’aq rikusqa khuyapayakuyninkunata chaskiqkuna karqanku. Hanaq pacha bendicionninkunamanta akllasqa aswan allinkuna qosqa karqan chaykunaman; ichaqa aswan hatun runa tukuy, qhapaq kayta munay, wak’akunata yupaychay, Diosta pisipaq qhawariy, hinaspa p’enqaypaq mana agradecekuy, chaykunapa contranpi qelqasqa kachkan. Utqayllam Dioswan cuentankuta wisq’ayta tukuchkanku.</w:t>
      </w:r>
    </w:p>
    <w:p>
      <w:pPr>
        <w:pStyle w:val="ArticleScripture"/>
        <w:jc w:val="left"/>
      </w:pPr>
      <w:r>
        <w:rPr>
          <w:rFonts w:ascii="Times New Roman" w:hAnsi="Times New Roman" w:eastAsia="Times New Roman" w:cs="Times New Roman"/>
        </w:rPr>
        <w:t>“Ichaqa chaymi aswan mancharichiwaq: llapa aswan hatun k’anchayniyuq, aswan achka allin kaqkunata chaskiqkunaqa llapa mast’arisqa mana allinkaywan qichusqaña karqanku. Muyuriqninchikpi mana chaninnaq kawsayniyuqkunapa atipayninwan, achka runakuna, cheqaq kayta willakusqankumanta wakinkupas, chiriyaq tukuq, hinaspa mana allin kaypa kallpachasqa mayuyninwan apasqa kanku. Cheqaq Diosman yupaychayta, santu kaytapas llapa p’enqachisqanqa, mana Dioswan sinchi t’inkisqa kaqkunata, Paypa kamachikuyninman manaña manchakuywan yupaychayta chinkachin. Sichus paykuna k’anchayta qatipaq, cheqaq kaytataq sonqomanta kasukuq karqankuman chayqa, kay santu kamachikuyqa paykunapaq aswan ancha munasqa, ancha chaninmi rikurinqa, chayhina p’enqachisqa, saqisqa kaptinpas. Diospa kamachikuyninman mana yupaychayqa astawan sut’i rikuriptinmi, chayta waqaychaqkunawan kay pachawan chawpi t’aqasqa chiqanqa astawan sut’inchan. Hanaq pacha kamachikuykunata munayqa huk kasta runakunapi wiñan, imaynan huknin kasta runakunapi paykunaman pisi yupaychayqa wiñashan hina.”</w:t>
      </w:r>
    </w:p>
    <w:p>
      <w:pPr>
        <w:pStyle w:val="ArticleScripture"/>
        <w:jc w:val="left"/>
      </w:pPr>
      <w:r>
        <w:rPr>
          <w:rFonts w:ascii="Times New Roman" w:hAnsi="Times New Roman" w:eastAsia="Times New Roman" w:cs="Times New Roman"/>
        </w:rPr>
        <w:t>“Llakikuyqa utqayllam qayllamushan. Utqayllata hatunyarispa rikuchiq yupaykunaqa sut’ita rikuchin, Diospa watukuyninpaq pacha casi chayamushasqanta. Castigayta mana munaspaqa chayraqmi, ichaqa castiganqa, chaytaq usqhaylla. Kunan k’anchaypi puriqkunaqa qayllamuq manchaypa señalkunanta rinqaku; ichaqa manam upallalla, mana llakikuspalla suyachkanankuchu chay tukukuypi, kikinkuta sonqochakuspa yuyaywan: watukuypa p’unchayninpi Diosqa llaqtanta pakaykunqa nispa. Manam chayhinachu. Paykunaqa reparankumanmi kayqa paykunapa ruwanan kasqanta, allinta kallpachakuspa wakinkunatapas qespichinankupaq, sinchi iñiypi Diosman qhawarispa yanapayninta mañakuspa. ‘Chaninnaq runapa kallpawan ruphasqa mañakuyninqa ancha atipaqmi.’”</w:t>
      </w:r>
    </w:p>
    <w:p>
      <w:pPr>
        <w:pStyle w:val="ArticleScripture"/>
        <w:jc w:val="left"/>
      </w:pPr>
      <w:r>
        <w:rPr>
          <w:rFonts w:ascii="Times New Roman" w:hAnsi="Times New Roman" w:eastAsia="Times New Roman" w:cs="Times New Roman"/>
        </w:rPr>
        <w:t>Diosman kawsayninpa levaduranqa manam llapan atiniyntachu chinkachisqa. Iglesiapa aswan hatun peligronninpi, llaquyyninpi ima, k’anchaypi sayashaqkuna pisilla huñusqaqa allpapi ruwasqa millay millay ruwaykunamantam waqaychaspa nanaywan qaparispa kashanku. Ichaqa aswanraqmi mañakuyninku iglesiapa favorninpaq oqarinqa, imaraykuchus miembrokunaqa kay pachapa rurayninkunaman hina purishanku.</w:t>
      </w:r>
    </w:p>
    <w:p>
      <w:pPr>
        <w:pStyle w:val="ArticleScripture"/>
        <w:jc w:val="left"/>
      </w:pPr>
      <w:r>
        <w:rPr>
          <w:rFonts w:ascii="Times New Roman" w:hAnsi="Times New Roman" w:eastAsia="Times New Roman" w:cs="Times New Roman"/>
        </w:rPr>
        <w:t>Kay chiqan iñiqkunaq kuska sonqoyoq mañakunkuqa mana yanqalla kanqachu. Señorqa rimanapaq lloqsimuqtin, cheqaqta qatiqpaq hina hamunqa, chaykunaqpaqpas waqaychaq hina, paykuna pisi iñiqkunaq ch’uyayuq kawsaypi iñiyninta waqaychaspa, kay pachamanta mana q’elliykusqa kachkanku. Kay pachapin Diosqa prometisqan kachkan akllasqan runankunata p’ampachinanpaq, payman tuta p’unchaw waqaspa qapariqkunata, pay paykunawan unayta suyaspanpas.</w:t>
      </w:r>
    </w:p>
    <w:p>
      <w:pPr>
        <w:pStyle w:val="ArticleScripture"/>
        <w:jc w:val="left"/>
      </w:pPr>
      <w:r>
        <w:rPr>
          <w:rFonts w:ascii="Times New Roman" w:hAnsi="Times New Roman" w:eastAsia="Times New Roman" w:cs="Times New Roman"/>
        </w:rPr>
        <w:t>Kamachikuyqa kaymi: “Llaqtapa chawpinpi puriy, Jerusalén llaqtapa chawpinpi puriy, chaypi ruwasqa llapa millay ruwaykunamanta waqaq, llakikuq runakunapa urkunpi señalta churay,” nispa. Kay waqaq, llakikuqkunaqa kawsaypa siminkunata willakuspa karqanku; huchachanakuqmi karqanku, yuyaychakuqmi karqanku, mañakuqmi karqanku. Wakinkunaqa, Dios-ta mana yupaychaspa p’enqaychakuqkuna, wanakuspanku, sonqonkutapas Paypa ñawpaqenman pisiymanayukurqanku. Ichaqa Señorpa k’anchayninqa Israelmanta ripusqañam karqa; achkakunaqa religiónpa rikch’ayninkunallataraq qatikuchkaptinku, atiyninqa, kayninpas manañam kasharqachu.” Testimonies, volumen 5, 208–210.</w:t>
      </w:r>
    </w:p>
    <w:p>
      <w:pPr>
        <w:pStyle w:val="ArticleBody"/>
        <w:jc w:val="left"/>
      </w:pPr>
      <w:r>
        <w:rPr>
          <w:rFonts w:ascii="Times New Roman" w:hAnsi="Times New Roman" w:eastAsia="Times New Roman" w:cs="Times New Roman"/>
        </w:rPr>
        <w:t>Chunkaq qanchisniyuqmanta chunka pichqayuqkama kaq versículokunaqa tawa chunka versículopi pakasqa historiata kicharinku; chayta ruwaspaqa, huk pachallapi rikuchinku pachak tawa chunka tawa waranqa sellasqa kananqa kunan pashanña chay runakunapi, paykunaqa mañakusqakunapa mañakusqan kamachiykunata hunt’arqanku, chay mañakusqakunaqa iskay kaq capitulopi Danielwan kimsa allin qhariakunawan sut’inchasqa kanku, hinallataq isqon kaq capitulopi Danielwan. Iskay mañakuykunapa t’aqanakuyqa reqsisqa kanman huk mañakuy hina, profecíapa hawapi pasaq ruwaykunata entiendenapaq (Daniel 2), hinaspa huk mañakuy hina, profecíapa ukhupi kawsay experiencianta chaskinapaq (Daniel 9). Huk t’aqanakuypas kaymi: santoskunan llapaqllaña maskkanku uywaq bestiapa lantinmanta pruebayuq mensajeta entiendenankupaq (Daniel 2), ichaqa sapankankutaq hunt’ananku tukuy sonqowan arrepentikuypa ruwayninta (Daniel 9). Paykunapa mañakusqankunaqa Ezequiel 9-pa contexto-pi kanan tiyan, imaraykuchus llaqtapi hinaspa iglesiapi huchakunamanta llakisqa, nanaychasqa kayta tiyan.</w:t>
      </w:r>
    </w:p>
    <w:p>
      <w:pPr>
        <w:pStyle w:val="ArticleScripture"/>
        <w:jc w:val="left"/>
      </w:pPr>
      <w:r>
        <w:rPr>
          <w:rFonts w:ascii="Times New Roman" w:hAnsi="Times New Roman" w:eastAsia="Times New Roman" w:cs="Times New Roman"/>
        </w:rPr>
        <w:t>“P’ay pachan pacha chaypi kachkaptin paypa phiñakuynin taripaykunapi lluqsimunqa, kay llamp’u, sapa sonqonwan Cristo-ta qatipaq runakuna huknin pacha runakunamanta reqsichisqa kanqaku alma-nak’ariyninkuwan, chaymi llakikuywan, waqaywan, piñapaykunawan, hinaspa willakuykunawan rikuchikun. Hukkunataq kanan kaq mana allikunata p’achawan hina pakayta munanku, hinaspa maypipas mast’arisqa hatun mana allikuyta pampachayta munanku; ichaqa Diospa yupaychasqa kayninrayku celoyoqkuna, hinaspa almankunata munakuyniyoqkunaqa manan upallayllachu qhepakunqaku pipa asuyta tarinankupaqpas. Paykunaq chiqap alma-nkunaqa sapa p’unchaw ñak’arichisqa kachkan mana chuya ruwaykunawan hinaspa mana chiqap runakunaq rimayninkuwan. Manan atiyniyoqchu kanku mana allikuypa phaway wayq’uta sayachiyta; chayraykun llakiywan mancharikuywan hunt’asqa kanku. Diospa ñawpaqenpi llakinku, religionqa pisipaq qhawasqa kashaqta rikuspanku kikinkupaq wasikunallapipas, chaypi kaqkunaqa hatun k’anchayta chaskirqankuña. Llakinku hinaspa almankunata ñak’arichinku, imaraykuchus hatunchakuy, qhapaqyay munay, kikillanpaq kawsay, hinaspa llulla engañokuy ima rikch’aqpas iglesiapi kachkan. Diospa Espiritunmi piñapayman kallpachin, chayqa sarusqa kachkan; Supaypa kamachinkunañataq kusikuywan atipanakunku. Diosta mana yupaychasqachu kanku, cheqaq kaytaq mana imapaqpas hina ruwasqa.”</w:t>
      </w:r>
    </w:p>
    <w:p>
      <w:pPr>
        <w:pStyle w:val="ArticleScripture"/>
        <w:jc w:val="left"/>
      </w:pPr>
      <w:r>
        <w:rPr>
          <w:rFonts w:ascii="Times New Roman" w:hAnsi="Times New Roman" w:eastAsia="Times New Roman" w:cs="Times New Roman"/>
        </w:rPr>
        <w:t>“Quiqinkunaqa kikinkupa espirituallin urmayninkumanta mana llakikukuq, nitaq wakinkunapa huchankunamanta waqaqkunaqa, Diospa sellonmanta saqisqa qhiparinqaku. Señorqa kachamun mensajeronkunata, makinkupi wañuchiy armayuq runakunata: ‘Qatipayaychis payta llaqtata purispa, hinaspa maqayaychis; ama ñawiykichis qhispichichunchu, amataq kuyapayakuychischu: tukuyta wañuchiychis machukunatawan waynakunatawan, sipaskunatawan wawakunatawan warmikunatawan; ichaqa ama qayllaykuychischu ima runamanpas señalyuqmanqa; hinaspa qallariychis Santuarioniymanta.’ Chaymantataq qallariqku wasiq ñawpaqpi kaq machu runakunamanta.”</w:t>
      </w:r>
    </w:p>
    <w:p>
      <w:pPr>
        <w:pStyle w:val="ArticleScripture"/>
        <w:jc w:val="left"/>
      </w:pPr>
      <w:r>
        <w:rPr>
          <w:rFonts w:ascii="Times New Roman" w:hAnsi="Times New Roman" w:eastAsia="Times New Roman" w:cs="Times New Roman"/>
        </w:rPr>
        <w:t>“Kaypiqa rikunchik iglesiaqa — Señorpa santuarionnin — ñawpaqta Diospa piñakuyninpa maqayninta chaskisqanta. Ñawpa machukuna, pikunaman Dios hatun k’anchayta qorqan, hinaspa runakunapa espirituyman interesninkunata waqaychaq hina sayarqanku, confianzata qosqankuta traicionasqanku. Paykuna chay hina kayman churakusqanku: manam milagrokunata suyananchikchu, nitaq Diospa atiywan sut’i rikuchikuyninta ñawpaq p’unchaykunapi hina. P’unchaykuna tikrasqañam. Kay simikuna mana creenankuta kallpachanku, hinaspa ninku: Señorqa manam allinta ruwaykanqachu, nitaq mana allintapas ruwaykanqachu. Payqa ancha kuyapayakuqmi, chayrayku manam llaqtanta juzgamientowan watukuq hamunqachu. Chay hinam ‘Thak kay, seguro kay’ nisqa qapariyqa karunakunamanta hamun, pikunaqa manañam hayk’aqpas kunkan korneta hina oqarinqachu Diospa llaqtanta huchankunata rikuchinankupaq, Jacobpa wasintataq huchankunata qawachinankupaq. Kay upa allqukuna, mana qaparita munasqankurayku, paykunan phiñasqa Diospa chanin venganzanta muchunku. Qharikuna, sipaskuna, huch’uy wawakunapas llapan kuskallam wañunku.” Testimonies, volumen 5, 210, 211.</w:t>
      </w:r>
    </w:p>
    <w:p>
      <w:pPr>
        <w:pStyle w:val="ArticleBody"/>
        <w:jc w:val="left"/>
      </w:pPr>
      <w:r>
        <w:rPr>
          <w:rFonts w:ascii="Times New Roman" w:hAnsi="Times New Roman" w:eastAsia="Times New Roman" w:cs="Times New Roman"/>
        </w:rPr>
        <w:t>Daniel chunka huk ñiqinpas iskay ñiqinpas, 1989 watapi pacha tukukuypi qallarin, hina kikin chunka ñiqinpas. Iskay ñiqinqa historiata apamun Donald Trump-pa ñawpaq kamachiy p’unchayninkama, chaymantataq pakasqa historiata saqin chay soqta qhapaq aswan qhapaq presidentemanta qanchis ñiqin reino kama (Naciones Unidas), Alejandro Hatunwan rikuchisqa. Chay qhapaq rey Jerjes nisqa iskay ñiqinpi kashanman, Alejandro Hatunwan chawpipi pusaq Persia reykuna karqanku. Iskay ñiqinmanta kimsa ñiqinkama pakasqa historiataqa pusaq reykunatan rikuchin. Chhaynaqa, Trump-pa ñawpaq kamachiy p’unchaynin tukukuyninmanta Biblia willakusqan qanchis ñiqin reino kama, llapanpis chunka reykunam kanku, paykunaqa Daniel chunka hukniyuq kapituluq iskaymanta kimsa ñiqinkama pakasqa historiata mast’arinku.</w:t>
      </w:r>
    </w:p>
    <w:p>
      <w:pPr>
        <w:pStyle w:val="ArticleBody"/>
        <w:jc w:val="left"/>
      </w:pPr>
      <w:r>
        <w:rPr>
          <w:rFonts w:ascii="Times New Roman" w:hAnsi="Times New Roman" w:eastAsia="Times New Roman" w:cs="Times New Roman"/>
        </w:rPr>
        <w:t>Chunkaqa simi hukka pruëbapa unanchanmi, chaymanta chay kikin historiapi pasaq pruëbapaqa uywaq lantan rurakuyninmi. Soqta kaq aswan qhapaq presidenteqa 2015 watapi ñawpaq kampañanmanta pacha globalistakunata kuyuchin, chayta ruraspanqa Apocalipsis chunka hukniyuq capitulopi ishkay testigokunawan ateísmo-pa dragón uywanwan chawpipi maqanakuyta qallarin, mana tukukuq, versículo chunka soqta-niyuqwan tawa chunka hukniyuqpi domingo kamachikuy kama. Chay awqanakuy ukhupin Donald Trumpqa ñawpaq presidentem karqa dragonta kuyuchiq, hinallataq qhepa kaqpas paymi. Trumpqa pacha uywaq qhepa presidentenmi, hinaspa Trumpqa qanchis kaq reinoq ñawpaq pusariqninman tukunqa. Chay hinata ruraspanqa, Trumpqa chunka reykunapa ñawpaq kaqta hinaspa qhepa kaqtapas rikuchin, hinaspa chunkaqa pruëbapa unanchanmi.</w:t>
      </w:r>
    </w:p>
    <w:p>
      <w:pPr>
        <w:pStyle w:val="ArticleBody"/>
        <w:jc w:val="left"/>
      </w:pPr>
      <w:r>
        <w:rPr>
          <w:rFonts w:ascii="Times New Roman" w:hAnsi="Times New Roman" w:eastAsia="Times New Roman" w:cs="Times New Roman"/>
        </w:rPr>
        <w:t>1776, 1789 y 1798qa kimsa historiakunata rikuchin, pichqayuq qanchisniyuq presidenti qanchispaqmanta kasqanta takyachinankupaq. 1776qa Declaración de Independencia nisqapa rikhurichisqanmi karqan, hinallataq Primer hinaspa Segundo Congreso Continental nisqakunapa historiankunapas. 1789qa huk historiapa pacha karqan maypin Artículos de la Confederación nisqakuna rurakurqan. Chay pacha 1781 watapi qallarikurqan, hinaspa Constitución nisqapa rikhurichisqanwan 1789 watapi tukukurqan. 1798qa Alien and Sedition Acts nisqakunapa rikhurichisqanmi karqan, hinaspa allpa uywapa qallariyninpas, Bibliapa profecíapi soqtaq qhapaq suyu hina.</w:t>
      </w:r>
    </w:p>
    <w:p>
      <w:pPr>
        <w:pStyle w:val="ArticleBody"/>
        <w:jc w:val="left"/>
      </w:pPr>
      <w:r>
        <w:rPr>
          <w:rFonts w:ascii="Times New Roman" w:hAnsi="Times New Roman" w:eastAsia="Times New Roman" w:cs="Times New Roman"/>
        </w:rPr>
        <w:t>Congresokuna Continental nisqakunaqa iskay willakuy-pacha rakikunku: ñawpaq congreso pacha, hinaspa qhipa congreso pacha. Ñawpaq Continental Congresoqa iskay presidenteyoq karqan, hinaspa Peyton Randolphmi ñawpaq presidente karqan. Iskayñiqin Continental Congresoqa soqta presidenteyoq karqan. Peyton Randolphmi Ñawpaq Continental Congresopaqpas, hinallataq Iskayñiqin Continental Congresopaqpas ñawpaq presidente karqan. Llapanpi pusaq presidente karqan Ñawpaq hinaspa Iskayñiqin Continental Congresokunapa historiankupi. Peyton Randolphmi Ñawpaq hinaspa Iskayñiqin Continental Congresokunap ñawpaq presidente karqan, chay willakuy-pachapi pusaq presidente kasqanrayku; ichaqa iskaynin pachakunapa sapaq ñawpaq presidentenqa huklla runam karqan. Chayrayku, pusaq presidencia tiempu kaptinpas, cheqaqtapuni qanchisllam presidentekuna karqanku. Ñawpaq presidenteqa iskay kuti karqan qanchis runakunapa ñawpaq presidenten, mayqenkunachus presidentekuna karqanku; chayrayku Randolphqa pusaqñiqinta rikuchin, mayqanmi qanchismanta karqan, iskay testigokunapi sayaspañataq ñawpaq cheqaq presidente-ta tipifican, payqa George Washington karqan.</w:t>
      </w:r>
    </w:p>
    <w:p>
      <w:pPr>
        <w:pStyle w:val="ArticleBody"/>
        <w:jc w:val="left"/>
      </w:pPr>
      <w:r>
        <w:rPr>
          <w:rFonts w:ascii="Times New Roman" w:hAnsi="Times New Roman" w:eastAsia="Times New Roman" w:cs="Times New Roman"/>
        </w:rPr>
        <w:t>Washingtonqa Randolphwan rikuchisqa kachkan, chayrayku Randolphqa, Washingtonpa señan hina, iskayninta apachin: hukninmanqa Randolphpa willakuq sutinchayninkunata, ñawpaq presidente kasqanman hina; hukninmanqa pusaqniyuq kasqanta, qanchisniyuqkunamanta kasqanta. Chay hinaqa George Washingtonqa, ñawpaq presidente hina, ñawpaq Comandante en Jefe hinapas, willakuypa yuyayninpi pusaqniyuqmi karqa, chaymantaq qanchisniyuqkunamanta karqa; hinallataq Trumpqa, qhipa presidente hina, pusaqniyuqtaqmi kanqa, chayqa qanchisniyuqkunamantan.</w:t>
      </w:r>
    </w:p>
    <w:p>
      <w:pPr>
        <w:pStyle w:val="ArticleBody"/>
        <w:jc w:val="left"/>
      </w:pPr>
      <w:r>
        <w:rPr>
          <w:rFonts w:ascii="Times New Roman" w:hAnsi="Times New Roman" w:eastAsia="Times New Roman" w:cs="Times New Roman"/>
        </w:rPr>
        <w:t>Iskay kaq ishkay ñiqin Continental Congresspa iskay kaq umalliqninqa John Hancock karqan. Iskay kaq Continental Congressqa 1781 watapi tukukuq karqan. 1781 manta 1789 kamaqa, Articles of Confederationpa historianta riqsichin. Chay pachaqqa 1789 watayuq p’unchaywan unanchasqa kachkan, Constitución nisqapa rikhurichisqanrayku. Chay pachapiqa pusaq umalliqkunapas karqanku. Articles of Confederation nisqakunaqa ñawpaq kaq Constituciónta rikhurichirqan, ichaqa Articles of Confederationpa kallpannaq kayninmi hukmanta rantisqa kananman pusarqan, hinallataq chunka kimsa colonia-kunapa 1789 watapi Constitución nisqapa ratifikasqanman.</w:t>
      </w:r>
    </w:p>
    <w:p>
      <w:pPr>
        <w:pStyle w:val="ArticleBody"/>
        <w:jc w:val="left"/>
      </w:pPr>
      <w:r>
        <w:rPr>
          <w:rFonts w:ascii="Times New Roman" w:hAnsi="Times New Roman" w:eastAsia="Times New Roman" w:cs="Times New Roman"/>
        </w:rPr>
        <w:t>Chay pachapi pusaq presidentekuna qanchis presidentehinam karqanku, ñawpaq ishkay Congreso Continental-kuna rikuchisqan pacha historiapi mana presidentekuna kasqankumanta, hinaspa hukninmi chay ñawpaq profético pachapi presidente karqa. John Hancock iskay ñiqin Congreso Continental-pipas servirqan, hinallataq Artículos de la Confederación nisqawan rikuchisqa pachapipas. Profético nivelpiqa, ishkay Congreso Continental-kunapi presidente karqanku qanchis qhari-kunallam karqa; chayrayku proféticamenteqa John Hancock Artículos de la Confederación pachapi pusaqmanta huknin karqa, ichaqa ñawpaq pachamanta qanchis qhari-kunamanta hukninpas karqataq. Chayrayku payqa pusaqñiqinmi karqa, chay qanchismanta kaq.</w:t>
      </w:r>
    </w:p>
    <w:p>
      <w:pPr>
        <w:pStyle w:val="ArticleBody"/>
        <w:jc w:val="left"/>
      </w:pPr>
      <w:r>
        <w:rPr>
          <w:rFonts w:ascii="Times New Roman" w:hAnsi="Times New Roman" w:eastAsia="Times New Roman" w:cs="Times New Roman"/>
        </w:rPr>
        <w:t>Iskay profétic pacha, 1781manta 1789kama nisqawan rikuchisqa, ñawpaq pacha hina, huk presidente-yuq karqan (Hancock), payqa pusajñiqin karqan, qanchismantataq karqan, imaynan Randolph karqan ñawpaq profétic pacha 1776 nisqawan rikuchisqapi hina.</w:t>
      </w:r>
    </w:p>
    <w:p>
      <w:pPr>
        <w:pStyle w:val="ArticleBody"/>
        <w:jc w:val="left"/>
      </w:pPr>
      <w:r>
        <w:rPr>
          <w:rFonts w:ascii="Times New Roman" w:hAnsi="Times New Roman" w:eastAsia="Times New Roman" w:cs="Times New Roman"/>
        </w:rPr>
        <w:t>Pusaq p’unchawkuna iskay pachakunapipas, qanchisniyoqmanta kinsaq pusaq kaqpa pakasqa yachayñiqninmi rikuchisqa kachkan. Chay iskay pachakunaqa qhawachinku ñawpaq cheqaq umalliqpas (Washington) profetapa pakasqa yachayñinqa simbulismonwan tupasqa kasqanta, Randolphwan rikuchisqa tipificaciónninkama hina. Kay kimsa testigokunaqa Trumpmanta rimanku. Trumpqa, chunka hukniyoq kapitulumanta huk ñiqipi iskay ñiqipipas rikuchisqa hina, ñawpaq kamachiyninllawanmi sut’ichisqa kachkan, maypachachus iskay kaq akllay uywasqa ura p’itiyoqmanta bestia suwaspa tukurqa chaypacha.</w:t>
      </w:r>
    </w:p>
    <w:p>
      <w:pPr>
        <w:pStyle w:val="ArticleBody"/>
        <w:jc w:val="left"/>
      </w:pPr>
      <w:r>
        <w:rPr>
          <w:rFonts w:ascii="Times New Roman" w:hAnsi="Times New Roman" w:eastAsia="Times New Roman" w:cs="Times New Roman"/>
        </w:rPr>
        <w:t>Chay kuskakunata hunt’asqa ñawpaq willakuyqa, paqarinmantaraq pakasqa huk willakuyta hap’in, chay ancha qhapaq rey (Xerxes) kasqanmanta Alejandro Hatunpa yaykuyninkama, Inti punchaw kamachiyta rikch’achispa, maypichus chunka reykuna pisillapi qanchis ñiqin qhapaq suyuta tukunku. Chay qhapaq reymanta, qanchis ñiqin qhapaq suyunkuta papadoman qunaykupaq huk yuyaylla kasqa chunka reykunakama, pusaq reykuna karqanku. Chay pusaq reykuna, versículo iskaymanta versículo kinsakama pakasqa willakuyta ruwaspa, 1776, 1789, 1798 watakunapi pusaq presidentekunapa willakuyninpi iskay testigokunata tariykunku.</w:t>
      </w:r>
    </w:p>
    <w:p>
      <w:pPr>
        <w:pStyle w:val="ArticleBody"/>
        <w:jc w:val="left"/>
      </w:pPr>
      <w:r>
        <w:rPr>
          <w:rFonts w:ascii="Times New Roman" w:hAnsi="Times New Roman" w:eastAsia="Times New Roman" w:cs="Times New Roman"/>
        </w:rPr>
        <w:t>Chay historiami iskay chunka iskayniyuq watakunapa simbulianta apamun, chaymi payta reqsichin pachak tawa chunka tawa waranqa sellakusqankupa historianta, maypichus Divinidad runa kaywan huñukusqa. Chayqa “Cheqaq” nisqapa testiguntapas apamun, qallariyqa sapallanchakuyninta reqsichisqanrayku, tukukuynataq sapallanchakuypa hurqusqanta reqsichisqanrayku, chaymanta kimsa chunka watakuna 1776 qhepaman, chunka kimsa koloniyakuna Constitución nisqata ratificakurqanku. Hinallataq iskay pacha pusaq reykunamanta (presidentekunamanta) reqsichin, iskayninpis chay pakasqa ima kasqanta apamunku: pusaq kaq qanchismantam kasqan.</w:t>
      </w:r>
    </w:p>
    <w:p>
      <w:pPr>
        <w:pStyle w:val="ArticleBody"/>
        <w:jc w:val="left"/>
      </w:pPr>
      <w:r>
        <w:rPr>
          <w:rFonts w:ascii="Times New Roman" w:hAnsi="Times New Roman" w:eastAsia="Times New Roman" w:cs="Times New Roman"/>
        </w:rPr>
        <w:t>Trumpqa 2016 watapi soqtakuna umalliq hina kasqanrayku, hinaspataq soqta qhapaq suyup qhipa apuqnin hina kasqanrayku, chunka qatipakuq reykunamanta ñawpaqta hinaspa qhipatapas unanchan. Chunka yupayqa chay historiapa pruebaynin ruwanakuyta reqsichin, chay pruebatataq, domingo kamachiy ñawpaqman hamuq hinaspa chaypi tukukuq, animalpa rikchayninpa sayariynin kasqa. Nabucodonosorpa animal-musquyninpa rikchayninqa pusaq qhapaq suykunata unanchan, chayna ruwaspanpas willakuyta qun, animalpa rikchayninpa pruebanqa “pusaq” yupaywan unanchasqa kasqanta.</w:t>
      </w:r>
    </w:p>
    <w:p>
      <w:pPr>
        <w:pStyle w:val="ArticleBody"/>
        <w:jc w:val="left"/>
      </w:pPr>
      <w:r>
        <w:rPr>
          <w:rFonts w:ascii="Times New Roman" w:hAnsi="Times New Roman" w:eastAsia="Times New Roman" w:cs="Times New Roman"/>
        </w:rPr>
        <w:t>Maccabeokunapa miray pruebayuq historiankupi, Antiochus III nisqawan rikuchisqa apostata protestantismopa waqra patapi hina, hinaspa apostata republicanismopa waqra patapi hina rikuchisqa linupta sut’inchaspa, chay linukunaqa waqrakunawan kuskan hukllaña waqrapi huñunakunku, chayqa papadopa imágenninmi. Chaylla historiapi, Diospa imágenninqa llapan hinantinpi, mana kutirikta, pachak tawa chunka tawa waranqa nisqakuna hina rikuchisqakunapi mirachisqa tukupun.</w:t>
      </w:r>
    </w:p>
    <w:p>
      <w:pPr>
        <w:pStyle w:val="ArticleBody"/>
        <w:jc w:val="left"/>
      </w:pPr>
      <w:r>
        <w:rPr>
          <w:rFonts w:ascii="Times New Roman" w:hAnsi="Times New Roman" w:eastAsia="Times New Roman" w:cs="Times New Roman"/>
        </w:rPr>
        <w:t>Chunka qanchis chunka versiculopa pakasqa historianninqa kichasqa kachkan iskay versiculomanta kimsa versiculokama pakasqa historiapi, hinallataq chunka versiculomanta chunka pichqa versiculokama historiapipas. Trumpqa pusak kaq kamachiqpaq tukuspa, qanchis-manta kaq pusaj presidente hina paypa juramentakuy p’unchayninpi, enero 20, 2025 watapi, Xerxeswan Alejandro Hatunpa chawpinpi kaq pusaj reykuna señalan uywakunaq imagenninpa ruwakusqan chayamunta; hinallataq Trumpqa chunka qatipaq reykunamanta ñawpaq kaqtaq qhepa kaqtaq representakuchkan.</w:t>
      </w:r>
    </w:p>
    <w:p>
      <w:pPr>
        <w:pStyle w:val="ArticleBody"/>
        <w:jc w:val="left"/>
      </w:pPr>
      <w:r>
        <w:rPr>
          <w:rFonts w:ascii="Times New Roman" w:hAnsi="Times New Roman" w:eastAsia="Times New Roman" w:cs="Times New Roman"/>
        </w:rPr>
        <w:t>Kay yachayta qatiqllasaqku hamuq qillqapi.</w:t>
      </w:r>
    </w:p>
    <w:p>
      <w:pPr>
        <w:pStyle w:val="ArticleScripture"/>
        <w:jc w:val="left"/>
      </w:pPr>
      <w:r>
        <w:rPr>
          <w:rFonts w:ascii="Times New Roman" w:hAnsi="Times New Roman" w:eastAsia="Times New Roman" w:cs="Times New Roman"/>
        </w:rPr>
        <w:t>Apocalipsis 5:1–10 Hinaspan qhawarirqani tiyana patapi tiyashaqpa paña makinpi huk qillqasqa rollota, ukhuntawan qhipa ladontapas qillqasqata, qanchis sellokunawan wisq’asqata. Hinaspan qhawarirqani huk kallpasapa angelta hatun kunkawan willakuspa nisqanta: “Pitaq allinchasqa kachkan kay rollota kicharinanpaq, sellonkutapas paskananpaq?” Mana pipas hanaq pachapi, ni kay pachapi, ni allpa uraypinpas atirqachu rollota kichariyta, nitaq qhawayllapas. Chayraykun sinchita waqarqani, mana pipas tarikusqachu allinchasqa kay rollota kicharinanpaq, ñawinchananpaq, nitaq qhawayllapas. Chaymantan kurakkunamanta huknin niwarqan: “Ama waqaychu. Qhawariy: Judá ayllumanta León, Davidpa Saphin, atipasqanña rollota kicharinanpaq, qanchis sellonkutapas paskananpaq.” Hinaspan qhawarirqani, tiyana patapa chawpinpi, tawa kawsayniyuqkunapa chawpinpi, kurakkunapa chawpinpipas, huk Cordero sayashaqta, hina kaspa wañuchisqa hina, qanchis waqrayoq, qanchis ñawiyoq; chaykunaqa Diospa qanchis Espíritunkunan, llapa kay pachaman kachamusqakuna. Hinaspan hamuspa hap’irqan rollota tiyana patapi tiyashaqpa paña makinmanta. Hapt’isqan qhepamanmi tawa kawsayniyuqkuna, iskay chunka tawa kurakkunawan kuska, Corderopa ñawpaqenman qonqorikurqanku; sapankankunam charirqanku arpankuta, qori copakunatapas mishk’i q’apayniyoqwan junt’asqata, chaykunaqa santospa mañakuyninkunan. Hinaspan mushuq takita takirqanku, nispa: “Qammi allinchasqa kanki rollota hapiyta, sellonkutapas kichariyta; imaraykuchus qam wañuchisqa karqanki, yawarniykiwanmi Diospaq rantiranki tukuy ayllumanta, simimanta, llaqtamanta, suyumanta; Diosninchispaqmi ruwarqanki reykuna, sacerdotekunatawan; paykunan kay pachapi kamachinqaku.”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QILLQASQAN LIBRU — Pachak isqon chunka kimsayuqniyuq</dc:title>
  <dc:subject>Pacha p’unchaykunapa qhawaynin kichasqa: Rusia suyupa kawsayninmanta Trump-pa kutimunankama, hinaspa Uywaqa rikch’ayninpa rurasqan sayariynin kama.</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