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Isqon Chunka Tawañiqin</w:t>
      </w:r>
    </w:p>
    <w:p>
      <w:pPr>
        <w:pStyle w:val="ArticleSubtitle"/>
        <w:jc w:val="left"/>
      </w:pPr>
      <w:r>
        <w:rPr>
          <w:rFonts w:ascii="Arial" w:hAnsi="Arial" w:eastAsia="Arial" w:cs="Arial"/>
        </w:rPr>
        <w:t>Makabiyukunapa qapariyninkunapa yachaynin: Trumppa atipaynin hinallataq willakuykunapi qillqasqa ñan Uywakunapa Santurayninman chayanapaq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Macabeokuna sut’inchasqa liniaqa (Estados Unidospi kachkaq apostata protestantismota riqsichispa), Modein llaqtapi, ñawpaq 167 wata manaraq Cristo paqarinanmanta, griego religionpa contranpi hatarirqanku. Chaypi Macabeokunaqa Antiochus Epiphanespa kallpachakuyninkunata atiparqanku, judíokunaman griego religionta maqanakuspa churananpaq; hinallataq wañuchirqanku judíokunapa umalliqnintapas, paymi Antiochuswan kuska llamk’asharqa. Chhaynaqa, Bidenqa 2024 akllaypi atipachisqa kachkan, “Religious Right” sutiyuq votokuna huñunakuq bloquepa nisqanwan. Kay historiaraq sut’inchan 2024 akllaypa atipayninta, imaynachus apostata protestantismoqa atipakushan mana globalista republicanos RINO sutiyuqkunallatachu, aswanpas atheo demócratakunapa kallpachakuyninkunatapas, naciónpa hawanman woke-ismopa religionninta maqanakuspa churanankupaq.</w:t>
      </w:r>
    </w:p>
    <w:p>
      <w:pPr>
        <w:pStyle w:val="ArticleBody"/>
        <w:jc w:val="left"/>
      </w:pPr>
      <w:r>
        <w:rPr>
          <w:rFonts w:ascii="Times New Roman" w:hAnsi="Times New Roman" w:eastAsia="Times New Roman" w:cs="Times New Roman"/>
        </w:rPr>
        <w:t>Makabeokunapa mirarqanmanta rikch’akuq ukhupi espirituyuq awqa 2015 watapi qallarikurqan, qhapaq umalliqmi globalismopa dragón atiyninkunata kuyuchirqan, hinaspa dragónpa ruraynin iskay testigokunata wañuchispaqa Pelosi Juzgamientokunatapas January 6, 2021 p’unchawmantaqa chaypi yaykuchirqan. Modein, hinaspa Makabeokunapa hatarinakuyninmi 5 de noviembre de 2024 p’unchawpi apostata protestantismopa hamuq atipayninmanta reqsichin. January 20, 2025 p’unchawpi yaykuchisqa umalliq kayqa 164 a. C. wataman rikch’achisqa karqan, chaymi iskay kaq templopa musuqmanta dedicakuyninta rikch’achirqan, hinaspa chay kikin watallapitaq (164 a. C.) Antiochus Epiphanes wañurqan. Antiochusqa Partido Demócrata nisqanta rikch’an, hinaspa paykunapa globalista masinkunatapas, kikinkuta Republicanos nispa sutichakuqkunata, ichaqa paykunaqa mana aswan MAGA Republicanoschu, imaynachus huk sipas mana qari kanchu, chayhinata.</w:t>
      </w:r>
    </w:p>
    <w:p>
      <w:pPr>
        <w:pStyle w:val="ArticleBody"/>
        <w:jc w:val="left"/>
      </w:pPr>
      <w:r>
        <w:rPr>
          <w:rFonts w:ascii="Times New Roman" w:hAnsi="Times New Roman" w:eastAsia="Times New Roman" w:cs="Times New Roman"/>
        </w:rPr>
        <w:t>Versículo chunka kimsayuqmanta chunka pichqayuqkama rikuchisqa llank’anakuy políticokuna, Panium maqanakuywan tukukuq, chay historiapi kashaq religiónpaq llank’anakuywan kuskan purin, woke-ismowan apostata protestantismowan chawpipi. Trump 2025 watapi kamachiyta qallarisqan qhepaman, 164 a.C. watapi iskay kaq templopa musuqmanta t’aqwirisqanwan rikuchisqa hina, chaymantaqa chiqapta uywaqa bestiapa rikch’ayninta ruwariyta qallarinqa, apostata protestante iglesiata apostata Republicano gobiernonwan huñuspa, 161 a.C. watamanta 158 a.C. watakama Romaqwan Macabeokunapa liganwan rikuchisqa hina. Trumpqa iglesiawan estadota huñunqa huk alianza ukhupi, maypichus elemento religioso kamachiq kanqa. Chay profético historiapi, maypichus kay pachapa bestian Catolicismopa bestiapa rikch’ayninta ruwan, apostata Republicano waqraqa apostata Protestante waqrawan kuska k’iwisqa probacionninkupa k’asata hunt’achinqaku wiñay kawsaypa tapukuyninpi mana allin ladopi.</w:t>
      </w:r>
    </w:p>
    <w:p>
      <w:pPr>
        <w:pStyle w:val="ArticleBody"/>
        <w:jc w:val="left"/>
      </w:pPr>
      <w:r>
        <w:rPr>
          <w:rFonts w:ascii="Times New Roman" w:hAnsi="Times New Roman" w:eastAsia="Times New Roman" w:cs="Times New Roman"/>
        </w:rPr>
        <w:t>Qallariymantan pacha, iskay kaq templota 164 a.C. watapi maymantachus allichasqa kasqanwan rikuchisqa hina, sallqa uywapa imagennta ruray llamk’ayqa qallarin, 161 a.C. watamanta 158 a.C. watakama Judíokuna Roma suyuwan huñunakusqankuwan rikuchisqa hina. Trumpqa 2024 watapi noviembre killapa 5 punchawninpi (167 a.C.) yapamanta akllakusqa kanqa, hinaspa paypa qallariy churakuyninpi (164 a.C.) 1989 watapi tukukuypa pacha qallarimusqanmantapacha pusaq kaq presidenten kanqa. Chayta ruwaspaqa payqa pusaq kaqman tukunqa, chayri qanchis kaqkunamanta huknin, papal sallqa uywata rikch’achispa; chay papal sallqa uywaqa Domingu kamachiypi wañuchiq ch’akiy kasqan hampisqa kaptin Biblia profeciapi pusaq kaq qhapaq suyuman tukusqan hina. Paypa qallariy churakuyninqa 164 a.C. watapi Macabeokuna iskay kaq templota yapamanta sapaqchasqankuwan rikuchisqa karqan. Macabeokunapa hatariyninqa kimsa wata ñawpaqta Modein llaqtapi qallarirqan; chay sutiqa “protesta” nin, hinaspa 2024 watapi noviembre killapa 5 punchawninpi paypa akllay atipayninta señalaykun.</w:t>
      </w:r>
    </w:p>
    <w:p>
      <w:pPr>
        <w:pStyle w:val="ArticleBody"/>
        <w:jc w:val="left"/>
      </w:pPr>
      <w:r>
        <w:rPr>
          <w:rFonts w:ascii="Times New Roman" w:hAnsi="Times New Roman" w:eastAsia="Times New Roman" w:cs="Times New Roman"/>
        </w:rPr>
        <w:t>164 a.C.-pi, iskay kaq Templo iskay kutita qusichisqa kaptin, chaymi hina rikuchin Trump-pa iskay kaq yaykuyta kamachiq hina 20 ñiqin enero killapi, 2025 watapi. Chay pachapi payqa kamachiqkunaq qanchis ñawpaqninmanta lluqsimuq pusaq ñiqin umalliqmi oficialta tukupun. 164 a.C.-taqa judaísmo yuyarichin iskay kaq Temploq iskay kaq qusichisqan yuyarinapaq.</w:t>
      </w:r>
    </w:p>
    <w:p>
      <w:pPr>
        <w:pStyle w:val="ArticleBody"/>
        <w:jc w:val="left"/>
      </w:pPr>
      <w:r>
        <w:rPr>
          <w:rFonts w:ascii="Times New Roman" w:hAnsi="Times New Roman" w:eastAsia="Times New Roman" w:cs="Times New Roman"/>
        </w:rPr>
        <w:t>Qallariypiqa Trump pusaq kaqman tukukun, chayqa qanchismantam, chaymanta pacha satanapa milagrunkuna ruwasqa kanqa, animalman rikch’akuq imagen ruwayta yanapaspa. Pusaq yupayqa kawsarimusqa animalpa imagenninpa unanchanmi, chay pachataq chay imagenninpa kamachiynin qallarin, 161 a.C. nisqawan rikuchisqa hina.</w:t>
      </w:r>
    </w:p>
    <w:p>
      <w:pPr>
        <w:pStyle w:val="ArticleBody"/>
        <w:jc w:val="left"/>
      </w:pPr>
      <w:r>
        <w:rPr>
          <w:rFonts w:ascii="Times New Roman" w:hAnsi="Times New Roman" w:eastAsia="Times New Roman" w:cs="Times New Roman"/>
        </w:rPr>
        <w:t>Uywa qharisqa rikch’akuyninqa ñawpaqta Estados Unidospi hunt’achisqa kachkan, chaymanta qatiqtaq uywa qharisqa rikch’akuyninqa llapan pachamamampi kallpachisqa churasqa kanqa. Estados Unidos qallariyninpi, pachamamanta llapan runakunata uywapaq rikch’akuyninta chaskinankupaq kallpachashaqtin—chay rikch’akuyninqa rimanqa, hinallataq uywa qharisqa rikch’akuyninta mana yupaychaqkunata wañuyman churachinqa—Estados Unidosqa chayraqmi Domingo kamachiyta pasachisqa kanqa, hinallataq kimsantin huñuyta sayarichisqa kanqa. Domingo kamachipiqa chay kimsantin huñuyqa ñam sayarisqa kachkan, hinaspataq Satanaspa musphay atipayninwan llank’ayninpaq pacha chayamunña, Satanasqa Cristoman rikch’akuq hina rurakuspa, milagrokunata ruwaspa pachamamanta llapan runakunata pusananpaq, pachamama uywapaq rikch’akuyninta chaskinankupaq hinallataq Domingo yupaychayta ruwanankupaq. Chay pachapitaq Trumpqa chunka reykunapa umalliqninman tukupun.</w:t>
      </w:r>
    </w:p>
    <w:p>
      <w:pPr>
        <w:pStyle w:val="ArticleBody"/>
        <w:jc w:val="left"/>
      </w:pPr>
      <w:r>
        <w:rPr>
          <w:rFonts w:ascii="Times New Roman" w:hAnsi="Times New Roman" w:eastAsia="Times New Roman" w:cs="Times New Roman"/>
        </w:rPr>
        <w:t>Chhaynaqa, Trump-pa chunka kurakkaqkunaq ñawpaq apu reynin hina churakusqan, kimsa kutiy hukllachakusqapi hunt’akusqa, ña qayllam hamuq domingo kamachiypi, ñawpaqmanta rikuchisqa karqan Trump-pa pusaj kaq umalliq hina churakusqanwan, chayqa qanchismantam, 20 de enero de 2025 p’unchawpi. Chay domingo kamachiypi, Estados Unidos llaqtapi bestiaq rikchayninpa ruwakuynin tukukuqpi, papal bestiapas pusaj kaqman tukupun, qanchismanta kaq hina. Chhaynaqa, bestiaq rikchayninpa pruebay tiempoqa qallarin Trump pusaj kaqman tukupuqtin, qanchismanta kaq hina; chay pacha tukukuptintaq, papadupas pusaj kaqman tukupun, qanchismanta kaq hina, Alpha y Omega qallariyninwan tukukuyninta rikuchisqanrayku.</w:t>
      </w:r>
    </w:p>
    <w:p>
      <w:pPr>
        <w:pStyle w:val="ArticleBody"/>
        <w:jc w:val="left"/>
      </w:pPr>
      <w:r>
        <w:rPr>
          <w:rFonts w:ascii="Times New Roman" w:hAnsi="Times New Roman" w:eastAsia="Times New Roman" w:cs="Times New Roman"/>
        </w:rPr>
        <w:t>Supaypa milagrokunanqa qallarin Trump paqarichisqanpi, maypichus uywapa rikch’aynin rurasqa kasqan pacha qallarin, chaymi señalakun Satanáspa musphay llamk’asqan qallarisqanta, Estados Unidos llaqtapi uywapa rikch’aynin rurasqa kasqan pachaq tukukuyninpi. Trump paqarichisqanmi chay pachaq qallariyninta señalan, hinaspa paypa paqarichisqan chunka reykunapa ñawpaq rey kasqanman, Naciones Unidas nisqapi, chay pachaq tukukuyninta señalan. Chay ishkay paqarichisqakunapi, qallariypiwan tukukuypiwan, iskayninpas uywapa rikch’aynin rurasqa kasqanta qallarin: ñawpaqtaqa Estados Unidos llaqtapi, chaymantataq llapa kay pachapi.</w:t>
      </w:r>
    </w:p>
    <w:p>
      <w:pPr>
        <w:pStyle w:val="ArticleBody"/>
        <w:jc w:val="left"/>
      </w:pPr>
      <w:r>
        <w:rPr>
          <w:rFonts w:ascii="Times New Roman" w:hAnsi="Times New Roman" w:eastAsia="Times New Roman" w:cs="Times New Roman"/>
        </w:rPr>
        <w:t>161 a.C. manta 158 a.C. kama Romawan huñunakuy, icha alianza llamk’aynin, kay historiata reqsichin, hinaspata chayqa tukukun domingo kamachiypi, chunka suqta versículopi. Qhipa llamk’ay, huk gobiernota sayachiy, papal sistemapa rikch’aynin hina kaqta, qallarin animalpa imagenninpa kamariynin hina, hinaspata Trump-manta kallpachakun, paypa política atipayninpi apostata protestantekuna qosqan política favorkunata kutichispa.</w:t>
      </w:r>
    </w:p>
    <w:p>
      <w:pPr>
        <w:pStyle w:val="ArticleBody"/>
        <w:jc w:val="left"/>
      </w:pPr>
      <w:r>
        <w:rPr>
          <w:rFonts w:ascii="Times New Roman" w:hAnsi="Times New Roman" w:eastAsia="Times New Roman" w:cs="Times New Roman"/>
        </w:rPr>
        <w:t>Kay profétika estructúraqaqa churanan kachkan chunka tawa versikulupa pakasqa historiapi. Daniel chunka hukniyuqpa iskay versikulomanta kimsa versikulokama pakasqa historiapas chay estructúramanmi churanan kachkan. Apocalipsis chunka hukniyuq kapitulumanta iskay testigokunapa profétika historiapas chay estructúramanmi churanan kachkan. Kay kinsa línea historiakunata chunka tawa versikulupa pakasqa historiapi huñuspa, Judá ayllumanta Leónqa Danielpa profecíanmanta qhepa p’unchaykunakama sellasqa kasqa rakita kicharisqan.</w:t>
      </w:r>
    </w:p>
    <w:p>
      <w:pPr>
        <w:pStyle w:val="ArticleScripture"/>
        <w:jc w:val="left"/>
      </w:pPr>
      <w:r>
        <w:rPr>
          <w:rFonts w:ascii="Times New Roman" w:hAnsi="Times New Roman" w:eastAsia="Times New Roman" w:cs="Times New Roman"/>
        </w:rPr>
        <w:t>¿Llaqtapi trompeta waqachisqa kaptinqa, runakuna manachu mancharinqaku? ¿Llaqtapi mana allin imapas kanmanchu, Señor Dios mana rurashaqtin? Cheqaqtapuni Señor Diosqa imatapas mana ruranmanchu, mana ñawpaqta pakasqa yachayninta kamachinkunapaq sirvientesnin profetakunaman rikuchispaqa. León qaparirqanña, ¿pitaq mana mancharinqa? Señor Dios rimarqanña, ¿pitaq mana profetizayta atinmanchu? Ashdodpi palaciokunapi willakuychis, hinallataq Egipto suyupi palaciokunapipas, nispa: Samaria urqukunaman huñunakuychis, hinaspa qhawariychis chaypa chawpinpi hatun ch’aqwaykunata, hinallataq chaypa chawpinpi ñak’arichisqa runakunata. Amos 3:6–9.</w:t>
      </w:r>
    </w:p>
    <w:p>
      <w:pPr>
        <w:pStyle w:val="ArticleBody"/>
        <w:jc w:val="left"/>
      </w:pPr>
      <w:r>
        <w:rPr>
          <w:rFonts w:ascii="Times New Roman" w:hAnsi="Times New Roman" w:eastAsia="Times New Roman" w:cs="Times New Roman"/>
        </w:rPr>
        <w:t>Pakaskas qillqasqa kacharisqa willakuy, Daniel chunka hukniyuq pusaq chunka tawañiqin versiculopi pakasqa historiapi rikuchisqa kasqan ukupi, sellokuna willakuymi; hinallataq Amos tapun mana kutichiyta suyaspa, llaqtapi corneta waqachisqa kasqanmantawan, leonpa qaparikuyninmantawan. Hinaspa Amos kutichin pay nisqanwan: Diosqa mana ima ruwasqapas ruwanqachu, manaraq ñawpaqta kamachisqankuna profetakunaman rikuchispaqa. Payqa yapamantaq nin, Diosman manchakuyta paqarichinankupaq wakichisqa corneta willakuyqa llaqtapi mana allinta reqsichinantaqmi, hinaspa Ashdodpi, Egiptopi, Samariapiwan willakusqa kananpaqmi kasqa; chaykunaqa kunan pacha Babiloniapa kimsa-hina ruwasqan kasqanta rikuchin. Sellokuna corneta willakuyqa tukuy pachaman ñawpaqta willakusqa kananpaqmi karqa, sellokuna willakuypi rikuchisqa ruwaykunamanta ñawpaqta. Corneta willakuy, mayqinchus sellokuna willakuy kashan, “Cheqaq Kay” sut’inta apamun; imaraykuchus sellokuna pachaqqa kimsa corneta waqaychaykunapi sayarishqa kashan, kimsakaj llakikuypa cornetanmanta.</w:t>
      </w:r>
    </w:p>
    <w:p>
      <w:pPr>
        <w:pStyle w:val="ArticleBody"/>
        <w:jc w:val="left"/>
      </w:pPr>
      <w:r>
        <w:rPr>
          <w:rFonts w:ascii="Times New Roman" w:hAnsi="Times New Roman" w:eastAsia="Times New Roman" w:cs="Times New Roman"/>
        </w:rPr>
        <w:t>Cornetapa qallariyninraqmi sellasqa karqan sellakuy qallarimusqanta 11 septiembre 2001 p’unchawpi, hinaspa qhipa cornetaqa rikuchin sellakuy tukukuyninta qayllamanta hamuq Domingo leypi, chay hatun pachakuywan kinsañiqin llaqaki usqhaylla hamuqtin. Chaupi waqayqa karqan 7 octubre 2023 p’unchawpi, ñawpaq k’anchayniyuq allpa mana suyaska maqanakuywan Islammanta kinsañiqin llaqakimanta chayasqa kaptin, hina kasqa hina kunan pacha k’anchayniyuq allpa 2001 watapi Islammanta kinsañiqin llaqakimanta mana suyaska maqanakuywan wakt’asqa karqan, hinaspa hina kanqa chay kimsa waqaykunamanta qhipa kaqpi, qayllamanta hamuq Domingo ley p’unchawpi. Chay chaupi mana suyaska maqanakuy ñawpaq k’anchayniyuq allpapiqa literal Israelpa contranmi karqan, Mesias-ta chakatarqan chay hatariy huchallikuypa unanchaqnin kaspa.</w:t>
      </w:r>
    </w:p>
    <w:p>
      <w:pPr>
        <w:pStyle w:val="ArticleBody"/>
        <w:jc w:val="left"/>
      </w:pPr>
      <w:r>
        <w:rPr>
          <w:rFonts w:ascii="Times New Roman" w:hAnsi="Times New Roman" w:eastAsia="Times New Roman" w:cs="Times New Roman"/>
        </w:rPr>
        <w:t>Amospa trompetan willakuyninqa llapan kay pachamanmi willakuyta mast’arqa, chay willakuyta qillqaspa mast’ariy llamk’ayninqa qallarikurqa julio killapa tukukuyninpi, wata 2023 nisqapi. Hinaptinmi Judá ayllupa Leónqa qaparirqa; ¿pitaq mana manchakuq kanman?, ¿pitaq hina sinch’i sonqoyuq kanman, pachak tawa chunka tawa waranqa sellakusqankupa pacha tinkisqan ruwaykuna kunanqa kay pacha muyuriyninpi kicharisqaña kashaqtin, chayta ñiqinman? Kay qillqakunaqa kunanqa pachak iskay chunka suyukunapi mast’arisaqmi, soqta chunka simikunamanta aswanpi, ñawirisqa kanankupaq utaq uyarisqa kanankupaqpas.</w:t>
      </w:r>
    </w:p>
    <w:p>
      <w:pPr>
        <w:pStyle w:val="ArticleScripture"/>
        <w:jc w:val="left"/>
      </w:pPr>
      <w:r>
        <w:rPr>
          <w:rFonts w:ascii="Times New Roman" w:hAnsi="Times New Roman" w:eastAsia="Times New Roman" w:cs="Times New Roman"/>
        </w:rPr>
        <w:t>Kusisqasqa kachun kay willakuy qhelqapi qhelqasqa nisqakunañata ñawirisqaqqa, hinallataq uyarispa, chaypi qhelqasqa imakunatapas waqaychaqkunaqa; pacha qayllaña kasqanrayku. Apocalipsis 1:3.</w:t>
      </w:r>
    </w:p>
    <w:p>
      <w:pPr>
        <w:pStyle w:val="ArticleBody"/>
        <w:jc w:val="left"/>
      </w:pPr>
      <w:r>
        <w:rPr>
          <w:rFonts w:ascii="Times New Roman" w:hAnsi="Times New Roman" w:eastAsia="Times New Roman" w:cs="Times New Roman"/>
        </w:rPr>
        <w:t>Altarpiq hawamanta nina, mañakuykunawan inciensowan chakrusqa, qanchis kaq, qhipa sello kicharisqa kaptin, kay pachaman wikch’uykusqa kaqtin, uyarikurqan kunan simikuna, truenuykuna, lliphipiykuna, hinaspa hatun allpa kuyuy. Chay hatun allpa kuyuyqa hamun Chawpi Tuta Qapariy willakuypa ninan hina urayman wikch’uykusqanrayku, Ezequiel pusaqniyuq t’aqapi llakikuspanku waqaspanku kaq santo runakunaman, imaynan ninapuni Pentecostéspi uraykamurqan hina. Chay ninaqa huk willakuyta rikuchirqan, chaymi chay pachapi apasqa karqan llapa nacionkunaman, ayllukunaman, simikunaman, llaqtakunaman, kay qillqakunapas hina. Chay ninaqa rikuchirqan chay willakuyta achka simikunapi willay atiyta, kay qillqakunapas hina. Kay qillqakunaqa ñawpaqmantapacha reqsichkan imatachus utqaylla pasanqa chayta, imaraykuchus Señorqa mana imatapas ruwanqachu mana ñawpaqta profetapa Siminwan ruwasqankunata rikuchispaqa.</w:t>
      </w:r>
    </w:p>
    <w:p>
      <w:pPr>
        <w:pStyle w:val="ArticleScripture"/>
        <w:jc w:val="left"/>
      </w:pPr>
      <w:r>
        <w:rPr>
          <w:rFonts w:ascii="Times New Roman" w:hAnsi="Times New Roman" w:eastAsia="Times New Roman" w:cs="Times New Roman"/>
        </w:rPr>
        <w:t>Uyarikuychik, hanaq pacha; ñoqaqa rimasaqmi. Uyariychikpas, kay pacha, simiymanta rimasqakunata. Yachachikuyniyqa para hinam uraykamunqa; rimasqaypas chhullallam suruy hinata sut’ikunqa, mallki q’omer qhura pataman uchuy para hina, ichumanpas para phuyu hina. Imaraykuchus Señorpa sutinta willasaq; hatun kayta qoychik ñoqayku Diosninchikman. Payqa Qaqam; ruwasqanqa hunt’asqa k’ancharisqa kashan. Llapa ñanninkunapas chiqap taripaymi. Cheqaq kayniyuq Diosmi, mana huchalliyuq; chaninmi, allinmi payqa. Paykunaqa kikinkutam waqlliyachikunku; manam paypa churinkunapa unanchaqninchu chay qhelliyninkuqa. Paykunaqa millay muyusqa, q’iwsa miraymi kanku. Deuteronomio 32:1–5.</w:t>
      </w:r>
    </w:p>
    <w:p>
      <w:pPr>
        <w:pStyle w:val="ArticleBody"/>
        <w:jc w:val="left"/>
      </w:pPr>
      <w:r>
        <w:rPr>
          <w:rFonts w:ascii="Times New Roman" w:hAnsi="Times New Roman" w:eastAsia="Times New Roman" w:cs="Times New Roman"/>
        </w:rPr>
        <w:t>“Khipa para” nisqap “yachachisqan”qa kunanmi Señorpa rurasqan hina willakuchkan, chay yachachiykunataq, “Chawpi Tuta Qapariy–Khipa Para” willakuypa mensajen ruwasqankunaqa, “Señorpa sutin” patapim sayachkanku. Paypa sutinqa “Cheqaq Kay”mi, Payqa Palmoni, Musphay Yupaychaqmi, hinallataq Musphay Simichaqmi; Payqa Alfa hinallataq Omega mi; Payqa Diospa Churinmi hinallataq Runapa Churinmi; Payqa Hatun Sacerdotemi; Payqa Judá ayllupa Leonmi; hinallataq Payqa arcángel Miguelmi. Kay llapa Cristopa sutinkunaqa Jesucristopa Revelaciónnimp integral partemin, chay Revelaciónqa probación wichq’ay tukunanpaq manaraq chayashaqtinmi kicharisqa kachkan; hinallataq 2023 watapa julio killapa tukukuyninmanta pacha kay pachapa muyuriyninpi willakusqa qelqakunap integral partemin kanku. “Pipas rinriyuq kaqqa, uyariychun Espíritu iglesiakunaman ima nisqantachus.”</w:t>
      </w:r>
    </w:p>
    <w:p>
      <w:pPr>
        <w:pStyle w:val="ArticleBody"/>
        <w:jc w:val="left"/>
      </w:pPr>
      <w:r>
        <w:rPr>
          <w:rFonts w:ascii="Times New Roman" w:hAnsi="Times New Roman" w:eastAsia="Times New Roman" w:cs="Times New Roman"/>
        </w:rPr>
        <w:t>Judá ayllumanta León, paymi atipaykurqan hinaspa qanchis sellokunawan wichqasqa librota kichanapaq derechota chaskirqan, kunanqa waqashanña, imaynachus 1844 watapi octubre killapa 22 punchawninpi ruwarqan hina. ¿Pita mana manchakunman?</w:t>
      </w:r>
    </w:p>
    <w:p>
      <w:pPr>
        <w:pStyle w:val="ArticleScripture"/>
        <w:jc w:val="left"/>
      </w:pPr>
      <w:r>
        <w:rPr>
          <w:rFonts w:ascii="Times New Roman" w:hAnsi="Times New Roman" w:eastAsia="Times New Roman" w:cs="Times New Roman"/>
        </w:rPr>
        <w:t>Hinan kallarinta waqyarirqan, imaynan huk leon qaparinqa hinata; hinaspan waqyarisqan qhepaman, qanchis illapakuna rimayninkuta rimarirqanku. Hinaspan qanchis illapakuna rimayninkuta rimarisqankumanta, ñuqaqa qillqayta munarqani; chaymantataq hanaq pachamanta huk kallarinta uyarirqani, ñoqa-man nispa: “Qanchis illapakuna rimarisqankuta sellay, amataq qillqaychu,” nispa. Apocalipsis 10:3, 4.</w:t>
      </w:r>
    </w:p>
    <w:p>
      <w:pPr>
        <w:pStyle w:val="ArticleBody"/>
        <w:jc w:val="left"/>
      </w:pPr>
      <w:r>
        <w:rPr>
          <w:rFonts w:ascii="Times New Roman" w:hAnsi="Times New Roman" w:eastAsia="Times New Roman" w:cs="Times New Roman"/>
        </w:rPr>
        <w:t>Hukllachasqa willakuy, Daniel chunka hukniyuq t’aqapi tawa chunka nisqapa pakasqa willakuyninwan tupaq, Milleritakunaq willakuyninmi, Mateo iskay chunka phisqayoq t’aqapi chunka sipaskunamanta rikch’achikuynin hunt’akusqanpi, Apocalipsis chunka t’aqapi qanchis illapakunapi, Habacuc iskayniyoq t’aqapi, hinaspa Ezequiel chunka iskayniyoq t’aqapi, iskay chunka hukniyuqmanta iskay chunka pusayuqkama chaskisqakunapi. Paykunaq willakuyninku tukukuypa pacha nisqapi 1798 watapi qallarisqa, chaymi 1989 watapi tukukuypa pachawan tupaq. Apocalipsis chunka t’aqapi, qanchis illapakuna kunkankuta rimarirqanku, ichaqa Juanqa hark’asqa karqa ama qillqanampaq imatachus qanchis illapakuna rimarisqankuta. Apóstol Pabloqa kimsan hanaq pachapi qawarirqan hinaspa uyarirqan ima kaqkunatachus runakunaq qillqanankupaq mana saqesqa karqan chaykunata.</w:t>
      </w:r>
    </w:p>
    <w:p>
      <w:pPr>
        <w:pStyle w:val="ArticleScripture"/>
        <w:jc w:val="left"/>
      </w:pPr>
      <w:r>
        <w:rPr>
          <w:rFonts w:ascii="Times New Roman" w:hAnsi="Times New Roman" w:eastAsia="Times New Roman" w:cs="Times New Roman"/>
        </w:rPr>
        <w:t>Apóstol Pabloqa, cristianokunata qallarisqan p’unchaykunapi, Jesuspa qatiqninmanta Diospa munayninta yachanampaq, hukninmanta aswan allin atipanakuykunata qokusqa karqan. Payqa “kimsa hanaq pacha kama hap’isqa apasqa” karqan, “paraisomanpas, mana rimay atina simikunata uyarispa, runapa rimananpaq mana kamachisqa kaqta.” Pay kikinmi reqsichikurqan achka “rikuykuna, revelacionkunapas” “Señormanta” payman qosqa kasqanta. Evangelio chiqap yachaqaypa kamachikuyninkunamanta yachayninqa “aswan hatun apostolkuna”pa yachayninwan kikillan karqan. 2 Corintios 12:2, 4, 1, 11. Payqa sut’i, hunt’asqa yachayniyuq karqan “anchonta, suniyninta, ukhuntapas, hanaqnintapas” “Cristopa munakuyninmanta, yachayta llalliq kaqta.” Efesios 3:18, 19.” Hechos de los Apóstoles, 469.</w:t>
      </w:r>
    </w:p>
    <w:p>
      <w:pPr>
        <w:pStyle w:val="ArticleBody"/>
        <w:jc w:val="left"/>
      </w:pPr>
      <w:r>
        <w:rPr>
          <w:rFonts w:ascii="Times New Roman" w:hAnsi="Times New Roman" w:eastAsia="Times New Roman" w:cs="Times New Roman"/>
        </w:rPr>
        <w:t>Llapa profetakunaqa qhepa p’unchaykunata reqsichinku, hinaspan Juan qanchis illapakuna kunkankuta “rimarirqanku” nispa uyarisqanta, qelqanampaq hark’asqa karqa. Pabloq rikuskanta, kinsa hanaq pachapi kashaspa, runapaq “rimay” mana kamachisqa karqa. Qanchis illapakuna nisqapi rikuchisqa cheqaq kikinqa sellasqa kanan karqa, Judá ayllumanta León chay cheqaqta kicharinanpaq akllakunan kama.</w:t>
      </w:r>
    </w:p>
    <w:p>
      <w:pPr>
        <w:pStyle w:val="ArticleBody"/>
        <w:jc w:val="left"/>
      </w:pPr>
      <w:r>
        <w:rPr>
          <w:rFonts w:ascii="Times New Roman" w:hAnsi="Times New Roman" w:eastAsia="Times New Roman" w:cs="Times New Roman"/>
        </w:rPr>
        <w:t>Payqaqa kichasqa karqan Hermana White-man, paymi reqsirqan kayta “pasasqa kankuman” ñawpaq kaq huk ñiqin angelpa, iskay ñiqin angelpa willakuyninkunapa historiapi nisqanta, hinaspa hinallataq “hamuq p’unchawkunapi rikuchisqa kanqaku paykunapa allicha nisqanman hina” nisqanta. Chay hinaqa, chay p’unchawpi rikuchisqa karqan huk willakuy ñawpaq rimay hina, “hamuq p’unchawkunapi pasaq ruwaykunawan” tupasqa. Hinallataq yachachisqa karqan qanchis truenuykunapa wisq’asqa kayninqa Danielpa libronpa wisq’asqa kayninwan rikch’achisqa kasqanta.</w:t>
      </w:r>
    </w:p>
    <w:p>
      <w:pPr>
        <w:pStyle w:val="ArticleScripture"/>
        <w:jc w:val="left"/>
      </w:pPr>
      <w:r>
        <w:rPr>
          <w:rFonts w:ascii="Times New Roman" w:hAnsi="Times New Roman" w:eastAsia="Times New Roman" w:cs="Times New Roman"/>
        </w:rPr>
        <w:t>“Juanman qosqa sapa k’anchay, qanchis truenuykunapi rimarisqa karqan, huk sut’i rikuchiy karqan imakuna pasananpaq ñawpaq kaq hinaspa iskay kaq angelkunap willakuyninkuna urapi....”</w:t>
      </w:r>
    </w:p>
    <w:p>
      <w:pPr>
        <w:pStyle w:val="ArticleScripture"/>
        <w:jc w:val="left"/>
      </w:pPr>
      <w:r>
        <w:rPr>
          <w:rFonts w:ascii="Times New Roman" w:hAnsi="Times New Roman" w:eastAsia="Times New Roman" w:cs="Times New Roman"/>
        </w:rPr>
        <w:t>“Kay qanchis truynokuna rimayninkuta willakusqankumanta qhipaman, Juanman kamachiy chayamun, imaynachus Danielman chay huch’uy libro nisqamanta chayarqan hina: ‘Qanchis truynokuna nisqankuta sellay.’ Kaykunaqa hamuq pachapi pasaq ruwaykunamanmi tinkunku, chaykunaqa kikinkupaq ordenninpi sut’inchasqa kanqaku.” The Seventh-day Adventist Bible Commentary, volume 7, 971.</w:t>
      </w:r>
    </w:p>
    <w:p>
      <w:pPr>
        <w:pStyle w:val="ArticleBody"/>
        <w:jc w:val="left"/>
      </w:pPr>
      <w:r>
        <w:rPr>
          <w:rFonts w:ascii="Times New Roman" w:hAnsi="Times New Roman" w:eastAsia="Times New Roman" w:cs="Times New Roman"/>
        </w:rPr>
        <w:t>Yuyaychasqa kay, qanchis illapakunaqa huk unancha kasqanta, chaymanta metodologíata pruebananpaq hinaspa sayachinanpaq kasqanta, hinaspataq pacha tukukuypi reqsichisqa karqan, chay pacha 1989 watapi qallarisqan. 11 septiembre 2001 qhipaman, iskay kuyuykuna kutikachisqa kasqan ancha allinchananqa kunan pacha pruebanapaq cheqaq kayman tukurqan.</w:t>
      </w:r>
    </w:p>
    <w:p>
      <w:pPr>
        <w:pStyle w:val="ArticleBody"/>
        <w:jc w:val="left"/>
      </w:pPr>
      <w:r>
        <w:rPr>
          <w:rFonts w:ascii="Times New Roman" w:hAnsi="Times New Roman" w:eastAsia="Times New Roman" w:cs="Times New Roman"/>
        </w:rPr>
        <w:t>Milleritakunapa historianku kutikachisqa kaqnin huk pachak tawa chunka tawa waranqa runakunapa historiapinmi chay p’unchaypi takyachisqa karqa ñawpaq kamachiy hina, imaynan Milleritakunapa ñawpaq kamachi takyachisqa karqa 11 agosto 1840 watapi. Milleritakunapaqqa, huk p’unchay huk wata kasqanta rikuchiq ñawpaq kamachinqa takyachisqa karqa 11 agosto 1840 watapi, hinallataq llapa musuqchasqa kuyukuynikuna huknin hukninta rikch’achisqanta reqsichiq ñawpaq kamachi, “sapa siq’ipi siq’i hina,” takyachisqa karqa 11 setiembre 2001 watapi. Qanchis illapaykunapas, chay chiqaq kaypa huk testigun hina, chay pachapin kichasqa karqaku.</w:t>
      </w:r>
    </w:p>
    <w:p>
      <w:pPr>
        <w:pStyle w:val="ArticleBody"/>
        <w:jc w:val="left"/>
      </w:pPr>
      <w:r>
        <w:rPr>
          <w:rFonts w:ascii="Times New Roman" w:hAnsi="Times New Roman" w:eastAsia="Times New Roman" w:cs="Times New Roman"/>
        </w:rPr>
        <w:t>Jesúsqa sapa kuti imamapas tukukuyninta qallariyninwanmi rikuchin, chayrayku 11 septiembre 2001 wata, sellakuy rurasqapa qallariynin kasqanrayku, sellakuy rurasqapa tukukuynintapas reqsichin. Judá ayllumanta Leónmi qanchis trueno-kunamanta huk aswan kaqman kicharirqan, 2023 watapi julio killapi wañusqa ch’aki tullukunata hatarichiyta qallarisqanpi; chaypim reqsichirqan, “Cheqaq Kay”wan hina tupaspa, qanchis trueno-kunapas simbólicamente Millerita historiatañam rikuchinku, ñawpaq chaymanta qhipa llakikuykunapa, Chawpi Tuta Qapariypa hatarikuynin chawpi waymark kasqanwan.</w:t>
      </w:r>
    </w:p>
    <w:p>
      <w:pPr>
        <w:pStyle w:val="ArticleBody"/>
        <w:jc w:val="left"/>
      </w:pPr>
      <w:r>
        <w:rPr>
          <w:rFonts w:ascii="Times New Roman" w:hAnsi="Times New Roman" w:eastAsia="Times New Roman" w:cs="Times New Roman"/>
        </w:rPr>
        <w:t>Chay hinallataq, pay rikuchirqan qanchis illapakunapa willakuynin kutimunanpaq kashanta 18 julio 2020 p’unchawpa historiapi, qaylla hamuq domingo kamachikuykama. 18 julio 2020 p’unchawpa llakikuyqa ñawpaq waymarka kasqanrayku, chaymanta qaylla hamuq domingo kamachikuypa llakikuyñataq “Cheqaq Kay” sutiyuq kimsa waymarkakunamanta qhepaqnin kasqanrayku, chaykunaq riqsichisqan qanchis illapakuna sellokuna wichq’ay tiempo tukukuyninpi, sut’inchasqa kashan mana yuyayniyuq sipaskunawan tupaq hatarikuyninwan, paykunaqa Judá ayllumanta Leónpa willakuyninta mana chaskispanku, paymi kunan qaparishan, sellonkuna kicharispa, paypa willakuyninta tukuy pachapi yachachispa; chay willakuyqa qhepa p’unchaykunapa Chawpi Tuta Qapariy willakuyninmi.</w:t>
      </w:r>
    </w:p>
    <w:p>
      <w:pPr>
        <w:pStyle w:val="ArticleBody"/>
        <w:jc w:val="left"/>
      </w:pPr>
      <w:r>
        <w:rPr>
          <w:rFonts w:ascii="Times New Roman" w:hAnsi="Times New Roman" w:eastAsia="Times New Roman" w:cs="Times New Roman"/>
        </w:rPr>
        <w:t>Sellakuy pacha qallariyninpi, 11 septiembre 2001 watapi, Apocalipsis chunka pusaqniyuq qhapaq angel uraykamurqan, hinallataq achka imakunamanta, paymi qanchis illapakunapa nisqan aswan hunt’asqa yuyayta kicharirqan. Chay pacha qanchis illapakunamanta entiendesqa kasqaqa mana sapallanchu karqan allinchay kuyuykuna hukninwan hukninwan tupaq kasqanta, aswanpas chay angel huk allinchay kuyuypa chay waymarkninpi uraykamuspanqa, chay historia nisqanpa kikinman tupuq ñawpaq proféticakamachiyta takyachinanpaq kasqanta.</w:t>
      </w:r>
    </w:p>
    <w:p>
      <w:pPr>
        <w:pStyle w:val="ArticleBody"/>
        <w:jc w:val="left"/>
      </w:pPr>
      <w:r>
        <w:rPr>
          <w:rFonts w:ascii="Times New Roman" w:hAnsi="Times New Roman" w:eastAsia="Times New Roman" w:cs="Times New Roman"/>
        </w:rPr>
        <w:t>Apocalipsis pusaq chunka qanchisniyuq (18) qillqapi angelpa uraykuyin Septiembre 11, 2001 p’unchawpi, “huk siq’imanta huk siq’iman” nisqa qhipa para ruwayninta chiqaqchasqa, qallariy puriy (icha Alpha) tukuynin puriyman (icha Omega) rikuchisqanta reqsichispa. Sellasqa pacha tukukuyninpi, Miguel uraykamurqa wañusqa ch’aki tullukunata kawsarichinampaq, iskay testigokunawan rikuchisqa, paykunaqa wañusqa jach’a llaqtapa ñanninkunapi sirisqaqa karqanku, Sodoma hinallataq Egipto nisqapi, maypichus Señorniykupas chakatasqa karqa. Miguel wañusqakunata kawsayman kutichimuspan, payqa, Judá ayllupa Leonnin hina, sellonta kicharirqa qanchis truenoqkunapa pakasqa historiayoq kasqanta, ñawpaqta qanchis truenoqkunamanta revelasqa chiqaqkunamanta aswan qhipaman.</w:t>
      </w:r>
    </w:p>
    <w:p>
      <w:pPr>
        <w:pStyle w:val="ArticleBody"/>
        <w:jc w:val="left"/>
      </w:pPr>
      <w:r>
        <w:rPr>
          <w:rFonts w:ascii="Times New Roman" w:hAnsi="Times New Roman" w:eastAsia="Times New Roman" w:cs="Times New Roman"/>
        </w:rPr>
        <w:t>Hinaspa Judá ayllumanta León chay chiqaqta kicharirqan, chayqa “Cheqaq Kay” nisqapa ruwasqan ukhuman churaykurqan. Chaymanta rikuchisqa karqan 18 julio 2020 p’unchawqa 19 abril 1844 p’unchawwan tupaq kasqanta, hinaspa sapa chay yuyariy chimpakuna qepanta hamunanpaq kasqanta Chawpi Tutanpa Qapariynin willakuynin kichariynin, mayqinchus sapa sapa historiapi mana yuyaysapalla doncellakunapa hatarikuyninta rikuchinqa. Paymi hinallataq kicharirqan chay willakuyqa tsunami hinam verya pachantinpi purinqa, domingo kamachiy atiyniyuqman tukuspa hatun llakikuy chayamunankama.</w:t>
      </w:r>
    </w:p>
    <w:p>
      <w:pPr>
        <w:pStyle w:val="ArticleBody"/>
        <w:jc w:val="left"/>
      </w:pPr>
      <w:r>
        <w:rPr>
          <w:rFonts w:ascii="Times New Roman" w:hAnsi="Times New Roman" w:eastAsia="Times New Roman" w:cs="Times New Roman"/>
        </w:rPr>
        <w:t>Kay yachachiyta qatiqkusun hamuq qillqapi.</w:t>
      </w:r>
    </w:p>
    <w:p>
      <w:pPr>
        <w:pStyle w:val="ArticleScripture"/>
        <w:jc w:val="left"/>
      </w:pPr>
      <w:r>
        <w:rPr>
          <w:rFonts w:ascii="Times New Roman" w:hAnsi="Times New Roman" w:eastAsia="Times New Roman" w:cs="Times New Roman"/>
        </w:rPr>
        <w:t>Paymi nirqan: “Ama kay qillqasqa profecíapa nisqankunata sellaychu, pachaqa qayllapiña kachkanmi. Mana allin ruraqqa, mastapas mana allinta rurachun; qhellichasqaqa, mastapas qhellichasqa kachun; chanin runaqa, mastapas chanin kachun; santuqa, mastapas santu kachun. Qhawariy, utqayllam hamuni; premiyoypas noqawan kachkan, sapa runaman qosqaypaq, imaynatachus rurasqanman hina. Noqaqa Alpha hinallataq Omega kani, qallariyninwan tukuynin, ñawpaq kaqwan qhepa kaq.” Apocalipsis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Isqon Chunka Tawañiqin</dc:title>
  <dc:subject>Makabiyukunapa qapariyninkunapa yachaynin: Trumppa atipaynin hinallataq willakuykunapi qillqasqa ñan Uywakunapa Santurayninman chayanapaq</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