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qillqa - Pachak isqun chunka qanchisniyuq</w:t>
      </w:r>
    </w:p>
    <w:p>
      <w:pPr>
        <w:pStyle w:val="ArticleSubtitle"/>
        <w:jc w:val="left"/>
      </w:pPr>
      <w:r>
        <w:rPr>
          <w:rFonts w:ascii="Arial" w:hAnsi="Arial" w:eastAsia="Arial" w:cs="Arial"/>
        </w:rPr>
        <w:t>Sut’inakuy Proféticopa Kichariynin: Cristopa Iskay Kaq Huñunakuyñin hinaspa Islampa Qhipa Pacha Ruwaynin Revelaciónpa Willakuyninpi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2024-04-29</w:t>
      </w:r>
    </w:p>
    <w:p>
      <w:pPr>
        <w:pStyle w:val="ArticleBody"/>
        <w:jc w:val="left"/>
      </w:pPr>
      <w:r>
        <w:rPr>
          <w:rFonts w:ascii="Times New Roman" w:hAnsi="Times New Roman" w:eastAsia="Times New Roman" w:cs="Times New Roman"/>
        </w:rPr>
        <w:t>Kunanqa riqsichkanchikmi qanchis illapakunawan rikuchisqa huk ruwayqa Cristoqa llaqtanta iskay kutita huñunaynin kasqanta, chaytan qallarin Julio killapi, 2023 watapi. Millerita historiaraq reqsichin kay ruwayqa hunt’akun Islam guerrawan, chay willakuyniyoq qhipa qhawayninpi, nispa.</w:t>
      </w:r>
    </w:p>
    <w:p>
      <w:pPr>
        <w:pStyle w:val="ArticleBody"/>
        <w:jc w:val="left"/>
      </w:pPr>
      <w:r>
        <w:rPr>
          <w:rFonts w:ascii="Times New Roman" w:hAnsi="Times New Roman" w:eastAsia="Times New Roman" w:cs="Times New Roman"/>
        </w:rPr>
        <w:t>Willakuyqa Jesucristoq Revelaciónninmi, mayqenpas kichasqa kachkan manaraq probation wisq’akunankama, ichaqa chay willakuyqa apasqa kachkan (churakusqa kachkanpa contexto-ninpi) kinsa kaq ay oqharikuy willakuy ukhupi. Kikin pachallapim Señor makinta iskay kaq kutita mast’arirqan 1849 watapi, Hermana Whiteqa rimarqan phiñasqa nacionkuna kuyukuymanta, mayqenchus Islamta simbólicamente rikuchin.</w:t>
      </w:r>
    </w:p>
    <w:p>
      <w:pPr>
        <w:pStyle w:val="ArticleScripture"/>
        <w:jc w:val="left"/>
      </w:pPr>
      <w:r>
        <w:rPr>
          <w:rFonts w:ascii="Times New Roman" w:hAnsi="Times New Roman" w:eastAsia="Times New Roman" w:cs="Times New Roman"/>
        </w:rPr>
        <w:t>“1848 watapi diciembre killapi 16 p’unchaypi, Señorqa qawachiwarqan hanaq pachapi kallpakunapa chukchukuyninta. Qawarqani, Señorqa ‘hanaq pacha’ nispa, Mateo, Marcos, Lucaspas qelqasqan señalkunata qospa, cheqaqtapuni hanaq pachata niytawan; ‘kay pacha’ nispaqa, kay pachatapuni niytawan. Hanaq pachapa kallpankunaqa inti, killa, ch’askakunami. Paykunaqa hanaq pachapi kamachinku. Kay pachapa kallpankunaqa kay pachapi kamachiqkunam. Hanaq pachapa kallpankunaqa Diospa siminwan chukchuchisqa kanqaku. Chaymanta inti, killa, ch’askakunapas lloqsichisqa kankuqkuna kikin maypi kasqankumanta. Manam chinkapunkuqchu, aswanpas Diospa siminwan chukchuchisqam kankuq.”</w:t>
      </w:r>
    </w:p>
    <w:p>
      <w:pPr>
        <w:pStyle w:val="ArticleScripture"/>
        <w:jc w:val="left"/>
      </w:pPr>
      <w:r>
        <w:rPr>
          <w:rFonts w:ascii="Times New Roman" w:hAnsi="Times New Roman" w:eastAsia="Times New Roman" w:cs="Times New Roman"/>
        </w:rPr>
        <w:t>Paqasqa, llump’aq phuyukuna oqarimuspa hukninwan huknin tinkurqanku. Wayra pacha kicharikuspa kutirirqan; chaymantataq Orionpi kichasqa k’iti ukhunta qhawariyta atirqayku, maymantachus Diospa rimaynin hamurqan. Chay kichasqa k’ititaqmi Llaqt’a Santokuna uraykamunqa. Rikurqani kay pachapa atiyninkuna kunan kuyuchisqa kasqanta, hinaspa ruwaykuna hukmanta hukman hamusqanta. Awqa, awqap rimayninkuna, espada, yarqay, unquywan pestilencia ñawpaqta kay pachapa atiyninkunata kuyuchinqa; chaymanta Diospa rimaynin inti, killa, quyllurkunatapas, kay pachatapas kuyuchinqa. Rikurqani Europapi atiyninkunapa kuyuchiynin mana kasqanta, imaynachus wakinkuna yachachinku hanaq pachapa atiyninkunapa kuyuchiynin kasqanta, aswanpas phiñasqa nacionkunapa atiyninkunapa kuyuchiynin kasqanta. Primeros Escritos, 41.</w:t>
      </w:r>
    </w:p>
    <w:p>
      <w:pPr>
        <w:pStyle w:val="ArticleBody"/>
        <w:jc w:val="left"/>
      </w:pPr>
      <w:r>
        <w:rPr>
          <w:rFonts w:ascii="Times New Roman" w:hAnsi="Times New Roman" w:eastAsia="Times New Roman" w:cs="Times New Roman"/>
        </w:rPr>
        <w:t>Historiador kuna takyachkankuqa Europapi nacionkunata 1848 watapi kuyuchisqaqa Islampa ejercitokunapa rurayninkuna kasqanta, profecía nisqapiqa nacionkunata phiñachiq atiynin hina unanchasqa kasqanrayku. Señorpa makinmanta iskay kutita mast’arikusqanmanta ñawpaq testigopi, 1840manta 1844kama historiapi, Chawpi Tuta Qapariypa willakuyninqa Exeter camp meetingman chayaramurqa. Chaymanta 1844 watapi octubre killapa 22 p’unchayninkamaqa, chay willakuyqa Estados Unidospa inti lloqsimu qochapata patanpi tiyak nacionkunapi lamar unu hatun phukuy hina mast’arikurqa. Chay kuyuyqa Cristopa Jerusalén llaqtaman atipayninwan yaykuyninwan rikuchisqa ñawpaq unanchayniyuq karqa, hinaspa asnu karqa Cristota Jerusalénman apaq.</w:t>
      </w:r>
    </w:p>
    <w:p>
      <w:pPr>
        <w:pStyle w:val="ArticleBody"/>
        <w:jc w:val="left"/>
      </w:pPr>
      <w:r>
        <w:rPr>
          <w:rFonts w:ascii="Times New Roman" w:hAnsi="Times New Roman" w:eastAsia="Times New Roman" w:cs="Times New Roman"/>
        </w:rPr>
        <w:t>Chawpi tuta qapariypa willakuyninqa Jesucristoq Revelaciónninqa llapa profétik willakuyninta rikuchin; ichaqa chay Revelaciónqa kinsa kaq ay qhipa islam nisqapa, nacionkunata phiñachiq, contexto ukunpi churakusqa kachkan, imaraykuchus Islammi apamun chay willakuyta, mayqinchus Jesucristoq Revelaciónnin kasqa. Jesusqa Judá ayllumanta Leónmi, paytaq “asno” nisqa willakuyman watasqa kachkan.</w:t>
      </w:r>
    </w:p>
    <w:p>
      <w:pPr>
        <w:pStyle w:val="ArticleScripture"/>
        <w:jc w:val="left"/>
      </w:pPr>
      <w:r>
        <w:rPr>
          <w:rFonts w:ascii="Times New Roman" w:hAnsi="Times New Roman" w:eastAsia="Times New Roman" w:cs="Times New Roman"/>
        </w:rPr>
        <w:t>Judá, qanmi kanki wawqeykikunapa yupaychasqan: makiykiqa awqaykikunapa kunkanpi kanqa; taytaykipa wawan-kunaqa ñawpaqniykipi qonqorikuykunku. Judáqa leónpa mallki wawanmi: presa-manta, churiy, wicharqankiña: k’umuykurqan, siriykurqan león hina, machu león hinapas; ¿pitaq hatarichinqa? Varayuq kayqa mana Judá-manta anchuykanqachu, nitaq kamachiqpas chakinkuna chawpinmanta, Shiloh hamunankama; paymanmi llaqtakuna huñunakuyku kanqa. Uvas sach’aman wataykuspa malta asnunta, akllasqa uvas sach’amanpas china asnopa wawanta; p’achan-kunata vinowan mayllakurqan, p’achantaq uvaspa yawarninwan; ñawinkunaqa vino-wan puka kanqa, kirunkunataq ñuñuwan yurak. Génesis 49:8–12.</w:t>
      </w:r>
    </w:p>
    <w:p>
      <w:pPr>
        <w:pStyle w:val="ArticleBody"/>
        <w:jc w:val="left"/>
      </w:pPr>
      <w:r>
        <w:rPr>
          <w:rFonts w:ascii="Times New Roman" w:hAnsi="Times New Roman" w:eastAsia="Times New Roman" w:cs="Times New Roman"/>
        </w:rPr>
        <w:t>Judá nisqanmanta “llaqtakunapa huñuynin” hunt’akun. Cristoqa, Judá hina, “Uvas sach’a”pas kanki, chay “akllasqa uvas sach’ataq” watasqa kachkan “asnotonpa malta wawaman”. Paypa “p’achankunaqa” “vinowanmi” mayllakunku, chaymi karqa “uvakunapa yawarnin”. Cristoqa Getsemanípi yawarninta jich’ayta qallarin, maypichus yawarta sudarqan; Getsemaní nisqaqa “aceituna saruna” ninanmi. Getsemanímanta cruzkama payqa ancha chanin yawarninta jich’arqan llapa runakunata Payman huñunaypaq.</w:t>
      </w:r>
    </w:p>
    <w:p>
      <w:pPr>
        <w:pStyle w:val="ArticleScripture"/>
        <w:jc w:val="left"/>
      </w:pPr>
      <w:r>
        <w:rPr>
          <w:rFonts w:ascii="Times New Roman" w:hAnsi="Times New Roman" w:eastAsia="Times New Roman" w:cs="Times New Roman"/>
        </w:rPr>
        <w:t>Kunanqa kay pachapa taripayninmi kan: kunanqa kay pachapa kamachiqnin qarqusqam kanqa. Ñoqataq, allpamanta oqarisqa kaptiy, llapa runakunatan ñoqaman aysasaq, nispa. Kaytaqa nirqan ima wañuymi wañunan kasqanta reqsichispa. Juan 12:31–33.</w:t>
      </w:r>
    </w:p>
    <w:p>
      <w:pPr>
        <w:pStyle w:val="ArticleBody"/>
        <w:jc w:val="left"/>
      </w:pPr>
      <w:r>
        <w:rPr>
          <w:rFonts w:ascii="Times New Roman" w:hAnsi="Times New Roman" w:eastAsia="Times New Roman" w:cs="Times New Roman"/>
        </w:rPr>
        <w:t>Cristopa llapa runakunata payman aysanan rurananqa iskay hatua yupaymi; ñawpaqtaqa “Israelpa qarqosqankunata” huñun, chaymanta paykunata señalta hina llamk’achispa huk ovejankunatapas aysananpaq.</w:t>
      </w:r>
    </w:p>
    <w:p>
      <w:pPr>
        <w:pStyle w:val="ArticleScripture"/>
        <w:jc w:val="left"/>
      </w:pPr>
      <w:r>
        <w:rPr>
          <w:rFonts w:ascii="Times New Roman" w:hAnsi="Times New Roman" w:eastAsia="Times New Roman" w:cs="Times New Roman"/>
        </w:rPr>
        <w:t>Ñuqaqa allin michiqmi kani, ovejaykunatapas reqsini, paykunapas ñuqata reqsiwanku. Imaynatachus Yayaqa ñuqata reqsiwan, chay hinallataq ñuqapas Yayata reqsini; ovejaykunapaqmi kawsayniyta qoykuni. Huk ovejaykunapas kachkanmi, kay qhatamanta mana kaqkuna; paykunatapas apamunaymi tiyan, paykunapas rimaynita uyarinqaku; hinaspataq huk qhata kanqa, huk michiqtaq. Juan 10:14–16.</w:t>
      </w:r>
    </w:p>
    <w:p>
      <w:pPr>
        <w:pStyle w:val="ArticleBody"/>
        <w:jc w:val="left"/>
      </w:pPr>
      <w:r>
        <w:rPr>
          <w:rFonts w:ascii="Times New Roman" w:hAnsi="Times New Roman" w:eastAsia="Times New Roman" w:cs="Times New Roman"/>
        </w:rPr>
        <w:t>Pachak tawa chunka tawa waranqa runakunaqa payta reqsiq “ovejakuna” kanku. “Huk ovejakuna” nisqaqa paypa michiqllanmi, paykunaqa Babiloniamanta lluqsimunku, unanchanta rikuspanku, uyarispankutaj. Manaraq pay unanchanta hoqarinankamanta, mayqinkunachus paypa ovejankuna kanku, ñawpaqta paykunata iskay kutita huñun. Chay sagrado historiapa siq’inqa Daniel qhelqapi chunka hukniyuq kapitulupi chunka kinsayuqmanta chunka pichqayuqkama versículokunawan tupayninpi kasqa, chayraykutaq chunka versículopi pakasqa historiaywanpas tupayninpi kashan. Chayqa cheqaq protestante waqra historiapa siq’inta rikuchin, mayqinchus sutinchaska protestante waqra historiapa ukhumpi purin, sutinchaska republicano waqrawan, Tiro llaqta ch’isin warmipa hamuyninwanpas, chunka hukniyuq versículopi domingo kamachiy chayamunanpaq manaraq. Cheqaq protestante waqra historiapa siq’inqa iskayninta rikuchin: historiatapas, hinallataq chay willakuytapas, maypichus pachak tawa chunka tawa waranqa runakuna sellasqa kanku.</w:t>
      </w:r>
    </w:p>
    <w:p>
      <w:pPr>
        <w:pStyle w:val="ArticleBody"/>
        <w:jc w:val="left"/>
      </w:pPr>
      <w:r>
        <w:rPr>
          <w:rFonts w:ascii="Times New Roman" w:hAnsi="Times New Roman" w:eastAsia="Times New Roman" w:cs="Times New Roman"/>
        </w:rPr>
        <w:t>“Israelpa qarqosqankuna”qa huk siq’ita rikuchin “asikuy huñunakuqkuna” nisqaman ch’iqnikuspa, imaynachus Jeremías paykunata sutichan, utaq “Satanaspa sinagogan” hina, imaynachus Juan sutichan Revelación libroq iskay kaq, kimsa kaq capitulokunapi, maypichus Esmirna hinaspa Filadelfia iglesia-kuna rimapayasqa kachkan. Filadelfia llaqtamanta kaqkunaqa Revelación libroq qanchis kaq capitulopi nisqa “pachak tawa chunka tawa waranqa” nisqakuna kanku, Esmirnaqa chaylla capitulomantapuni “hatun achka runa” nisqa, yupay atisqa mana kaq. Qhepa p’unchaykunapi iskay rikch’aq salvasqa runakunaqa ch’aqwaypi kachkanku llulla rimayuqkunawan, chay Satanaspa sinagoganpi kaqkunawanpas, paykunaqa Diospa llaqtan kasqankuta mañakunku, imaraykuchus judío kasqankuta ninku.</w:t>
      </w:r>
    </w:p>
    <w:p>
      <w:pPr>
        <w:pStyle w:val="ArticleBody"/>
        <w:jc w:val="left"/>
      </w:pPr>
      <w:r>
        <w:rPr>
          <w:rFonts w:ascii="Times New Roman" w:hAnsi="Times New Roman" w:eastAsia="Times New Roman" w:cs="Times New Roman"/>
        </w:rPr>
        <w:t>Cheqaq protestante cheqaq waqra lineanqa saymi kachkan: paykuna kikinpurapi ch’iqnakuyninkuta, ñawpaq kovenant llaqta runakunawan, chay p’unchaykunapi saqisqa kasqankuwan kuska. Chay kikin historiapi hinallataq, fielkunaqa ch’iqnakuypim kachkanku apostata protestantismopa lineanwan, catholicismowanpas. Chay kimsa diniyu entidadkunaqa dragonta, bestiata, llulla profetatapas rikuchinku micro nivelpi, cheqaq protestante waqra lineapi ukhupi.</w:t>
      </w:r>
    </w:p>
    <w:p>
      <w:pPr>
        <w:pStyle w:val="ArticleScripture"/>
        <w:jc w:val="left"/>
      </w:pPr>
      <w:r>
        <w:rPr>
          <w:rFonts w:ascii="Times New Roman" w:hAnsi="Times New Roman" w:eastAsia="Times New Roman" w:cs="Times New Roman"/>
        </w:rPr>
        <w:t>“Rikurqanimi iglesiata sutillanta suti-lla kaqta, hinallataq Adventistakunatapas suti-lla kaqta, Judas hina, qankunata Católicokunaman entreganankupaq, paykunaq atiyninta hap’iykuspa cheqaq kaypa contra hamunankupaq. Chay p’unchaykunapi santosqa pakasqa llaqtam kanqaku, Católicokunapaq mana ancha reqsisqa; ichaqa iglesiakuna hinallataq Adventistakuna suti-lla kaqkuna, iñiyniykumanta hinaspa ruwayniykumanta yachaqkuna (imatachus sábado rayku qankunata cheqnikurqanku, mana atirqankuchu chayta kutichiyta), santoskunata entreganqaku hinaspa Católicokunaman willanqaku, llaqtapa kamachisqankunata mana kasuqkuna hina; chayqa nin, sábadota waqaychasqankurayku hinaspa domingota mana kasusqankurayku.” Spalding and Magan, 1, 2.</w:t>
      </w:r>
    </w:p>
    <w:p>
      <w:pPr>
        <w:pStyle w:val="ArticleBody"/>
        <w:jc w:val="left"/>
      </w:pPr>
      <w:r>
        <w:rPr>
          <w:rFonts w:ascii="Times New Roman" w:hAnsi="Times New Roman" w:eastAsia="Times New Roman" w:cs="Times New Roman"/>
        </w:rPr>
        <w:t>Ñawpaqtaña kay pasajeta rimasqañam karqan, chayta rurashaspa reqsirqanchikmi imayna “iglesia nominal” nisqa rimaypas, “Adventista nominal” nisqa rimaypas, hukniray ñiqinman hina yuyayninwan churasqa kanman karqan Hermana White kay simikunata qillqasqan p’unchawpi. Ichaqa profetakunaqa aswan qhepa p’unchawkuna rayku rimarqanku, manam kikinkupa historiankuraykuchu; chayrayku kay pasajepi qhepa p’unchawkunaq iglesia nominal nisqaqa apostata Protestantismom kanman. “Nominal” simiqa nin “sutillapi sutiwanlla”.</w:t>
      </w:r>
    </w:p>
    <w:p>
      <w:pPr>
        <w:pStyle w:val="ArticleBody"/>
        <w:jc w:val="left"/>
      </w:pPr>
      <w:r>
        <w:rPr>
          <w:rFonts w:ascii="Times New Roman" w:hAnsi="Times New Roman" w:eastAsia="Times New Roman" w:cs="Times New Roman"/>
        </w:rPr>
        <w:t>Nisqasqa Protestante iglesiaqa 1844 watapi Roma contra mana protestarqachuña, iñiyniywan Aswan Santo Cheqaman yaykunaman mana allinchakuspa hatarirqanku, chaypi reqsiyta atinkuman karqa qanchis kaq p’unchaw samana p’unchaw yupaychanaq allin p’unchawnin kasqanta. Chaypa rantinpiqa inti yupaychanata waqaycharqanku, chaymi Catolicismopa señalnin. Mana atikunchu “Roma contra protestayta,” mayqenchus “Protestante” simipa sapallan sut’inchaynin, sichus paypa kamachiy simbolonta chaskirqanki, mayqentachus Romana iglesia kutin kutinta reqsichisqa paypa kamachiynin kasqanta Bibliapi yupaychana p’unchawta qanchis kaq p’unchaw samana p’unchawmanta Domingoman tikraypaq.</w:t>
      </w:r>
    </w:p>
    <w:p>
      <w:pPr>
        <w:pStyle w:val="ArticleBody"/>
        <w:jc w:val="left"/>
      </w:pPr>
      <w:r>
        <w:rPr>
          <w:rFonts w:ascii="Times New Roman" w:hAnsi="Times New Roman" w:eastAsia="Times New Roman" w:cs="Times New Roman"/>
        </w:rPr>
        <w:t>“Adventistakuna sut’inlla kasqanku” ninkuqa, qanchis p’unchaw Adventistakuna kasqankuta rimarinanku runakuna kanku; ichaqa Judaswanpas reqsichisqa kanku, paymi huk disipulupa unanchaqnin, mayqenchus rimasqanman traicionta ruraran. Qanchis p’unchaw Adventistakuna iglesian sut’inlla kasqanqa “santokunata” cheqnikunqa, hinaspataq chay santokunaqa “kanqaku” chinkasqa hina mana reqsisqa llaqtachakuna. Paykunaqa chay mana reqsisqa santokunata cheqnikunku, “samana p’unchawmanta,” chay cheqaqta mana atisqankurayku “llump’ayta.” Hermana Whitepa historiapi samana p’unchawpa cheqaqninqa qanchis kaq p’unchaw samana p’unchaw karqan; ichaqa chayqa qhipa p’unchawkunapa samana p’unchaw cheqaqninta unancharin, mayqentachus mana atikunachu llump’ayta, chaymi yachachikuy karqan, ñawpaqta Laodicea qanchis p’unchaw Adventismoqa 1863 watapi hatarikuyninpi mana chaskisqan. Chay yachachikuyqa William Millerpa ñawpaqtarraq tariynin saphi cheqaq karqan, hinaspataq Adventismopa saphi cheqaqninkunata reqsichin, mayqenkunapichus Adventistakuna sut’inlla kasqanku mana puriyta munanku, Jeremíaspa ñawpaq ñankuna nisqawan unanchasqa hina. Chay samana p’unchaw cheqaqmi “qanchis kuti,” Levítico iskay chunka suqta nisqapi kasqan.</w:t>
      </w:r>
    </w:p>
    <w:p>
      <w:pPr>
        <w:pStyle w:val="ArticleBody"/>
        <w:jc w:val="left"/>
      </w:pPr>
      <w:r>
        <w:rPr>
          <w:rFonts w:ascii="Times New Roman" w:hAnsi="Times New Roman" w:eastAsia="Times New Roman" w:cs="Times New Roman"/>
        </w:rPr>
        <w:t>Cheqaq protestantismo chiqap sutiq línea, Philadelphiawan Smyrnawan sutichasqa, Judas hina rikuchisqakunaq traicionasqanmi kanku. Judasqa kimsa kuti Jesusman traicionarpaq acuerdota ruwasqa, chaymi huk wiñayman puriq traicionta reqsichin, chay traiciónqa cruzman manaraq chayaspa qallarispa, chaypi tukukusqa. Daniel chunka hukniyuq capítuloq chunka suqtayuq versículonqa ley dominicalta rikuchin, mayqinchus cruzwan tipificasqa karqa. Chayrayku, chunka suqtayuq versículopi ley dominicalman pusaq versículokunapi, mayqinchus chaylla kashan tawa chunka hukniyuq versículopi ley dominicalpas, qhipa p’unchaykunapi santosman kimsa pataman traición apamun. Chay traiciónqa Señorpa qhipa p’unchaykunapa estandartenta iskay kutita huñusqan tiempopin pasakun.</w:t>
      </w:r>
    </w:p>
    <w:p>
      <w:pPr>
        <w:pStyle w:val="ArticleScripture"/>
        <w:jc w:val="left"/>
      </w:pPr>
      <w:r>
        <w:rPr>
          <w:rFonts w:ascii="Times New Roman" w:hAnsi="Times New Roman" w:eastAsia="Times New Roman" w:cs="Times New Roman"/>
        </w:rPr>
        <w:t>Chay p’unchaypiqa kanqa Isaípa saphin, llaqtakunapa unanchaqnin hina sayaspa; paymanmi mana judío llaqtakuna mask’anqaku; samayninpas hatun k’anchayniyuqmi kanqa. Chay p’unchaypitaqmi pasakunqa, Señorqa makinwan yapamanta iskay kutita oqarinqa llaqtanpa puchuqnin qhepakunata kutichimunanpaq, Assyriamanta, Egiptomanta, Patrosmanta, Cushmanta, Elammanta, Shinarmanta, Hamathmanta, lamar qochapi iskayman t’aqasqa hallp’akunamantawan. Paytaqmi sayarichinqa huk unanchata nacionkunapaq, Israelmanta qarqusqakunata huñunqa, Judámanta ch’iqichisqa runakunatataq kay pachapa tawa k’uchunkunamanta tantachinqa. Efraínpa envidiakuyninqa chinkapuunqa, Judápa awqankunataq p’itikusqa kanqaku; Efraínqa manan Judáta envidianqachu, Judátaq manan Efraínta ñak’achinqachu. Ichaqa inti haykuna ladoyman filisteokunapa rikrankuna patapi phawanqaku; inti lluqsimuymanta kaqkunata kuskallam qichunqaku; Edommanwan Moabmanwan makinkuta churanku, Amónpa churinkunataq paykunata kasukunqaku. Isaías 11:10–14.</w:t>
      </w:r>
    </w:p>
    <w:p>
      <w:pPr>
        <w:pStyle w:val="ArticleBody"/>
        <w:jc w:val="left"/>
      </w:pPr>
      <w:r>
        <w:rPr>
          <w:rFonts w:ascii="Times New Roman" w:hAnsi="Times New Roman" w:eastAsia="Times New Roman" w:cs="Times New Roman"/>
        </w:rPr>
        <w:t>Isaiasqa kay pasajepa contexto histórico nisqanta reqsichin chunka versículopi, “chay p’unchaypi” nisqawan. Chayrayku, chay “p’unchayqa” reqsichisqa kashan chunka versículomanta ñawpaq versículokunapi. Kay sapaq profético willakuyta qatiqtinchis, mayqin referenciawanpas reqsiyta atisun ima p’unchaymi “chay p’unchay” nisqaqa kasqan, chayasunchis chunka capítuloq huk versículonman.</w:t>
      </w:r>
    </w:p>
    <w:p>
      <w:pPr>
        <w:pStyle w:val="ArticleScripture"/>
        <w:jc w:val="left"/>
      </w:pPr>
      <w:r>
        <w:rPr>
          <w:rFonts w:ascii="Times New Roman" w:hAnsi="Times New Roman" w:eastAsia="Times New Roman" w:cs="Times New Roman"/>
        </w:rPr>
        <w:t>¡Ay de los que decretan decretos de iniquidad, y de los escribientes que prescriben vejación! Isaías 10:1.</w:t>
      </w:r>
    </w:p>
    <w:p>
      <w:pPr>
        <w:pStyle w:val="ArticleBody"/>
        <w:jc w:val="left"/>
      </w:pPr>
      <w:r>
        <w:rPr>
          <w:rFonts w:ascii="Times New Roman" w:hAnsi="Times New Roman" w:eastAsia="Times New Roman" w:cs="Times New Roman"/>
        </w:rPr>
        <w:t>Pani Whiteqa kay versículopi “mana chanin decreto” nisqanta reqsichin, chayqa utqayllam hamuq Domingo p’unchaw kamachiy kasqanta:</w:t>
      </w:r>
    </w:p>
    <w:p>
      <w:pPr>
        <w:pStyle w:val="ArticleScripture"/>
        <w:jc w:val="left"/>
      </w:pPr>
      <w:r>
        <w:rPr>
          <w:rFonts w:ascii="Times New Roman" w:hAnsi="Times New Roman" w:eastAsia="Times New Roman" w:cs="Times New Roman"/>
        </w:rPr>
        <w:t>“Huk ídolo samanaruwi churakusqa kashan, imaynam qori lantisqa rikch’aynin Dura pampakunapi sayarichisqa karqa, chayhinata. Hinaspa imaynam Nabucodonosor, Babiloniaq reyin, kamachiyta lluqsichirqa llapa mana kunkurikuspanku nitaq kay rikch’ayninta yupaychaspaqa wañuchisqa kanankupaq, chayhinatam huk willakuy ruwasqa kanqa llapa mana domingo institucionta manchakuspa yupaychaqkunapaq carcelwan wañuywan castigasqa kanankupaq. Chayhinam Señorpa sábado nitisqa p’itiykusqa sarusqa qhiparishan. Ichaqa Señorqa nisqaña: ‘¡Ay! mana allin kamachikuykunata kamachiqkunaman, hinaspa ñak’ariyta qillqaqkunaman, chay qillqasqankuta kamachisqankuman’ [Isaiah 10:1]. [Zephaniah 1:14–18]” Manuscript Releases, volume 14, 92.</w:t>
      </w:r>
    </w:p>
    <w:p>
      <w:pPr>
        <w:pStyle w:val="ArticleBody"/>
        <w:jc w:val="left"/>
      </w:pPr>
      <w:r>
        <w:rPr>
          <w:rFonts w:ascii="Times New Roman" w:hAnsi="Times New Roman" w:eastAsia="Times New Roman" w:cs="Times New Roman"/>
        </w:rPr>
        <w:t>Señorpa iskay kuti llaqtanta huñunaypaq contextoqa qayllamusaq domingo kamachiypa sasachakuyninpa historiapi churakun, chayrayku chunka capítulo chunka iskayniyuq versículopi Isaías rimarin Señorpa llaqtan ukhupi huk llamk’ayta tukuchisqanmanta manaraq apamuchkaptin kamachiq taripayninta mana allin kamachiypi, chaymi domingo kamachiyqa.</w:t>
      </w:r>
    </w:p>
    <w:p>
      <w:pPr>
        <w:pStyle w:val="ArticleScripture"/>
        <w:jc w:val="left"/>
      </w:pPr>
      <w:r>
        <w:rPr>
          <w:rFonts w:ascii="Times New Roman" w:hAnsi="Times New Roman" w:eastAsia="Times New Roman" w:cs="Times New Roman"/>
        </w:rPr>
        <w:t>Chayrayku, Señorqa tukuy rurasqan­ta Sion orqopi, Jerusalén llaqtapipas hunt’achispaña, Asiriaq rey­ninpa sinchi sonqonpa rurayninpa rurunta, hinaspa hatun tukusqa qhawariyninpa lliphipayninta castigasaj. Isaías 10:12.</w:t>
      </w:r>
    </w:p>
    <w:p>
      <w:pPr>
        <w:pStyle w:val="ArticleBody"/>
        <w:jc w:val="left"/>
      </w:pPr>
      <w:r>
        <w:rPr>
          <w:rFonts w:ascii="Times New Roman" w:hAnsi="Times New Roman" w:eastAsia="Times New Roman" w:cs="Times New Roman"/>
        </w:rPr>
        <w:t>“Zionpiwan Jerusalénpiwan rurayninta”, Señorqa domingo ley qallariyninpi papadota castiganan manaraq qallarikuchkaptin “ruran”, chayqa pachak tawa chunka tawa waranqakunata sellasqanmi. Ezequiel qhapaq pusaqniyuq t’aqapi, qillqanapaq tintayuq qelqana waqaychasqayuq runaqa Jerusalén llaqtanta purin, hallp’api hinaspa iglesiapi rurasqa millay mana allin ruwaykunamanta “llakikuspanku waqaqkunaq” patanpi huk señalta churaykuspa. Chay rurayqa Señorpa Israelmanta qarqusqakunata iskay kaq kutipi huñunanta ima chhika kasqantapas hap’inmi. Payqa kay pachapa tawa k’uchunkunamanta paykunata huñun, hinaspa “kay pachapa tawa k’uchunkuna” pusaq geografíapi suyukunawanmi rikuchisqa kachkan. Pusaq yupayqa bestiapa imagenninpa pruebanapaq kamachiy simbolonmi; chaymi reqsichin, banderata hina kananpaq kaqkunapa qhipa huñuyninqa bestiapa imagenninpa prueban kay pachapi hunt’akuchkan chay pachapi kasqanta.</w:t>
      </w:r>
    </w:p>
    <w:p>
      <w:pPr>
        <w:pStyle w:val="ArticleBody"/>
        <w:jc w:val="left"/>
      </w:pPr>
      <w:r>
        <w:rPr>
          <w:rFonts w:ascii="Times New Roman" w:hAnsi="Times New Roman" w:eastAsia="Times New Roman" w:cs="Times New Roman"/>
        </w:rPr>
        <w:t>“Efraín” nisqapi sut’ichasqa hukllayqa, “Judáman ama envidiakuspa, Judápas” “Efraínman ama piñachispa,” Judápa awqankuna chinkachisqa kaptinku rikhurin. Profeciapiqa, ñawpaq pactopi llaqtakuna, Judaswan sut’ichasqa, icha Supaypa sinagogan, icha asipayaqkunapa huñunakuynin, icha Millerita historiapi Protestantekuna, icha Cristopa historiapi Judíokuna, ñawpaq llakikuypi “chinkachisqa” kanku. Jeremías chay kikin historiata rikuchiptinqa, payman yachachisqa karqa mana hayk’aqpas asipayaqkunapa huñunakuyninman kutinankupaq; ichaqa paykunaqa munaspa arrepentekuspankuqa payman kutiyta atinkuman karqa.</w:t>
      </w:r>
    </w:p>
    <w:p>
      <w:pPr>
        <w:pStyle w:val="ArticleBody"/>
        <w:jc w:val="left"/>
      </w:pPr>
      <w:r>
        <w:rPr>
          <w:rFonts w:ascii="Times New Roman" w:hAnsi="Times New Roman" w:eastAsia="Times New Roman" w:cs="Times New Roman"/>
        </w:rPr>
        <w:t>2020 watapi qanchis killa 18 p’unchawmanta Domingo ley kama, Señorqa qhepa p’unchaykunapi llaqtanta iskay kutita huñun. Payqa kay pachapi tukuy suyukunamanta huñun, Judápi Jerusalénpipas llapan rurasqanta tukuchisqan pacha ukhupi. Chay sellasqa pachapi, Diospa qhepa p’unchay llaqtanqa mana reqsisqa kanqa, ichaqa chaywanpas kimsa kutiyuq hukllachasqa tantanakuywan tinkuchisqa kanqa, chaymi paykunapa rurasqankuta hark’an.</w:t>
      </w:r>
    </w:p>
    <w:p>
      <w:pPr>
        <w:pStyle w:val="ArticleBody"/>
        <w:jc w:val="left"/>
      </w:pPr>
      <w:r>
        <w:rPr>
          <w:rFonts w:ascii="Times New Roman" w:hAnsi="Times New Roman" w:eastAsia="Times New Roman" w:cs="Times New Roman"/>
        </w:rPr>
        <w:t>Catolicismom kinsa kuti tinkusqap beastmi, chaymanta huk ususinmi Sister White sut’inchasqan hina iglesiata sutiykuchkan “nominal” nisqaqa. Paykunaqa llulla profetata reqsichinku. Laodicea Adventistakuna “nominal” nisqa, Judaswan rikch’achisqa, kay rikuchikuypi dragonmi kanku. 1863 watapi hatarikuq mana kasukuyqa unay Israelpa mana kasukuyninwan rikch’achisqam karqan, ñawpaq Kadeshpi, chaypi Josuépa Calebpa willakuyninta chaskiyta munaspanku saqerqanku hinaspa Egiptoman kutiyta akllarqanku. Egiptoqa dragonpa unanchaqninmi.</w:t>
      </w:r>
    </w:p>
    <w:p>
      <w:pPr>
        <w:pStyle w:val="ArticleScripture"/>
        <w:jc w:val="left"/>
      </w:pPr>
      <w:r>
        <w:rPr>
          <w:rFonts w:ascii="Times New Roman" w:hAnsi="Times New Roman" w:eastAsia="Times New Roman" w:cs="Times New Roman"/>
        </w:rPr>
        <w:t>Runaq Churin, uyayki Egipto suyupi rey Faraonpa contra churay, paypa contranpi, hinallataq llapa Egiptopa contranpi willakuy. Rimay, nispa: Kayhinan nin Señor Dios: Qhawariy, qanpa contraymi kani, Egipto suyupi rey Faraón, mayuyninkunapa chawpinpi siriyuq hatun amaru, mayqinchus nin: “Mayuyqa noqap kikinmi, noqataqmi noqapaq rurakurqani.” Ezequiel 29:2, 3.</w:t>
      </w:r>
    </w:p>
    <w:p>
      <w:pPr>
        <w:pStyle w:val="ArticleBody"/>
        <w:jc w:val="left"/>
      </w:pPr>
      <w:r>
        <w:rPr>
          <w:rFonts w:ascii="Times New Roman" w:hAnsi="Times New Roman" w:eastAsia="Times New Roman" w:cs="Times New Roman"/>
        </w:rPr>
        <w:t>Cadespi hatarichisqan chakwasqa, chunka kaq pruebay kasharqan huk pruebakuna rurayninpi, chaymi Egiptomanta hurqusqa akllasqa llaqtata mana chaskisqa kaymanpas wañuymanpas apan; hinaspataq rikuchirqan tukuynin pruebayta, chay pruebakuna rurayninta Filadelfia Millerita Adventismoman apamurqanku 22 de octubre de 1844 watapi, hinaspataq 1863 watapi hatarichisqawan tukukusqa. Ñawpa Israelpa willakuy puchukayninpi, judíokunaqa “qaparirqanku: ‘¡Apay payta, apay payta, chakatanapi wañuchiy payta!’ Pilatoqa nirqan paykunaman: ‘¿Qankunapa Reyniykichista chakatanapi wañuchisqaychu?’ Hatun sacerdotekunaqa kutichirqanku: ‘Manam huk reyniyku kanchu, aswanqa Césarlla.’” Ñawpaq hatarichiy pinas qhipa hatarichiy pinas, ñawpaq rimanakuy llaqtakunaqa akllakurqanku dragónpa huk unanchanta (Egipto hinallataq pagano Roma) reyninkuman riqsichikuyta.</w:t>
      </w:r>
    </w:p>
    <w:p>
      <w:pPr>
        <w:pStyle w:val="ArticleBody"/>
        <w:jc w:val="left"/>
      </w:pPr>
      <w:r>
        <w:rPr>
          <w:rFonts w:ascii="Times New Roman" w:hAnsi="Times New Roman" w:eastAsia="Times New Roman" w:cs="Times New Roman"/>
        </w:rPr>
        <w:t>18 julio 2020 p’unchawmi, “Judápa awqankuna” “qichusqa” karqanku, hinallataq pachak tawa chunka tawa waranqa runakunapa templon sayachisqa karqa. Chaymanta puchuqqa karqa templota pichayllaña, Ñawpaqta Rimanakuypa Kachaqnin usqhaylla Hanan templonman hamunanpaq. Millerita historiapa templonqa suqta chunka tawa watakunapi sayachisqa karqa, 1798 watamanta 1844 watakama. Ñawpaq kaq llakikuypi, abril 19, 1844 p’unchawpi, Protestantekuna qichusqa karqanku hinaspa Satanaspa sinagoganman tukurqanku, asikuqkunapa huñunakuyninman, Romaq ususinman. Chay pachamanta octubre 22, 1844 p’unchawkama, huk pichay ruwanakuy pasasqa karqa, chayta ñawpaqtachaspa, allin sonqoyuqkuna Cristota qatirqusqanku Ancha Santisimo Cheqaman, payqa divinidadninta runakayninwan tinkuchispa llamk’ananta hunt’ananpaq.</w:t>
      </w:r>
    </w:p>
    <w:p>
      <w:pPr>
        <w:pStyle w:val="ArticleBody"/>
        <w:jc w:val="left"/>
      </w:pPr>
      <w:r>
        <w:rPr>
          <w:rFonts w:ascii="Times New Roman" w:hAnsi="Times New Roman" w:eastAsia="Times New Roman" w:cs="Times New Roman"/>
        </w:rPr>
        <w:t>Cheqap protestante waqraq ñawpaq willakuy, chayqa iskay kutita hukllachasqa kaqmi mana allin kamachikuy hamunankamaña, paykuna Diospa señalninta hina kananpaq, chaynataq wakin ovejankunata Babiloniamanta waqyaypaq Dios paqarichisqan hina, chaylla pachaspi rikurin maypichus apostata Republicano Protestantetaq waqrakuna hukllaykuspa kachkanku, espíritu nisqapi wañuysapa qhariwarmi huchata ruwaspa, chayrayku huk aycha, utaq huk templo tukuspa, chaymi bestiapa rikchaynin. Diospa templonqa chay pachallapi Cristoq rikchayninta kamarichkan.</w:t>
      </w:r>
    </w:p>
    <w:p>
      <w:pPr>
        <w:pStyle w:val="ArticleBody"/>
        <w:jc w:val="left"/>
      </w:pPr>
      <w:r>
        <w:rPr>
          <w:rFonts w:ascii="Times New Roman" w:hAnsi="Times New Roman" w:eastAsia="Times New Roman" w:cs="Times New Roman"/>
        </w:rPr>
        <w:t>Kay yachayta qatiqmasun hamuq qelqapi.</w:t>
      </w:r>
    </w:p>
    <w:p>
      <w:pPr>
        <w:pStyle w:val="ArticleScripture"/>
        <w:jc w:val="left"/>
      </w:pPr>
      <w:r>
        <w:rPr>
          <w:rFonts w:ascii="Times New Roman" w:hAnsi="Times New Roman" w:eastAsia="Times New Roman" w:cs="Times New Roman"/>
        </w:rPr>
        <w:t>Kaymi simi Señorpaq Jeremiasman hamurqa, nispan: Sayariy Señorpa wasinpa punkunpi, chaypim kay simita willakuy, nispa: Uyariychik Señorpa siminta, llapa qankuna Judá llaqtamanta, kay punkukunata yaykuqkuna Señorta yupaychanaykichikpaq. Kayhinatan Señor de los ejércitos, Israelpa Diosnin, nin: Allinchaychik puriyniykichikta, rurayninaykichiktapas, hinaspan kay llaqtapi tiyachisqaykichik. Ama llulla simikunapi confiaychikchu, nispaykichik: “Señorpa templon, Señorpa templon, Señorpa templonmi kaykuna,” nispa. Sichus cheqaqtapuni allinchaychik puriyniykichikta, rurayninaykichiktapas; sichus cheqaqtapuni chanin taripayta rurankichik runamasiykichikwan; sichus mana ñak'arichinkichikchu wakchata, wañuqpa wawan mana taytayoqta, viudatapas, mana huchayoqpa yawarnintapas mana ichhankichikchu kay llaqtapi, nitaq huk dioskunapa qepanta purinkichikchu kikiykichikpa mana allinpaq: chayqa kay llaqtapi tiyachisqaykichik, ñawpaq taytaykichikkunaman qosqay allpapi, wiñaypaq wiñaykama. Qhawariychik, qankuna confiankichik llulla simikunapi, mana imapaqpas allin kaqkunapi. ¿Suwankichikchu, wañuchinkichikchu, warmi-qhari huchata rurankichikchu, llullakuspa jurankichikchu, Baalpaq inciensota rupachinkichikchu, mana reqsisqaykichik huk dioskunapa qepanta purinkichikchu; hinaspachu hamunkichik kay wasiman, sutiywan sutichasqa kaqman, ñawpaqniypi sayaykuspa ninaykichik: “Qispichisqañam kashanchik kay llapa millay ruwaykunata rurananchikpaq”? ¿Kay wasi, sutiywan sutichasqa kaq, suwapa mach'ayninman tukusqachu qankunapa ñawpaqniykichikpi? Qhawariy, noqapas rikurqanitaqmi, nispa Señor.</w:t>
      </w:r>
    </w:p>
    <w:p>
      <w:pPr>
        <w:pStyle w:val="ArticleScripture"/>
        <w:jc w:val="left"/>
      </w:pPr>
      <w:r>
        <w:rPr>
          <w:rFonts w:ascii="Times New Roman" w:hAnsi="Times New Roman" w:eastAsia="Times New Roman" w:cs="Times New Roman"/>
        </w:rPr>
        <w:t>Rikhuykikunanman risp'amunki chay cheqaman, Silo nisqaman, maypichus ñawpaqta sutiyta churqarqani; qhawariychis imatataq rurani chayman, llaqtay Israelpa runankunapa mana allin rurayninkurayku. Kunanqa, kay llapa ruraykunata rurasqaykichisrayku, ninmi Señor, qankunaman rimarqani tutamanta hatarispay, sapa kuti rimaspaypas, ichaqa manam uyariwarqankichischu; waqyarqaykichismanpas, manam kutichimuwarqankichischu. Chayraykun kay wasiman, sutiywan sutichasqa kasqanman, maypichus qankuna hap'ipakunkichis, hinallataq chay cheqamanpas qankunaman hinataq ñawpaq taytaykikunaman qorqani, Silo-man rurasaqta hina rurasaq. Qankunatataq ñawpaqniymanta qarqosqaykichis, imaynachus llapa wawqeykichiskunata, Efrainpa tukuy mirayninta, qarqorqani hina. Chayrayku ama mañakuwaychu kay llaqtarayku, amataq paykunarayku waqaychaspa ni mañakuyta oqarichiychu, amataq noqaman mañapayaychu; manam uyarisqaykichu. ¿Manachu qhawanki imatataq rurashanku Judápa llaqtankunapi, Jerusalénpa kallinkunapipas? Jeremías 7:1–17.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qillqa - Pachak isqun chunka qanchisniyuq</dc:title>
  <dc:subject>Sut’inakuy Proféticopa Kichariynin: Cristopa Iskay Kaq Huñunakuyñin hinaspa Islampa Qhipa Pacha Ruwaynin Revelaciónpa Willakuyninpi</dc:subject>
  <dc:creator>Jeff Pippenger</dc:creator>
  <cp:keywords/>
  <dc:description>Generated by ArticleDigger from daniel\197_daniel.json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