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Isqon Chunka Pusaqniyuq</w:t>
      </w:r>
    </w:p>
    <w:p>
      <w:pPr>
        <w:pStyle w:val="ArticleSubtitle"/>
        <w:jc w:val="left"/>
      </w:pPr>
      <w:r>
        <w:rPr>
          <w:rFonts w:ascii="Arial" w:hAnsi="Arial" w:eastAsia="Arial" w:cs="Arial"/>
        </w:rPr>
        <w:t>Tantachiq Huñunakuykuna hinaspa Willakuy Ñiqichakuykuna: 144,000 runakunapa ruwaynin Daniel 11:40-pa qhipa pacha nisqa kamachiypi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Papakuna kamachikuyninpa siqinta, apostatakuna Republicano kayninpa siqinta, apostatakuna Protestante kayninpa siqinta, hinaspa pachak tawa chunka tawa waranqa runakunapa siqinta, Daniel qhelqapa chunka hukniyuq t’aqapa tawa chunka versiculonpa pakasqa historianninpim churashanchik. Kunanqa rimashanchikmi Cristoqa ayllunta iskay kutita huñunanta, hinaspa llapa rikuchikuykuna paypa ayllunta iskay kaq kutipi huñusqanmantaqa pachak tawa chunka tawa waranqa runakunapa qhepa sellasqa kay ruwanakuyta rikuchin.</w:t>
      </w:r>
    </w:p>
    <w:p>
      <w:pPr>
        <w:pStyle w:val="ArticleBody"/>
        <w:jc w:val="left"/>
      </w:pPr>
      <w:r>
        <w:rPr>
          <w:rFonts w:ascii="Times New Roman" w:hAnsi="Times New Roman" w:eastAsia="Times New Roman" w:cs="Times New Roman"/>
        </w:rPr>
        <w:t>Huk divinu símbolu huk reforma línipi uraykamusqan qhipanpiqa, Señorqa huk akllasqa llaqtata tantan, chaymantaqa paykunaqa pruebakunawan suyaykuchisqa kanku. Chay pruebakunapa tukukuyninpiqa huk chinkachiy, ichaqa t’aqanakuy, kanan; chaymanta qatiqninpiqa Payqa chay akllasqa llaqtata iskay kuti tantan, ichaqa askhakunaqa qhipapi saqisqa kanku, pruebakunapa rurayninta mana atisqankurayku. Cristoqa bautismonpi discípulonkunata tantayta qallarin, cruzpitaq discípulonkuna t’aqanakuq kanku. Kawsarimusqan qhipanpiqa Pentecostés manaraq chayamuchkaptin discípulonkunata iskay kuti tantan. Kay líneaqa rikuchin, iskay kaq tantakuyqa pachak tawa chunka tawa waranqa runakunapi hunt’asqa kasqanta, Domingo kamachiy manaraq hamuchkaptin, mayqinchus Pentecostéswan rikch’achisqa kachkan. Cruzqa huk llakikuy p’akiyta reqsichin, chay qhipantaq huk iskay kaq tantakuy hamun.</w:t>
      </w:r>
    </w:p>
    <w:p>
      <w:pPr>
        <w:pStyle w:val="ArticleBody"/>
        <w:jc w:val="left"/>
      </w:pPr>
      <w:r>
        <w:rPr>
          <w:rFonts w:ascii="Times New Roman" w:hAnsi="Times New Roman" w:eastAsia="Times New Roman" w:cs="Times New Roman"/>
        </w:rPr>
        <w:t>Iskay huñuyqa chakata qhepanpi qallarikurqan Cristo kawsarimuspam uraykamurqan Taytanwan tinkusqanmantapacha. Diospa unanchaqnin uraykamuptinqa, Diospa llaqtantinqa willayta mikhunankum; Cristotaq uraykamuspan, discípulokunawan kuska mikhuq karqan.</w:t>
      </w:r>
    </w:p>
    <w:p>
      <w:pPr>
        <w:pStyle w:val="ArticleScripture"/>
        <w:jc w:val="left"/>
      </w:pPr>
      <w:r>
        <w:rPr>
          <w:rFonts w:ascii="Times New Roman" w:hAnsi="Times New Roman" w:eastAsia="Times New Roman" w:cs="Times New Roman"/>
        </w:rPr>
        <w:t>Hinaspan, paywan mikhuyninkupi tiyashaqtin, t’antata hap’ispa saminchasqa, pakispa paykunaman qorqan. Chaymantataq ñawinkukuna kicharisqa karqan, payta reqsirqanku; hinaspataq ñawpaqnkumanta chinkapuran. Lucas 24:30, 31.</w:t>
      </w:r>
    </w:p>
    <w:p>
      <w:pPr>
        <w:pStyle w:val="ArticleBody"/>
        <w:jc w:val="left"/>
      </w:pPr>
      <w:r>
        <w:rPr>
          <w:rFonts w:ascii="Times New Roman" w:hAnsi="Times New Roman" w:eastAsia="Times New Roman" w:cs="Times New Roman"/>
        </w:rPr>
        <w:t>Iskay kaqnin huñunakuy chay chakata qhepamanmi, Cristoqa kikin yachachisqankunaman Santo Espirituta “samaykachirqan”.</w:t>
      </w:r>
    </w:p>
    <w:p>
      <w:pPr>
        <w:pStyle w:val="ArticleScripture"/>
        <w:jc w:val="left"/>
      </w:pPr>
      <w:r>
        <w:rPr>
          <w:rFonts w:ascii="Times New Roman" w:hAnsi="Times New Roman" w:eastAsia="Times New Roman" w:cs="Times New Roman"/>
        </w:rPr>
        <w:t>“Cristopaqa Espiritu Santota discipulonkuna pataman samaykuspa, hinallataq paykunaman paypa kawsayllapaq thak kayninta quspa rurayninqa, Pentecostés p’unchaypi qonqa achka para unuyoq para manaraq hamuqta, wak k’anchay yaku ch’iqchikuna hina karqa.” Spirit of Prophecy, volumen 3, 243.</w:t>
      </w:r>
    </w:p>
    <w:p>
      <w:pPr>
        <w:pStyle w:val="ArticleBody"/>
        <w:jc w:val="left"/>
      </w:pPr>
      <w:r>
        <w:rPr>
          <w:rFonts w:ascii="Times New Roman" w:hAnsi="Times New Roman" w:eastAsia="Times New Roman" w:cs="Times New Roman"/>
        </w:rPr>
        <w:t>1844 watapi 19 p’unchaypi llakikuy qhipa iskay ñiqin huñunakuypi, Cristoqa makinta hurqorqa 1843 watapi pantasqamanta.</w:t>
      </w:r>
    </w:p>
    <w:p>
      <w:pPr>
        <w:pStyle w:val="ArticleScripture"/>
        <w:jc w:val="left"/>
      </w:pPr>
      <w:r>
        <w:rPr>
          <w:rFonts w:ascii="Times New Roman" w:hAnsi="Times New Roman" w:eastAsia="Times New Roman" w:cs="Times New Roman"/>
        </w:rPr>
        <w:t>“Chaykuna sapaq, llakikuywan qhipasqa, paykuna mana atirqankuchu entiendenaykuta imarayku Señorninku mana hamurqanchu, manam tutayaypi saqisqachu karqanku. Hukmanta kutispataq Bibliankuman pusasqa karqanku profecía p’unchaykunata mask’anankupaq. Señorpa makinmi yupaykunamanta hurqusqa karqa, pantasqañataq sut’inchasqa karqa. Rikurqankutaq profecía p’unchaykuna 1844 watakama chayasqanta, hinallataq evidenciata paykuna rikhuchirqanku profecía p’unchaykuna 1843 watapi tukukuq kasqanta qhawachinankupaq, chay evidenciataq pruebanmi 1844 watapi tukukunankuta.” Early Writings, 237.</w:t>
      </w:r>
    </w:p>
    <w:p>
      <w:pPr>
        <w:pStyle w:val="ArticleBody"/>
        <w:jc w:val="left"/>
      </w:pPr>
      <w:r>
        <w:rPr>
          <w:rFonts w:ascii="Times New Roman" w:hAnsi="Times New Roman" w:eastAsia="Times New Roman" w:cs="Times New Roman"/>
        </w:rPr>
        <w:t>Llakikuy pachapi iskay kaq angel uraykamurqa “makiypi qillqasqata apaspa.”</w:t>
      </w:r>
    </w:p>
    <w:p>
      <w:pPr>
        <w:pStyle w:val="ArticleScripture"/>
        <w:jc w:val="left"/>
      </w:pPr>
      <w:r>
        <w:rPr>
          <w:rFonts w:ascii="Times New Roman" w:hAnsi="Times New Roman" w:eastAsia="Times New Roman" w:cs="Times New Roman"/>
        </w:rPr>
        <w:t>“Huk kallpayuq angelmi kay allpaman uraykamunampaq kamachisqa karqa. Jesusqa makinman qelqasqata churarqan, hinaspa kay allpaman chayamuspataq qapariq: ‘Babiloniaqa urmaykun, urmaykun’ nispa.” Early Writings, 247.</w:t>
      </w:r>
    </w:p>
    <w:p>
      <w:pPr>
        <w:pStyle w:val="ArticleBody"/>
        <w:jc w:val="left"/>
      </w:pPr>
      <w:r>
        <w:rPr>
          <w:rFonts w:ascii="Times New Roman" w:hAnsi="Times New Roman" w:eastAsia="Times New Roman" w:cs="Times New Roman"/>
        </w:rPr>
        <w:t>Ishkay angelpa chayamunwan qallarisqa pruebaykuy rurayqa, Exeter camp meetingpi tukukurqan, chaypi Santo Espiritu jich’akusqa kasqanrayku, hinaspa willakuyqa lamar muyuq hatun unu para hina purirqan. Chay pruebaykuy rurayqa sut’ita reqsichisqa karqan cruz qhepaman, maypichus Pentecostéspi Santo Espiritupa jich’akusqan kama pacha tiempoqa ñawpaqta pusaq chunka pichqa p’unchawkunaq periodo kasqanwan ñawparisqa karqan; chayqa kutin tawa chunka p’unchawkunaq periodo-manta, chaymanta chunka p’unchawkunaq periodo qatiqninwan ruwasqa karqan, mayqinchus Pentecostéspi tukukuq karqan.</w:t>
      </w:r>
    </w:p>
    <w:p>
      <w:pPr>
        <w:pStyle w:val="ArticleScripture"/>
        <w:jc w:val="left"/>
      </w:pPr>
      <w:r>
        <w:rPr>
          <w:rFonts w:ascii="Times New Roman" w:hAnsi="Times New Roman" w:eastAsia="Times New Roman" w:cs="Times New Roman"/>
        </w:rPr>
        <w:t>“Diospa llaqtanqa mana sayk’uspa mañakuspa payman oqarikunanmi. Ñawpa discípulokuna chunka p’unchawta wakyaspa mañakuypi spendisqankumanta qhipaman, llapa chikan kayninkuta saqespa, sonqonkupi ukhuman qhawarispa hukllachasqa kasqankumanta, huchankuta willakuspa hinaspa saqespa, ch’uyallaña ayllukuypi qayllaykukusqankumanta qhipamanmi Espíritu Santo paykunaman hamurqan, Cristopa aunisqanpas hunt’akurqan. Espíritu Santopa musphaypaqmi achka hina jich’aykusqan karqan. Qonqayllam hanaq pachamanta hamurqan sinchi kallpayuq wayra phukumuq hina uyarikuy, chaymi llapa wasita hunt’arqan maypichus paykuna tiyaykasharqanku. ‘Chay p’unchawllataqmi paykunaman yapasqa karqan kimsa waranqa alma hina.’” Review and Herald, March 11, 1909.</w:t>
      </w:r>
    </w:p>
    <w:p>
      <w:pPr>
        <w:pStyle w:val="ArticleBody"/>
        <w:jc w:val="left"/>
      </w:pPr>
      <w:r>
        <w:rPr>
          <w:rFonts w:ascii="Times New Roman" w:hAnsi="Times New Roman" w:eastAsia="Times New Roman" w:cs="Times New Roman"/>
        </w:rPr>
        <w:t>Chusku p’unchawkuna ukhupiqa, Cristoqa discípulokunata yachachispa qayllankurqan, chaymantaq hanaq pacha-man wicharirqan. Chay qhipa chunka p’unchawkunaqa Espíritu Santoq Pentecostéspi hich’aykusqanpaq ñawpaqta wakichikuy pacha karqan. Cruz qhipaman hamuq chusku chunka p’unchaw yachachiyqa April 19, 1844 p’unchawmanta August 12, 1844 p’unchawkama, Exeter camp meeting qallariyninkama, tupachikun. Pentecostésman ñawpaqta hamuq chunka p’unchawkunaqa August 12-manta 17-kama, 1844 watapi, rikuchirqan; chay p’unchawkuna-piqa Miller runakuna Samuel Snow apamusqan Chawpi Tutapa Qapariynin willakuypi hukllachasqa karqanku. Chay camp meetingpi iskay clase rikuchisqa karqan, tukukuyninpiqa huk clasenlla Pentecostéspi hich’aykusqata chaskirqan. Chay chusku chunka p’unchawkunawan rikuchisqa pachapiqa, huk clase yachachiyta chaskirqan, hukñataq yachachiyta mana chaskiyta munarqanchu. Chawpi Tutapa Qapariynin chayamuchkaptinqa, huk claseqa aceitetayuq karqan, hukñataq mana karqanchu.</w:t>
      </w:r>
    </w:p>
    <w:p>
      <w:pPr>
        <w:pStyle w:val="ArticleScripture"/>
        <w:jc w:val="left"/>
      </w:pPr>
      <w:r>
        <w:rPr>
          <w:rFonts w:ascii="Times New Roman" w:hAnsi="Times New Roman" w:eastAsia="Times New Roman" w:cs="Times New Roman"/>
        </w:rPr>
        <w:t>“‘Qharisqaqqa qharimuspa, llapankuqpas puñurqanku hinaspa puñusqallaña karqanku.’ Qharisqaq qharimusqan qhipaywanmi rikuchisqa kan Señorpa suyasqa p’unchaynin pasasqanta, llakikuyta, hinaspa qhiparisqanmanta rikch’akuqta. Kay mana yachay atisqa tiempopi, hawalla kaqkunapa hinaspa kuska sonqollawan kaqkunapa interésnin utqayllam pisiyman tukuyta qallarin, chay hinallataq rurasqankupas qasiyman urmayta; ichaqa pikunapachus iñiyninku Bibliamanta sapaq yachaypi sayasqa karqa, paykunapa chakinkuq uranpi rumim karqa, chaymanmi llakikuypa olaskuna mana mayllayta atirqanchu. ‘Llapankuqpas puñurqanku hinaspa puñusqallaña karqanku;’ huk claseqa mana llakikuypi hinaspa iñiyninkuta saqeypi, huk claseqataq pacienciawan suyaspa aswan sut’i k’anchay qosqa kanankama. Ichaqa pruebaypa tutanpi, qhipa kaqkunaqa wakinmanta chinkachisqaman hina rikurirqanku kallpanchayninkuta hinaspa Diosman sapaqchasqa kasqankuta. Kuska sonqollawan kaqkuna hinaspa hawalla kaqkunaqa manaña wawqinkupaq iñiyninman apoyakuyta atirqankuchu. Sapaqninmi sayanan utaq urmanan.” The Great Controversy, 395.</w:t>
      </w:r>
    </w:p>
    <w:p>
      <w:pPr>
        <w:pStyle w:val="ArticleBody"/>
        <w:jc w:val="left"/>
      </w:pPr>
      <w:r>
        <w:rPr>
          <w:rFonts w:ascii="Times New Roman" w:hAnsi="Times New Roman" w:eastAsia="Times New Roman" w:cs="Times New Roman"/>
        </w:rPr>
        <w:t>Pentecostésman chunga p’unchaykuna qayllapi, hinaspa Exeter camp meeting nisqapa tiempompi, Cristoqa llaqtan runakunata iskay kutita huñurqan, paykunapa kachayninta kay pachaman apananpaq ñawpaqta. Kimsa kaq angel octubre 22, 1844 p’unchaypi uraykamuspa, pisilla uywa qatipi kaqkuna yapamanta llakikuywan pantasqa karqanku, hinaspa ch’iqirisqa; ichaqa yachachiy pacha qallarikurqan octubre 22, 1844 p’unchaypi, Cristoqa llaqtan runakunata Santísimo Lugarman pusaspa. 1849 watapi, Señorqa makin­ta iskay kutita mast’arirqan yapamanta huñunampaq, paypa abril 19 hinaspa octubre 22, 1844 p’unchaykunapi llakikuykunamanta hurqusqan runakunata.</w:t>
      </w:r>
    </w:p>
    <w:p>
      <w:pPr>
        <w:pStyle w:val="ArticleBody"/>
        <w:jc w:val="left"/>
      </w:pPr>
      <w:r>
        <w:rPr>
          <w:rFonts w:ascii="Times New Roman" w:hAnsi="Times New Roman" w:eastAsia="Times New Roman" w:cs="Times New Roman"/>
        </w:rPr>
        <w:t>1844 watapi, yachachisqaqa kinsa kaq angelpa makimpi apasqan willakuymanta karqan uraykamusqan pacha, ichaqa hatun llakisqa suyay pantaq qhipaman hamuq “iskayrayaymanta mana allin yachaymanta pacha” ukhupi, askha runakuna ñanninkuta chinkachirqanku. 1849 watakamaqa, chhika t’aqasaq huch’uy uywachasqa qhatunata huñuy llamk’ay qallarichisqa karqan, ichaqa chay willasqa historiapi rikuchisqaqa 1863 watapi atipaychasqa kaymi karqan, hinaspa moderno Israelpaq ñawpaq Kadesh. Pachak tawa chunka tawa waranqa runakunapa hamuq atipayninku, hinaspa iskay kaq Kadeshpi llamk’ayninkuqa qhiparichisqa karqan.</w:t>
      </w:r>
    </w:p>
    <w:p>
      <w:pPr>
        <w:pStyle w:val="ArticleBody"/>
        <w:jc w:val="left"/>
      </w:pPr>
      <w:r>
        <w:rPr>
          <w:rFonts w:ascii="Times New Roman" w:hAnsi="Times New Roman" w:eastAsia="Times New Roman" w:cs="Times New Roman"/>
        </w:rPr>
        <w:t>Apuqa 11 septiembre 2001 p’unchawpi uraykamuspa, Señorqa qhepa p’unchaykunapi llaqtanta huñurqan, paykunaman mikhuynin espirituanta qarqan mikhuqkunapaq, Espiritunta paykunaman samaykachirqan qhepa para ch’aqchiyta qallarispa, hinaspataq huk pruebay qallariyta qallarirqan, chaymi 18 julio 2020 p’unchawkama pusarqan, chay p’unchawmi qhepa p’unchaykunapi llaqtanqa llakikuspanku ch’eqesqa karqanku. Kimsa p’unchaw chawpipaqtaq huk kuskan p’unchawkunañataq ñanpi wañusqa karqanku. Iskaynin, kimsa p’unchaw chawpipaq huk kuskan p’unchawkuna, hinallataq Cristo pacha chusku chunka p’unchaw períodoqa, purun pampata rikuchin. Chayqa hinallataq 19 abril 1844 p’unchawmanta 12 agosto 1844 p’unchawkama período nisqawan rikuchisqataqmi, hinallataq 22 octubre 1844 p’unchawmanta 1849 watakama período nisqawantaq.</w:t>
      </w:r>
    </w:p>
    <w:p>
      <w:pPr>
        <w:pStyle w:val="ArticleBody"/>
        <w:jc w:val="left"/>
      </w:pPr>
      <w:r>
        <w:rPr>
          <w:rFonts w:ascii="Times New Roman" w:hAnsi="Times New Roman" w:eastAsia="Times New Roman" w:cs="Times New Roman"/>
        </w:rPr>
        <w:t>Julio killa 2023 watamanta Domingo kamachikuykama, chay chunka p’unchaykunam Pentecostés manaraq chayamuchkaptin ñawpaqta karqan, hinallataq Exeterpi camp meeting Agosto 12 p’unchaymanta Agosto 17 p’unchaykama, hinaspa 1849 watamanta 1863 watakama pacha, llapankunam hukllachasqa kanku. Chaykunam Diospa qhipa p’unchay llaqtanpa iskay ñiqin huñunakuy pachatam rikuchinku. Llakikuy hatunmanta Santo Espíritu jich’aykukuykama pachaqa iskay sapaq periodo-man rakisqam kachkan.</w:t>
      </w:r>
    </w:p>
    <w:p>
      <w:pPr>
        <w:pStyle w:val="ArticleBody"/>
        <w:jc w:val="left"/>
      </w:pPr>
      <w:r>
        <w:rPr>
          <w:rFonts w:ascii="Times New Roman" w:hAnsi="Times New Roman" w:eastAsia="Times New Roman" w:cs="Times New Roman"/>
        </w:rPr>
        <w:t>Daniel qillqap chunka hukniyuq kapítulunpa tawa chunka versículonpa pakasqa historiapi, apostata protestantismopa siq’in (sutinlla iglesia), Laodicea nisqaman hina qanchis p’unchay samana adventismopa siq’in (sutinlla adventismo), catolicismopa siq’in, hinallataq cheqaq protestantismopa siq’inpas llapanku rikuchisqa kanku. Chay tawa siq’ikunaqa cheqaq protestantismota sut’inchanku huk kimsa kuti huñunakuywan ch’aqwaypi kasqanta: dragónwan (Judas), bestiawan (catolicismo), hinaspa llulla profetawan (apostata protestantismo).</w:t>
      </w:r>
    </w:p>
    <w:p>
      <w:pPr>
        <w:pStyle w:val="ArticleBody"/>
        <w:jc w:val="left"/>
      </w:pPr>
      <w:r>
        <w:rPr>
          <w:rFonts w:ascii="Times New Roman" w:hAnsi="Times New Roman" w:eastAsia="Times New Roman" w:cs="Times New Roman"/>
        </w:rPr>
        <w:t>Chaylla pakallapi kaq historiapaq ukhupin, apostatakuna Republicano nisqapa mirayninpas sut’ita rikuchisqa kachkan. Chay miraynin ukhupinmi Partido Demócratawan (dragón) Partido Republicano (uywapa rikch’aynin) tinkuy-ch’aqwaypas rikuchisqa kachkan. Partido Republicanoqa ñawpaqman lluqsispa uywapaq chay rikch’ayta rurayta pusanqa, chayta ruraspanpas uywapa profetapa nisqan rikch’ayninkunata (papadoqta) rikuchin. Diospa Simiypiqa papadoqa, mayqenchus norte llaqtapa qhapaqnin hina, hinallataq uywa hina kasqanrayku, Egiptota (dragón) pagon hina chaskin, Diospa makinpi taripayninpaq instrumento hina servicionta rurasqanrayku.</w:t>
      </w:r>
    </w:p>
    <w:p>
      <w:pPr>
        <w:pStyle w:val="ArticleScripture"/>
        <w:jc w:val="left"/>
      </w:pPr>
      <w:r>
        <w:rPr>
          <w:rFonts w:ascii="Times New Roman" w:hAnsi="Times New Roman" w:eastAsia="Times New Roman" w:cs="Times New Roman"/>
        </w:rPr>
        <w:t>Runaq Churin, Babilonia llaqtapa rey Nebucadrezzarqa Tiro contra hatun llamkayta soldadokunaman rurachirqan: sapa uma q’alaqyasqa karqan, sapa rikrankuña q’ipiwan llusk’isqa hina karqan; ichaqa mana ima pagotapas chaskirqanchu, nitaq soldadonkunaqa, Tiro rayku, chay contra llamkasqankumanta: chayrayku kayhinan nin Señor Diosqa: Qhawariy, Egipto hallp’ata qosqayki Babilonia llaqtapa rey Nebucadrezzarman; payqa ashka runankunata apakapunqa, qhapaq kaynintapas apakapunqa, imankunatapas qichunqa; chaymi soldadonkunaq pagon kanqa. Egipto hallp’ata qosqani llamkasqanrayku, chay contra servikusqanrayku, imaraykuchus noqapaq rurasqaku, nin Señor Diosqa. Chay p’unchaypi Israel wasipa waqran wiñariyta qallarinanpaq rurasaq, qampaqtaq simita kicharinata qosqayki paykuna chawpipi; hinaspa paykuna yachanqaku noqa Señor kasqayta. Ezequiel 29:18–21.</w:t>
      </w:r>
    </w:p>
    <w:p>
      <w:pPr>
        <w:pStyle w:val="ArticleBody"/>
        <w:jc w:val="left"/>
      </w:pPr>
      <w:r>
        <w:rPr>
          <w:rFonts w:ascii="Times New Roman" w:hAnsi="Times New Roman" w:eastAsia="Times New Roman" w:cs="Times New Roman"/>
        </w:rPr>
        <w:t>Nabucodonosor, mayqenpas kay pasajempi ch’inchay suyuq rey ninqa, Egipto hallp’ata mink’an simin hina chaskin; chayhina qhepa p’unchaykunapi papadupas Egiptota qosqa kasqanta rikuchin, mayqanmi dragón nisqa, mayqanmi chunka reykuna, Naciones Unidas, mayqankunachus acuerdonkuta ruwaspa qanchis kaq reinonkuta uywaman qollqesqa pisi tiempollapaq qunankupaq.</w:t>
      </w:r>
    </w:p>
    <w:p>
      <w:pPr>
        <w:pStyle w:val="ArticleScripture"/>
        <w:jc w:val="left"/>
      </w:pPr>
      <w:r>
        <w:rPr>
          <w:rFonts w:ascii="Times New Roman" w:hAnsi="Times New Roman" w:eastAsia="Times New Roman" w:cs="Times New Roman"/>
        </w:rPr>
        <w:t>Chay chunka waqrankunataq, uywapi rikurqanki chaykunata, paykunaqa qhelli warmita cheqnikunqaku, ch’usaqtaqtaq q’arachataqtaq ruwaspa, aychanta mikhunqaku, ninawan ruphachinqaku. Diosmi sonqonkuman churaran munayninta hunt’achinankupaq, huk yuyayllapi kachunankupaq, kamachiynta uywaman qoykunankupaq, Diospa siminkuna hunt’akunankama. Apocalipsis 17:16, 17.</w:t>
      </w:r>
    </w:p>
    <w:p>
      <w:pPr>
        <w:pStyle w:val="ArticleBody"/>
        <w:jc w:val="left"/>
      </w:pPr>
      <w:r>
        <w:rPr>
          <w:rFonts w:ascii="Times New Roman" w:hAnsi="Times New Roman" w:eastAsia="Times New Roman" w:cs="Times New Roman"/>
        </w:rPr>
        <w:t>Kay willakuy qullqiqa Daniel qillqapi chunka hukniyuq t’aqapi iskay chunka iskayniyuq versiculopipas rikuchisqa kachkan.</w:t>
      </w:r>
    </w:p>
    <w:p>
      <w:pPr>
        <w:pStyle w:val="ArticleScripture"/>
        <w:jc w:val="left"/>
      </w:pPr>
      <w:r>
        <w:rPr>
          <w:rFonts w:ascii="Times New Roman" w:hAnsi="Times New Roman" w:eastAsia="Times New Roman" w:cs="Times New Roman"/>
        </w:rPr>
        <w:t>Payqa makintaqakunamanpas makinta haywarinqa; Egipto suyupas mana qispinqachu. Daniel 11:42.</w:t>
      </w:r>
    </w:p>
    <w:p>
      <w:pPr>
        <w:pStyle w:val="ArticleBody"/>
        <w:jc w:val="left"/>
      </w:pPr>
      <w:r>
        <w:rPr>
          <w:rFonts w:ascii="Times New Roman" w:hAnsi="Times New Roman" w:eastAsia="Times New Roman" w:cs="Times New Roman"/>
        </w:rPr>
        <w:t>Papa kay atiynin kamachinqa atipachkan dragónpa atiyninta qhepa para tiempopi, kay pagonqa ruwakun “pi” chay “p’unchaypi” Dios “Israelpa wasinpa waqranta saphiykachinankama wiñachisqan” p’unchaypi. Param chaymi Diospa Israelninta wiñachin, chay p’unchaytaq qallarikurqan 11 septiembre 2001 watapi, inti lloqsimuy wayrapa p’unchaynin kasqan p’unchaypi.</w:t>
      </w:r>
    </w:p>
    <w:p>
      <w:pPr>
        <w:pStyle w:val="ArticleScripture"/>
        <w:jc w:val="left"/>
      </w:pPr>
      <w:r>
        <w:rPr>
          <w:rFonts w:ascii="Times New Roman" w:hAnsi="Times New Roman" w:eastAsia="Times New Roman" w:cs="Times New Roman"/>
        </w:rPr>
        <w:t>Jacobmanta miraykunata sapichasqa kananpaq ruwanqa; Israelqa t’ikarinqa, saphichakunqa, hinallataq kay pachapa uyanta tukuy ruruwan hunt’achinqa. ¿Payta maqasqachu, payta maqaqkunata maqasqan hina? utaq ¿wañuchisqachu, paymanta wañuchisqakunapa wañuchisqa kasqan hina? Tupusqallapi, wiñariymanta lluqsimuptin, qanqa chaywan rimanakunkiman; inti lloqsimuy wayra p’unchawpi sinchi wayranta hark’an. Chayraykun Jacobpa mana allin rurayninqa pichasqa kanqa; hinaspa kaymi llapa rurunqa huchanta apanankupaq: altarpa llapa ruminkunata ñut’u rumi hina pakisqa ruraptin, sach’a yupaychana cheqekuna, hinaspa wakakunaqa manañam sayanqachu. Isaías 27:6–9.</w:t>
      </w:r>
    </w:p>
    <w:p>
      <w:pPr>
        <w:pStyle w:val="ArticleBody"/>
        <w:jc w:val="left"/>
      </w:pPr>
      <w:r>
        <w:rPr>
          <w:rFonts w:ascii="Times New Roman" w:hAnsi="Times New Roman" w:eastAsia="Times New Roman" w:cs="Times New Roman"/>
        </w:rPr>
        <w:t>Egiptoqa papal uywapa manchachikuyninmanmi entregasqa kan, qhepa para jich’asqa kashaqtin. Qhepa paraqa qallariqta ch’iqchiyta qallarisqa, inti lloqsimuymanta wayra, kimsa kaq ayakuyta rikch’achiq Islam nisqa, “sayachisqa” utaq hark’asqa kaptin 11 septiembre 2001 watapi. Chaymanta paraqa tupusqa qallarisqa, (ch’iqchiyasqa) Israelpa hawanpi paykuna t’ikrayta qallariqtinku. Domingo kamachiypi, kimsa kaq ayakuy kutimuqtin, qhepa paraqa mana tupuyniyuqta jich’asqa kan. 11 septiembre 2001 watamanta utqhaylla hamuq Domingo kamachiykama “Jacobpa mana allin ruwaynin” pichasqa kan, hebreo simipi “pichasqa” ninanqa “hucha pampachaywan allinyachisqa” ninanmi. Domingo kamachiypi papal uywapa manchachikuyninmanmi Egiptoqa (dragón) entregasqa kan, chunka qhapaqkuna papadowan wañuchiy huchapi urmaykuspa, tukuy pachapi uywapa rikch’ayninta ruwasqankurayku.</w:t>
      </w:r>
    </w:p>
    <w:p>
      <w:pPr>
        <w:pStyle w:val="ArticleBody"/>
        <w:jc w:val="left"/>
      </w:pPr>
      <w:r>
        <w:rPr>
          <w:rFonts w:ascii="Times New Roman" w:hAnsi="Times New Roman" w:eastAsia="Times New Roman" w:cs="Times New Roman"/>
        </w:rPr>
        <w:t>Domingo p’unchawmanta ñawpaqta, pachak tawa chunka tawa waranqa runakunata sellasqa kasqan p’unchawkunapi, apostata Republicano waqraqa apostata Protestante waqrawan kuska uywaqa rikch’ayninta rurarin; chay profetismo siq’ipiqa Republicano partidoqa Democrático partidomanta atipan, imaraykuchus Democrático partidoqa dragónpa kallpanmi, Republicano partidoñataq papadopaq rikch’ayninta ruwaq kallpamin.</w:t>
      </w:r>
    </w:p>
    <w:p>
      <w:pPr>
        <w:pStyle w:val="ArticleBody"/>
        <w:jc w:val="left"/>
      </w:pPr>
      <w:r>
        <w:rPr>
          <w:rFonts w:ascii="Times New Roman" w:hAnsi="Times New Roman" w:eastAsia="Times New Roman" w:cs="Times New Roman"/>
        </w:rPr>
        <w:t>Allpap kamachikuq historia de la allpa uywapa ukhupinmi reqsichisqa kachkan Partido Democrático-pa tukukuyninpas, Partido Republicano-pa tukukuyninpas. Chay iskay partido-kunam Republicanismo-pa waqranta forman, ichaqa reqsichinku huk ukhupi maqanakuyta, mayqinchus purin llapa historia-pi allpa uywapa. Chay waqra (Republicano) ukhupinmi apamun huk ukhu pisi-pachata allpa uywapa iskay waqrankunamanta.</w:t>
      </w:r>
    </w:p>
    <w:p>
      <w:pPr>
        <w:pStyle w:val="ArticleBody"/>
        <w:jc w:val="left"/>
      </w:pPr>
      <w:r>
        <w:rPr>
          <w:rFonts w:ascii="Times New Roman" w:hAnsi="Times New Roman" w:eastAsia="Times New Roman" w:cs="Times New Roman"/>
        </w:rPr>
        <w:t>Mediawan hinaspa Persiakunap qhapaq kayninmanta testimoniopi, qhepa waqraqa aswan hatuntaq sayarirqan, hinaspa Demócrata partidom chayraqmi ñawpaqta qallarin Amerikapa historiampi; ichaqa tukukuyninpi Republicano partidoqa aswan hatuntaq sayarin, hinaspataq Demócratakunata atipan. Qhepa paraq historiampin, mayqinchus 11 septiembre 2001 watapi qallariq, globalista, dragónpa kallpachasqan Demócratakunaqa Apocalipsis chunka hukniyuq capítulo ukhum mana tukukuq t’uqomanta hatarimurqanku, hinaspataq Republicano partidota wañuchirqanku 2020 watapi akllayta suwaspa. Paykunapa maqanakuynin Trumpawan (hinallataq Republicano partidowan) qallariq 2015 watapi kandidaturanta willakusqan p’unchaymanta, hinaspataq chaymanta ñawpaqman aswan kallpachakuspa wiñayta rirqan.</w:t>
      </w:r>
    </w:p>
    <w:p>
      <w:pPr>
        <w:pStyle w:val="ArticleBody"/>
        <w:jc w:val="left"/>
      </w:pPr>
      <w:r>
        <w:rPr>
          <w:rFonts w:ascii="Times New Roman" w:hAnsi="Times New Roman" w:eastAsia="Times New Roman" w:cs="Times New Roman"/>
        </w:rPr>
        <w:t>Demócratakuna 2020 watapi akllayta suwakuspankum, chaymantataq Pelosi Juiciokunata qallariyranku; ichaqa Trump 2022 watapi kinsa kaq kampañanta willakusqan pacha, manchakuy Demócratakunaman hamurqan, phiñakuyninkupas aswan yapakurqan, hinaspataq Trumpman hinallataq qatiqkunaq contranman hatun piñawan hamuranku, pisi pachaña paykunapaq qhiparaskasqanta yachaspa. Wañusqasqanta kusikuywan raymiranku, ichaqa sayariqtin, hatun manchakuy paykunaman urmaykurqan.</w:t>
      </w:r>
    </w:p>
    <w:p>
      <w:pPr>
        <w:pStyle w:val="ArticleScripture"/>
        <w:jc w:val="left"/>
      </w:pPr>
      <w:r>
        <w:rPr>
          <w:rFonts w:ascii="Times New Roman" w:hAnsi="Times New Roman" w:eastAsia="Times New Roman" w:cs="Times New Roman"/>
        </w:rPr>
        <w:t>Hinaspan testimoniota tukuptinkumanña, uku mana tukukuq t’uqumanta lluqsiq bestiaqa paykunawan maqanakunqa, atipanqa, wañuchinqa ima. Hinaqtin paykuna wañusqa aychankunaqa jatun llaqtap calleyninpi sirinqa; chay llaqtaqa espíritu nisqapiqa Sodoma, Egipto nisqa sutichasqam; chaypim Señorniykupas chakatasqa karqa. Runakunamanta, ayllukunamanta, simikunamanta, nacionkunamantapas wakinqa paykuna wañusqa aychankunata kimsa p’unchaw t’aqapi kuskan qawanqaku, hinaspan mana saqinqakuchu wañusqa aychankuna pampasqa kananpaq. Kay pachapi tiyakuqkunataq paykunamanta kusikunqaku, raymichakunqaku, huknin hukninman qaranakunata apachinqaku; kay iskay profetakuna kay pachapi tiyakuqkunata ñak’arichisqanrayku. Kimsa p’unchaw t’aqapi kuskan qhepamanqa Diosmanta kausaypa Espíritun paykunaman yaykurqan, hinaspan chakinkupi sayariqtiykum, paykunata qawaqkunaman hatun manchay urmaykurqan. Apocalipsis 11:7–11.</w:t>
      </w:r>
    </w:p>
    <w:p>
      <w:pPr>
        <w:pStyle w:val="ArticleBody"/>
        <w:jc w:val="left"/>
      </w:pPr>
      <w:r>
        <w:rPr>
          <w:rFonts w:ascii="Times New Roman" w:hAnsi="Times New Roman" w:eastAsia="Times New Roman" w:cs="Times New Roman"/>
        </w:rPr>
        <w:t>Kay pacha qhawachin Partido Demócrata-pa tukukuyninta, qallarin Biden-pa kamachiq kayman yaykuyninmanta 2021 watapi, chayan Trump-pa kamachiq kayman yaykuyninkama 2025 watapi. Chay pacha qallarikurqan Pelosi Juiciokunawan, chaykunaqa lliwpuni mana constituciónman hina kaspa, llapallanpi políticallam karqan. Chay historiataq, 1989 watapi pacha tukukuymanta qallarispan, soqta kaq presidentepa wañuyninta rikuchispa, qanchisniyuqmanta pusaq kaq presidentekama chayamuqta, qallarin políticap juiciokunawan (Pelosi Juiciokuna); hinaspataq tukukun Partido Demócrata-pa wañuyninwan, iskay kaq Pelosi Juiciokunawanpas, imaraykuchus políticapa hayt’asqa runakuna tikrasqa kanku.</w:t>
      </w:r>
    </w:p>
    <w:p>
      <w:pPr>
        <w:pStyle w:val="ArticleBody"/>
        <w:jc w:val="left"/>
      </w:pPr>
      <w:r>
        <w:rPr>
          <w:rFonts w:ascii="Times New Roman" w:hAnsi="Times New Roman" w:eastAsia="Times New Roman" w:cs="Times New Roman"/>
        </w:rPr>
        <w:t>Chay willakuyqa Apocalipsispa chunka hukniyuq capitulonpi tarikun, chaymi ñawpaq kaq hunt’akuyninta Francia Revoluciónpi tariq. Francia Revoluciónqa clásico histórico ejemplonmi guillotina hina kaq política maqanakuy-manta, maypichus huk kamachiq partidota huknin wañuchin, chaymantataq kikin kamachiq atiynin urmachisqa hinaspa paykuna kikin ñak’arichisqa kanku.</w:t>
      </w:r>
    </w:p>
    <w:p>
      <w:pPr>
        <w:pStyle w:val="ArticleBody"/>
        <w:jc w:val="left"/>
      </w:pPr>
      <w:r>
        <w:rPr>
          <w:rFonts w:ascii="Times New Roman" w:hAnsi="Times New Roman" w:eastAsia="Times New Roman" w:cs="Times New Roman"/>
        </w:rPr>
        <w:t>Bidenpa juramentakusqanmanta Pelosi Juiciokunapa qallariyninkama, chaymanta Trumppa iskay kaq juramentakusqankama hinallataq Pelosi Juiciokunapa kutichisqa tikrasqankama, Partido Demócratapa tukukuyninta reqsichin, hinallataq reqsichin hayk’aqtaq Trump huk kutita qallarichin huk tantalla kamachiy ejecutivokunata, chaykunaqa Alien and Sedition Acts nisqawan unanchasqa karqan. Chay kamachiy ejecutivokunapa qallarichisqanmi Pelosi Juiciokunapa iskay kaqta qallarinqa, hinallataq reqsichinqa chay pacha qallariyta maypichus uywaqa imagennin cheqaqtapuni ruwasqa qallarikun. Chay pachaqa Sunday law nisqapa kallpachasqa hunt’asqanpi tukukun; chayrayku chay pachaqa qallarin kamachiy ejecutivokunawan, Alien and Sedition Acts nisqawan kuskachasqa, hinaspa Sunday law nisqawan tukukun. Chaypim Partido Republicano tukukun.</w:t>
      </w:r>
    </w:p>
    <w:p>
      <w:pPr>
        <w:pStyle w:val="ArticleBody"/>
        <w:jc w:val="left"/>
      </w:pPr>
      <w:r>
        <w:rPr>
          <w:rFonts w:ascii="Times New Roman" w:hAnsi="Times New Roman" w:eastAsia="Times New Roman" w:cs="Times New Roman"/>
        </w:rPr>
        <w:t>Iskay pacha ishkay pachakuna, Demócrata partidopa tukukuyninta hinaspa chaymanta Republicano partidopa tukukuyninta rikuchiq, proféticamente hukllachasqa kanku, hinaspa 1776 watamanta 1798 watakama iskay chunka iskay watayoq pacha hina rikuchisqa kanku. Chay pachaqa kinsa señalkunayoqmi: 1776 watapi Independenciapa Willakuynin, chaymanta chunka kinsa watakuna qhipaman Constitución, hinaspa chaymanta qatiq 1798 watapi Alien and Sedition Acts. Chay kinsa señalkunaqa Demócrata hinaspa Republicano partidokunapa línia-ninkupi hunt’akuyninta tarinku, ichaqa iskay ñiqin hinaspa kinsa ñiqin señalpa apakuy-ninqa sapa línia-pi huk punto-pim kachkan.</w:t>
      </w:r>
    </w:p>
    <w:p>
      <w:pPr>
        <w:pStyle w:val="ArticleBody"/>
        <w:jc w:val="left"/>
      </w:pPr>
      <w:r>
        <w:rPr>
          <w:rFonts w:ascii="Times New Roman" w:hAnsi="Times New Roman" w:eastAsia="Times New Roman" w:cs="Times New Roman"/>
        </w:rPr>
        <w:t>Qatiq qelqaypi kay señalakunata hinaspa hunt’asqankuta sut’inchasun.</w:t>
      </w:r>
    </w:p>
    <w:p>
      <w:pPr>
        <w:pStyle w:val="ArticleScripture"/>
        <w:jc w:val="left"/>
      </w:pPr>
      <w:r>
        <w:rPr>
          <w:rFonts w:ascii="Times New Roman" w:hAnsi="Times New Roman" w:eastAsia="Times New Roman" w:cs="Times New Roman"/>
        </w:rPr>
        <w:t>“Iskay partillaqa iskayllam kanku. Satanásqa millq’u, pantachiq atiyninwan llamk’an, hinaspan sinchi pantachikuykunawan llapa cheqaq kaypi mana sayaqkunata hap’in, chaykunataqmi cheqaq kaymanta rinrinta muyurqanku, hinaspa willakuy qillqakunaman kutirirqanku. Satanás kikinqa manam cheqaq kaypichu sayarqan; payqa mana allin kaypa pakasqa misterioyninmi. Q’iwlla yachasqanwanmi alma chinkachiq pantasqankunaman cheqaq kaypa rikch’ayninta qun. Chaypim pantachiy atiyninku kachkan. Cheqaq kaypa qatiq rikch’aynin kasqanraykum Espiritualismo, Teosofía, hinallataq rikch’aq pantachikuykuna runakunapa yuyayninkumanta chayhina atiyniyuq kayta atinku. Chaypim Satanáspa sumaqta ruray atisqan rikurin. Runapa Salvadornin kasqanta tukukun, runa miraypa allin yanapaqnin kasqantapas, chayhinapim aswan usqhaylla víctimankunata wañuyman pusayta atin.</w:t>
      </w:r>
    </w:p>
    <w:p>
      <w:pPr>
        <w:pStyle w:val="ArticleScripture"/>
        <w:jc w:val="left"/>
      </w:pPr>
      <w:r>
        <w:rPr>
          <w:rFonts w:ascii="Times New Roman" w:hAnsi="Times New Roman" w:eastAsia="Times New Roman" w:cs="Times New Roman"/>
        </w:rPr>
        <w:t>“Diospa siminpiqa willakuyku, mana puñuspa rikch’arisqa allinta qhawakuyqa qispisqa kaypa chaninmi nispa. Cheqaq kaypa, hinaspa chanin kaypa chiqan ñanllapinmi atinqanchik mich’aqpa atiyninmanta ayqekuyta. Ichaqa kay pachaqa trampawan hap’isqañam kashan. Satanaspa yachayninqa llamk’achkan yupay atina mana tukuq planokunata, metodokunatapas ruraspa munasqanman chayananpaq. Pakasqa iskay uya kayqa paypaq sumaq arte hina tukusqañam, hinaspapas llank’an achki angilpa rikch’ayninpi. Diospa ñawillanmi reqsin llikllakusqankunata, llulla hinaspa chinkachiq kamachikuykunawan kay pachata qhellichayta munasqanta, chaykunapa uyanninpi cheqaq allin kaypa rikch’ayninta apaqta. Payqa llank’anmi religionpi libertadta kich’uyta, hinaspa religionpa pachaman runakunata esclavitudman apaq huk laya kamachiyta yaykuchiyta. Organizacionkuna, institucionkuna, mana Diospa atiyninwan waqaychasqa kaptinqa, Satanaspa nisqanman hina llamk’ankaku runakunata runakunapa kamachiyninman urmachinankupaq; hinaspa llullakuywan engañokuywanmi rikurinqa cheqaq kaypaq celo hina, hinaspa Diospa reinonpa ñawpaqman purichisqanpaq hina. Imapas ruwayninchikpi mana p’unchaw hina kichasqa kaqqa, millaypa kamachiqninpa metodonkunamanmi pertenesen. Paypa metodonkunataqa rurachkankum Seventh Day Adventistakunapura, ñawpaqman purisqa cheqaq kayta charikuyku nispa rimakuspankupas.”</w:t>
      </w:r>
    </w:p>
    <w:p>
      <w:pPr>
        <w:pStyle w:val="ArticleScripture"/>
        <w:jc w:val="left"/>
      </w:pPr>
      <w:r>
        <w:rPr>
          <w:rFonts w:ascii="Times New Roman" w:hAnsi="Times New Roman" w:eastAsia="Times New Roman" w:cs="Times New Roman"/>
        </w:rPr>
        <w:t>“Sichus runakuna Señorpa kachamusqan willakuykunata hark’anku chayqa, aswanpas mana allin ruraykunapi pushaqkunaraqmi tukunku; chay runakunaqa Diospa atiyninkunata hap’iyta munanku—runakunapa yuyayninkuta kamachiyta maskhaspan, kikim Dios mana ruwanqanta ruwayta atrevinkum. Paykunaqa kikinpa imayna ruraykuna, wakichisqan yuyaychakuykuna ima haykuchinku; Diosmanta pantasqa hamut’ayninkuraykutaq, hukkunapa cheqaq kaypi iñiyninta pisiyaachinku, hinallataq llulla principioskunata yaykuchinku, chaykunaqa levadurahinam rurarispa ñawpaqman purinqa, sunqukama q’añuchispa, waqlliyachispa ñuqanchikpa institucionninchikkunatawan iglesiankunatawan. Ima kaqpas runapa yuyayninpi justicia, chanin kay, mana hukman sayay juzgamiento ima nisqakunamanta aswan urayachiq kaq, ima yachachiypas utaq kamachikuy yuyaypas Diospa runa yanapaqninkunata runakunapa yuyayninkunapa munaynin urapi churaykuq kaq, chayqa Diospi iñiyninkuta wañuyachin; alman Diosmanta rakin, imaraykuchus cheqaq sonqo kasqapa, justiciaq ñannintam karunchan.”</w:t>
      </w:r>
    </w:p>
    <w:p>
      <w:pPr>
        <w:pStyle w:val="ArticleScripture"/>
        <w:jc w:val="left"/>
      </w:pPr>
      <w:r>
        <w:rPr>
          <w:rFonts w:ascii="Times New Roman" w:hAnsi="Times New Roman" w:eastAsia="Times New Roman" w:cs="Times New Roman"/>
        </w:rPr>
        <w:t>“Tayta Diosqa manam ima rurana yachaytapas chaninchankanqachu maypin runa huk runamasinta aslla-asllallapas kamachinman otaq ñak’arichinman chayta. Urmaykusqa runapa sapallan suyayninqa Jesusman qhawarispa, payta sapallan Qespichiq hina chaskiyllam. Chay runa wakin runakunapaq fierro kamachiyta rurayta qallarisqan ratomanta, chaylla ratomanta paykunaqa kikillan yuyayninman hina runakunata yuguman churayta hinaspa apaykachayta qallarin, Diosman p’enqayta apamun, hinallataq kikimpa alman-ta, wawqinkunapa almankunatapas peligroman churaykun. Huchasapa runaqa Diosllapim suyayta hinaspa chiqap kayta tariyta atin; manataq mayqin runapas chiqapchu kanman Diospi iñiyniyuq kaspa, paywan kawsayniyuq tinkuyta waqaychaspa mana kasqanmantaqa. Pampapi t’ikaqa saphin allpapi kanan tiyan; wayrata, chhullita, para kunata, inti k’anchaytapas kanan tiyan. Chaykunata chaskisqanraykullam sumaq wiñan, llapallantaq Diosmanta kanku. Chay hinallataq runakunapas. Diosmantam chaskinchik almapa kawsayninta yanapaqta. Willasqas kanchik ama runapi atinichakuychu, nitaj aychata makinchik hina rurasunchikchu. Llapan kayta ruwaqkunapaqqa ñakasqa kachkan.”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Isqon Chunka Pusaqniyuq</dc:title>
  <dc:subject>Tantachiq Huñunakuykuna hinaspa Willakuy Ñiqichakuykuna: 144,000 runakunapa ruwaynin Daniel 11:40-pa qhipa pacha nisqa kamachiypi</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