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qillqaqa - Isqun chunka isqunniyuq qanchisniyuq tawa chunka isqunniyuq</w:t>
      </w:r>
    </w:p>
    <w:p>
      <w:pPr>
        <w:pStyle w:val="ArticleSubtitle"/>
        <w:jc w:val="left"/>
      </w:pPr>
      <w:r>
        <w:rPr>
          <w:rFonts w:ascii="Arial" w:hAnsi="Arial" w:eastAsia="Arial" w:cs="Arial"/>
        </w:rPr>
        <w:t>Políticapi urayman chinkasqan hinaspa proféticapi destino: Partido Demócratawan Partido Republicanowan tukukuynin, profecía bíblicapa contexto ukunpi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Kay pachakuyku allpapi uywaq profetika historiapinpi Partido Democrático hinallataq Partido Republicano tukukuyninta. Apocalipsis chunka kimsayuqpi allpa uywaqa iskayman rakisqa kachkan: Partido Republicanowan Partido Democráticowan, paykunaqa Partido Republicano waqranpa profetika historiapinpi maqanakunku. Waqrakunaqa atiykunapa unanchaqninkunam, iskaynin waqrapis sapaqnin profetika historiankupi profetika tinkuyninkupa huch’uy pacha rikch’ayninkunata apachkanku. Partido Republicano waqrapaqa, chay huch’uy pachaqa rikuchisqa kachkan iskay hatun polítika partidokunawan, kaykunaqa Estados Unidospa historianta hunt’achkanku. Estados Unidosqa profetika historiapi riqsisqa pisiq reino-kunamanta hukninmi, iskay atiykunamanta ruwaq. Bibliaq profeciankunapi ñawpaq llaqtakuna, iskay atiykunawan rikuchisqa kaqkuna llapallanmi Estados Unidos-ta rikch’achinku. Imperio Medo-Persa, Francia (Sodoma hinaspa Egipto), hinallataq Israel, hanan reinonwan urin reinonwan, llapankum Estados Unidospa profetika característicankunaman yapakunku.</w:t>
      </w:r>
    </w:p>
    <w:p>
      <w:pPr>
        <w:pStyle w:val="ArticleBody"/>
        <w:jc w:val="left"/>
      </w:pPr>
      <w:r>
        <w:rPr>
          <w:rFonts w:ascii="Times New Roman" w:hAnsi="Times New Roman" w:eastAsia="Times New Roman" w:cs="Times New Roman"/>
        </w:rPr>
        <w:t>Daniel pusaq kaqpi Medo-Persia qhapaq suyuqa iskay waqrayuq karqan, qhipa waqran-taq aswan hatunman wiñarqan (Persia). Kay imaymana nisqata reqsichispa, reqsichirqanchikmi Partido Demócrata historia-man Partido Republicano-manta ñawpaqta yaykusqanta; chayrayku Partido Republicanoqa tukukuypi iskaynin partidokunamanta qhipa kaq kanqa. Ñawpaq presidente republicanoqa historia-man yaykurqan Partido Demócrata-pa esclavitud yanapakuq sayayninman kutichisqa hina; hinaspataq ñawpaq presidente republicanoqa 1863 watapi Emancipation Proclamation nisqata willarqan, chayqa Estados Unidos-pa Guerra Civil nisqapa chawpin watan karqan, hinaspa Laodicea sutiyuq Qanchis Punchaw Adventista iglesiapa hatarikuynin wata karqan.</w:t>
      </w:r>
    </w:p>
    <w:p>
      <w:pPr>
        <w:pStyle w:val="ArticleBody"/>
        <w:jc w:val="left"/>
      </w:pPr>
      <w:r>
        <w:rPr>
          <w:rFonts w:ascii="Times New Roman" w:hAnsi="Times New Roman" w:eastAsia="Times New Roman" w:cs="Times New Roman"/>
        </w:rPr>
        <w:t>Qhipa Republicano umalliq apamanta ñawpaq Republicano umalliqwan rikch’achisqa kashan; chayrayku qhipa umalliqqa historia ukhuman hamunqa huk llaqtapura awqanakuy chaupinpi, Democrático proesclavitud partiyuwan hinaspa paypa Republicano antiesclavitud partiyu entre. Qhipa p’unchaykunapi Democrático partiyuqa mayqin esclavitudta wiñachishan, chayqa mundial esclavitudmi. Imayna ñawpaq Republicano umalliqwan karqan hina, chayhinallataq qhipa Republicano umalliqpas proesclavitud partiyu rayku wañuchisqa kanqa, imaynan Trump políticamente wañuchisqa karqan suwasqa 2020 akllaypi hina. 1989 watapi pacha tukukuymanta pacha suqta kaq umalliq hina, Trumpqa aswan qhapaq umalliq kanman karqan, hinaspa manam Estados Unidosllapichu, aswanpas llapa pachapi kaq globalistakunatapas ch’aqwachinman karqan. Chayrayku, 2015 watapi umalliqpaq kallpachakuyta willakusqanpi, proesclavitud globalistakunaq Democrático partiyun hinaspa antiesclavitud Republicano partiyu chawpi político llaqtapura awqanakuyqa qallarisqa karqan.</w:t>
      </w:r>
    </w:p>
    <w:p>
      <w:pPr>
        <w:pStyle w:val="ArticleBody"/>
        <w:jc w:val="left"/>
      </w:pPr>
      <w:r>
        <w:rPr>
          <w:rFonts w:ascii="Times New Roman" w:hAnsi="Times New Roman" w:eastAsia="Times New Roman" w:cs="Times New Roman"/>
        </w:rPr>
        <w:t>Apocalipsis qillqapa chunka hukniyuq kapitulon nisqanta hunt’aspa, Trumpqa suwa-sapa 2020 watapi akllanakuypi políticamente wañuchisqa karqa, hinaspataq Partido Demócrataqa callekunapi kusikuyta qallarisqa, 2022 watapi Trump yapamanta Presidente kananpaq correq hamunan rikurimuqkama. Chaymantaqa, Apocalipsis qillqapa chunka hukniyuq kapitulon nisqanta hunt’aspa, hatun manchakuy globalistakunaman urmaykurqa, maqanakuyñataq aswan kallpachakurqa. Medo-Persiaq waqra-kunapa testimoniunmi reqsichin qhepa waqra hatariq (Partido Republicano) qhepata hatarinanpaq kasqanta, hinaspataq aswan hanaqman hatarinanpaq kasqanta. Qhepa presidente republicanoqa Partido Demócrataq contranpi atipanqa.</w:t>
      </w:r>
    </w:p>
    <w:p>
      <w:pPr>
        <w:pStyle w:val="ArticleBody"/>
        <w:jc w:val="left"/>
      </w:pPr>
      <w:r>
        <w:rPr>
          <w:rFonts w:ascii="Times New Roman" w:hAnsi="Times New Roman" w:eastAsia="Times New Roman" w:cs="Times New Roman"/>
        </w:rPr>
        <w:t>Akllay 2024 watapi tukukuyninta reqsichin Partido Democrático nisqapa, imaraykuchus manañam hayk’aqpas huk kutita tarinqachu umalliqpaq akllasqa candidato-ta churayta, manaraq Domingo kamachiy tukuchinankama allpa uywapa profético historianta. Domingo kamachiypiqa Partido Republicano nisqapas tukukun. Partido Democrático nisqaqa akllay 2024 watapi tukukun, Partido Republicano nisqataqmi Domingo kamachiypi tukukun. Domingo kamachiyqa, Biblia profecíapi soqtaq qhapaq kamachiypa tukukuynin kaspa, rikuchisqa karqan allpa uywapa qallariyninwan 1798 watapi. Allpa uywapa aswan hatun profético señalninqa “rimaynin” mi. 1798 watapi, Estados Unidos llaqtamanta gobiernoqa Alien and Sedition Acts nisqakunata kamachirqan; chayraykum chaykunaqa Domingo kamachiyta rikch’achin, maypachachus Estados Unidos suqa hina rimarin.</w:t>
      </w:r>
    </w:p>
    <w:p>
      <w:pPr>
        <w:pStyle w:val="ArticleBody"/>
        <w:jc w:val="left"/>
      </w:pPr>
      <w:r>
        <w:rPr>
          <w:rFonts w:ascii="Times New Roman" w:hAnsi="Times New Roman" w:eastAsia="Times New Roman" w:cs="Times New Roman"/>
        </w:rPr>
        <w:t>1776 watamanta 1798 kama, Estados Unidos nacionqa, manaraq Biblia profecíapi soqtaq qhapaq suyu kaspapas, Estados Unidospa rimayninta rikuchiq kimsa señalkunata reprezintan. Chay pachaqa kay allpa animalpa reinaynin qallariyman pusarqan, Biblia profecíapi soqtaq qhapaq suyu hina; chayrayku, chay pachaqa kay allpa animalpa reinaynin tukukuyman pusay pacha hinan reprezintan, Biblia profecíapi soqtaq qhapaq suyu hina. Independenciapa Declaraciónnin 1776 watapi, chaymanta Qelqasqa Kamachiy 1789 watapi, hinaspa Alien and Sedition Acts 1798 watapi, kimsa señalkunatan representan historiapi, kay allpa animalpa tukukuyninman pusaspa soqtaq qhapaq suyu hina Domingo kamachikuypi. Chay kimsa señalkunapa hunt’akuyninqa hukniraymanta representan tanto Partido Demócrataq historiapin hina Partido Republicanoq historiapinpas.</w:t>
      </w:r>
    </w:p>
    <w:p>
      <w:pPr>
        <w:pStyle w:val="ArticleBody"/>
        <w:jc w:val="left"/>
      </w:pPr>
      <w:r>
        <w:rPr>
          <w:rFonts w:ascii="Times New Roman" w:hAnsi="Times New Roman" w:eastAsia="Times New Roman" w:cs="Times New Roman"/>
        </w:rPr>
        <w:t>Patriot Act nisqa 2001 watapi, Estados Unidos llaqtapi tiyraq runakunapa independencia-ninkuta qichusqa qallarikuyninta reqsichin, hinallataq chayta rikuchirqan proclamación nisqawanmi, mayqencha cheqaq patriotas de la historia americana, Declaración de Independencia nisqapi rurapusqankuwan. Patriot Actpa waymarkninqa hukñiqinmi kimsa waymarkkunamanta, iskaynin Republican hinaspa Democratic partidokunapaq.</w:t>
      </w:r>
    </w:p>
    <w:p>
      <w:pPr>
        <w:pStyle w:val="ArticleBody"/>
        <w:jc w:val="left"/>
      </w:pPr>
      <w:r>
        <w:rPr>
          <w:rFonts w:ascii="Times New Roman" w:hAnsi="Times New Roman" w:eastAsia="Times New Roman" w:cs="Times New Roman"/>
        </w:rPr>
        <w:t>Partido Democrático nisqaqa 2024 watapi akllaypi tukukun, chaymi Trump-pa Órdenes Ejecutivas-ninta yaykuchin, chaykunataq Alien and Sedition Acts nisqakuna ñawpaqmanta rikuchirqanku. Chaymanta Trump rurasqan Órdenes Ejecutivas nisqakunaqa mana Domingo leychu kanku, ichaqa dragón hina rimaypa rikch’ayninmi kanku, imaraykuchus chaykunata Trump llamk’achinqa Sister White nisqapa reqsisqanman hunt’ananpaq, mayqenchus “active despotism” qhipa p’unchaykunapi kanqa nisqan. Despotism nisqa simiqa dictadura nisqata reqsichin, chaytaqa Órdenes Ejecutivas nisqakunawanmi ruwakun, mayqenkunachus Alien and Sedition Acts nisqakunapi rikch’achisqa kanku. Trump Órdenes Ejecutivas-ninta rurachiqtin, Pelosi Trials nisqakunamanta kutirichiy kanqa, chaykunataq Biden-pa mana allin presidencia kasqanta señalachirqanku.</w:t>
      </w:r>
    </w:p>
    <w:p>
      <w:pPr>
        <w:pStyle w:val="ArticleBody"/>
        <w:jc w:val="left"/>
      </w:pPr>
      <w:r>
        <w:rPr>
          <w:rFonts w:ascii="Times New Roman" w:hAnsi="Times New Roman" w:eastAsia="Times New Roman" w:cs="Times New Roman"/>
        </w:rPr>
        <w:t>Pacha p’unchaykuna, chaymi Partido Democrático nisqapa hinallataq Partido Republicano nisqapa tukuyninta riqsichin, Alpha y Omega nisqapa señalta apamun, imaraykuchus sapa pacha qallariyninqa tukukuyninta reqsichin. Chayrayku, Partido Democrático nisqapa ñawpaq kaq waymarkninqa Patriot Act of 2001 nisqami, iskay kaq waymarknintaqmi Pelosi Trials nisqa, 2021 watapi qallarisqa. Chay juiciokunaqa 1789 watapi Constitución nisqata hunt’asqa llipinpi qhespichiyta tukuy sunquwan mana chaskiytam rikuchin. Pelosi Trials nisqaqa Partido Democrático nisqapa churinpi chawpi waymarkninta rikuchin, chaytataq rikch’arisqa karqa Constitución nisqa chunka kimsayoq coloniaspa ratificasqanwan, 1776 watamanta qhipaman chunka kimsa watapi. Pelosi Trials nisqaqa Constitución nisqapa contranpi hatariyta rikuchin, hinaspataq 1789 watapi rikch’arisqa karqa. Democráticokunapa lineanpaq kinsa kaq waymarkninqa maypim partido políticohina tukukun chaymi.</w:t>
      </w:r>
    </w:p>
    <w:p>
      <w:pPr>
        <w:pStyle w:val="ArticleBody"/>
        <w:jc w:val="left"/>
      </w:pPr>
      <w:r>
        <w:rPr>
          <w:rFonts w:ascii="Times New Roman" w:hAnsi="Times New Roman" w:eastAsia="Times New Roman" w:cs="Times New Roman"/>
        </w:rPr>
        <w:t>Paykuna tukunku 2024 watapi akllaypi, hinaspa 2025 watapi kamachiy qallarichiy hunt’asqa kaptin, Pelosi Pruebas nisqapa iskay kaq huñuqa rikurinqa Executive Orders nisqakuna rayku, chaykunaqa Alien and Sedition Acts nisqakuna rayku rikuchisqa karqanku. Chayrayku, Partido Demócrata-pa kimsa kaq waymarkninqa 1798 watapi Alien and Sedition Acts nisqakunan. Tiempo nisqa, Partido Demócrata-pa tukukuyninta rikuchiq, qallarín huk akllaywan, huk kamachiy qallarichiywan, hinaspa supaymanta hamuq política lawfare satanic nisqapa haykuyninwan; hinaspa tukukunpas huk akllaywan, huk kamachiy qallarichiywan, hinaspa supaymanta hamuq política lawfare satanic nisqapa haykuyninwan.</w:t>
      </w:r>
    </w:p>
    <w:p>
      <w:pPr>
        <w:pStyle w:val="ArticleBody"/>
        <w:jc w:val="left"/>
      </w:pPr>
      <w:r>
        <w:rPr>
          <w:rFonts w:ascii="Times New Roman" w:hAnsi="Times New Roman" w:eastAsia="Times New Roman" w:cs="Times New Roman"/>
        </w:rPr>
        <w:t>Partido Republicano-paqqa ñanpaq ñawpaq waymarkqa 2001 watapi Patriot Act-mi, 1776 watapi Declaración de Independencia nisqawan rikch’achisqa. Iskay ñiqin waymarkqa manam Partido Demócrata-paqqa iskay ñiqin waymarknin hinaqa kikinchu. Iskay ñiqin waymarkqa, Demócrata-kunapaq 1789 watapi Constitución nisqawan sut’inchasqa, ñawpaq Pelosi Trials karqan; ichaqa Republicano-kunapaq iskay ñiqin waymarkqa, 1789 watapi Constitución nisqawan rikuchisqa, Alien and Sedition Act-mi, chayqa hunt’akun 2025 watapi Trump-pa iskay kutin juramentasqan qallariynin tukusqa kaptin. ¿Imaynataq 1798 watapi Alien and Sedition Acts nisqakuna 1789 watapi Constitución nisqata rikuchiyta atinku?</w:t>
      </w:r>
    </w:p>
    <w:p>
      <w:pPr>
        <w:pStyle w:val="ArticleBody"/>
        <w:jc w:val="left"/>
      </w:pPr>
      <w:r>
        <w:rPr>
          <w:rFonts w:ascii="Times New Roman" w:hAnsi="Times New Roman" w:eastAsia="Times New Roman" w:cs="Times New Roman"/>
        </w:rPr>
        <w:t>Trump-pa iskay kaq qallariy kamachikuy wasinman haykuyyninpi, paypa Executive Orders nirqankuna, 1798 wataq Alien and Sedition Acts nisqakunawan rikch’achisqa kaspankum, manam Pelosi Trials nisqaq iskay kaq tantatachu qallarichinku, aswanpas chay ruwaykunallataq bestiaq imahinninpa rurakuyninta qallarichinku. Bestiaq imahinninpa rurakuyninpa pachaqqa qallarinpas tukukunpas dragón hina rimaywanmi. Chay pachaq qallariyninpi rimayqa rey hina atiyninkunata sayarichiyta sut’inchan, chay atiyninkunaqa huk dictadura hina, utaq Sister White sutichasqanman hina, “despotism” nisqa hina rikuchisqam. Bestiaq imahinninpa rurakuyninpa pachan tukukuyninpi dragón hina rimayqa, religioso atiyninkunaqa político atiyninkunapa hawanpi kamachiq atiyniyuq hina sayachisqa kasqanta reqsichin.</w:t>
      </w:r>
    </w:p>
    <w:p>
      <w:pPr>
        <w:pStyle w:val="ArticleBody"/>
        <w:jc w:val="left"/>
      </w:pPr>
      <w:r>
        <w:rPr>
          <w:rFonts w:ascii="Times New Roman" w:hAnsi="Times New Roman" w:eastAsia="Times New Roman" w:cs="Times New Roman"/>
        </w:rPr>
        <w:t>Qispisqay willakuyqa willakuy karqan tiraníaman contra, iskayninpa: Europa reykunapa política kamachikuyninman chaymanta Iglesia Romanaq religioso kamachikuyninmanpas. Uywaqpa rikchayninpa rurasqa pachaqa maypin kay iskay millay atiyniyuq kamachikuykuna hukllachasqa kanku, chaypiqa religioso kamachikuymi chay tupanakuyta kamachin. Rurasqapi, icha kay iskay atiyniyuq kamachikuykunapa hukllachakuyninpiqa, qhepa hamuqqa religioso kamachikuymi, hinaspataq aswan hanaqpi kashan. Chayrayku, chay pachaq qallariyninqa chay pachaq tukukuyninta rikuchin. 1798 watapi Alien and Sedition Acts nisqakunaqa Partido Demócrataq tukukuyninta rikuchinku, hinaspa chaymi paykunapa kinsa kaq waymarkninku; ichaqa kuskallataq Partido Republicanoq tukukuq pachanpi iskay kaq waymarknintapas rikuchin. Partido Republicanoq kinsa kaq waymarkninqa domingo hunt’asqa kamachiymi.</w:t>
      </w:r>
    </w:p>
    <w:p>
      <w:pPr>
        <w:pStyle w:val="ArticleBody"/>
        <w:jc w:val="left"/>
      </w:pPr>
      <w:r>
        <w:rPr>
          <w:rFonts w:ascii="Times New Roman" w:hAnsi="Times New Roman" w:eastAsia="Times New Roman" w:cs="Times New Roman"/>
        </w:rPr>
        <w:t>Partido Democráticopaqa, 1776, 1789, hinaspa 1798 nisqakuna quimsa waymarkakuna kaykunata rikch’achinku: 2001 (1776), 2021 watapi ñawpaq Pelosi Juiciokuna (1789), hinaspa 2025 watapi iskay Pelosi Juiciokuna (1798).</w:t>
      </w:r>
    </w:p>
    <w:p>
      <w:pPr>
        <w:pStyle w:val="ArticleBody"/>
        <w:jc w:val="left"/>
      </w:pPr>
      <w:r>
        <w:rPr>
          <w:rFonts w:ascii="Times New Roman" w:hAnsi="Times New Roman" w:eastAsia="Times New Roman" w:cs="Times New Roman"/>
        </w:rPr>
        <w:t>Partido Republicano-paqa, kimsa waymarkkuna 1776, 1789, hinaspa 1798 nisqawan rikuchisqakuna, kaykunatam tipificanku 2001 (1776), Pelosi-pa iskay kaq 2025 watapi juiciokuna (1789), hinaspa domingo kamachiyta (1798).</w:t>
      </w:r>
    </w:p>
    <w:p>
      <w:pPr>
        <w:pStyle w:val="ArticleBody"/>
        <w:jc w:val="left"/>
      </w:pPr>
      <w:r>
        <w:rPr>
          <w:rFonts w:ascii="Times New Roman" w:hAnsi="Times New Roman" w:eastAsia="Times New Roman" w:cs="Times New Roman"/>
        </w:rPr>
        <w:t>1776, 1789 y 1798 iskay chunka iskayniyuq watakunata rikhuchkanku, hinaspa iskay chunka iskayqa Divinidadwan runa kaywan huñunakusqanmanta unanchan. Kay kimsa señal de camino-kunaqa “Cheqaq Kay”pa testimoniunta apamunku, imaraykuchus ñawpaq kaqwan qhipa kaq señal de camino-kunaqa kikin cheqaq kayta reqsichinku. 1776qa independencia nisqapa takyachisqa kayninta reqsichin, hinaspa 1798qa independencia nisqapa qichusqa kayninta reqsichin. Chayrayku paykunaqa hebreo alfabetopa ñawpaq hinallataq qhipa qillqankunata rikhuchkanku, chay alfabetotaq iskay chunka iskay qillqayuqmi. Chunka kimsayuq kaq qillqaqa hatarikuypa unanchanmi, hinaspa chay kimsa qillqakuna kuska; ñawpaq kaq, chunka kimsayuq kaq, hinallataq qhipa kaq, huñusqa kashaspa hebreo simipi “Cheqaq Kay” nisqa simita ruranku.</w:t>
      </w:r>
    </w:p>
    <w:p>
      <w:pPr>
        <w:pStyle w:val="ArticleBody"/>
        <w:jc w:val="left"/>
      </w:pPr>
      <w:r>
        <w:rPr>
          <w:rFonts w:ascii="Times New Roman" w:hAnsi="Times New Roman" w:eastAsia="Times New Roman" w:cs="Times New Roman"/>
        </w:rPr>
        <w:t>1776qa kayqa 11 septiembre 2001 watata rikuchin, hinallata pachakta tawa chunka tawa waranqa runakunapa sellasqa pacha qallariyninta señalan. Chaymi qhipa para ch’iqchiy qallariyninta señalan, chayqa chay pacha kashan maypichus dragón bestiaman entregasqa karqan rurasqan servicionkuna rayku, imaraykuchus Partido Demócrata dragón nisqa atisqa kanqa Partido Republicano bestia nisqawan.</w:t>
      </w:r>
    </w:p>
    <w:p>
      <w:pPr>
        <w:pStyle w:val="ArticleBody"/>
        <w:jc w:val="left"/>
      </w:pPr>
      <w:r>
        <w:rPr>
          <w:rFonts w:ascii="Times New Roman" w:hAnsi="Times New Roman" w:eastAsia="Times New Roman" w:cs="Times New Roman"/>
        </w:rPr>
        <w:t>Chay historiapaqmi cheqaq Protestante waqra sellasqa tukukun, chay pachakunapi Señorqa makinta iskay kutita mast’arispan tantaykunanpaq Israelmanta qarqusqakuna sutichasqa runakunata, paykunaqa domingo kamachiy p’unchaypi huk unanchachaq hina hoqarisqa kanqaku.</w:t>
      </w:r>
    </w:p>
    <w:p>
      <w:pPr>
        <w:pStyle w:val="ArticleBody"/>
        <w:jc w:val="left"/>
      </w:pPr>
      <w:r>
        <w:rPr>
          <w:rFonts w:ascii="Times New Roman" w:hAnsi="Times New Roman" w:eastAsia="Times New Roman" w:cs="Times New Roman"/>
        </w:rPr>
        <w:t>18 julio killapi 2020 watapi, chi chiqap protestante waqra cheqesqa karqan; hinaspata 2001 watamanta iskay chunka iskay watakuna qipaman, 2023 watapi julio killapi, iskay kaq huñunakuypa llamkaynin qallarisqa karqan, ch’in pampa pi waqyaspa qapariq huk simiwan. Ñawpaq kaq huñunakuyqa 2001 watapi karqan, Apocalipsis pusaq chunka pusaqniyuq capítulo pi angel uraykamusqan pachapi, Nueva York llaqtapa hatun wasikuna urmaraqtin. Chay angelpa uraykamuyninqa sellakuy pacha qallariyninta sut’incharqan, hinaspata Miguel arcángelpa uraykamuynin 18 julio killapi 2020 watapi sellakuy pachapa tukukuyninta sut’incharqan. Jesúsqa, Alfa y Omega hina, tukukuynintaqa sapa kutin qallariyninwanmi rikuchin; chayrayku, ñawpaq kaq huñunakuypa profético imakuna, 11 septiembre killapi 2001 watapi qallarisqa karqan, iskay kaq huñunakuypi pasaq profético imakunatam rikuchinku.</w:t>
      </w:r>
    </w:p>
    <w:p>
      <w:pPr>
        <w:pStyle w:val="ArticleBody"/>
        <w:jc w:val="left"/>
      </w:pPr>
      <w:r>
        <w:rPr>
          <w:rFonts w:ascii="Times New Roman" w:hAnsi="Times New Roman" w:eastAsia="Times New Roman" w:cs="Times New Roman"/>
        </w:rPr>
        <w:t>Kinsa sut’ita rikuchiykuna kan iskay kaq huñunamanta, chaymi rikuchin pachak tawa chunka tawa waranqa sellasqa runakunapa sellasqa tiempopa tukukuyninpa historiyanta; chaykunaqa Cristopa historiam, ñawpaq kaq hinallataq iskay kaq angelkunapa willakuynin historiam 11 agosto 1840 p’unchawmanta 22 octubre 1844 p’unchawkama, hinallataq kimsa kaq angelpa historiam 22 octubre 1844 p’unchawmanta 1863 watapi hatarikuq rebeliónkama. Chay kimsa testigokuna sayarichin iskay kaq huñuyta pachak tawa chunka tawa waranqamanta julio 2023 p’unchawmanta, utqay hamuq domingo kamachikuykama. Sichus sapa historiamanta huk sut’i, sapanchasqa elemento nisqata rakispa qhawarqanchik chayqa tarisunchik kimsa kaq ay paqarisqan ruolninpa pruebanta.</w:t>
      </w:r>
    </w:p>
    <w:p>
      <w:pPr>
        <w:pStyle w:val="ArticleBody"/>
        <w:jc w:val="left"/>
      </w:pPr>
      <w:r>
        <w:rPr>
          <w:rFonts w:ascii="Times New Roman" w:hAnsi="Times New Roman" w:eastAsia="Times New Roman" w:cs="Times New Roman"/>
        </w:rPr>
        <w:t>1844 watapi 17 p’unchaypi Exeter camp meeting tukukuyninpi, Chawpi Tuta Qapariynin willakuy willakusqa karqan. Chay willakuyninri pachak tawa chunka tawa waranqa runakunapa historiankupi Chawpi Tuta Qapariynin willakuyninpa willakusqanmi karqan, iskaynin historiapas chunka sipaskunapa rikch’ayninpa hunt’asqan kasqanrayku hinaspa kasqanmanta. Panay White nisqanman hina, Cristopa atipayninwan Jerusalén llaqtaman yaykuyninmi 1844 watapi Chawpi Tuta Qapariyninpa willakusqanta rikuchirqan. Cristoqa huk kutillapas uywata silliykuspa purirqachu, aswanqa Jerusalénman yaykuyninllapim chayta ruwarqan; chay silliykusqan uywataq asnomi karqan, islam nisqapa unanchanmi chayqa. 1844manta 1863kama iskay ñiqin huñuynin pacha ukhupi, 1848 watapi Panay Whiteqa Europapi suyukunata phiñachisqa kasqanta sut’inchan; chay historiapi suyukunapa phiñakuyninqa islammanta Europaman mana tukukuq maqanakuykunata apamunaymanta manchachiykunawanmi ruwakurqan. Iskay ñiqin huñuypa kimsa historiankunapi, kimsa ñiqin ay paqarisqan islampa rurayninqa sut’inchasqa kashan.</w:t>
      </w:r>
    </w:p>
    <w:p>
      <w:pPr>
        <w:pStyle w:val="ArticleBody"/>
        <w:jc w:val="left"/>
      </w:pPr>
      <w:r>
        <w:rPr>
          <w:rFonts w:ascii="Times New Roman" w:hAnsi="Times New Roman" w:eastAsia="Times New Roman" w:cs="Times New Roman"/>
        </w:rPr>
        <w:t>Pachak iskay chunka tawa waranqa tawa pachak chunka tawayoqkunapa sellasqa tiempun qallarirqan 11 septiembre 2001 watapi, kimsa kaq ay, Islammanta mana yuyasqa maqanakuywan, Estados Unidos sutiyoq kunan p’unchaw hatun sumaq allpaman. Iskay chunka iskay watakuna qhipaman, 7 octubre 2023 watapi, kimsa kaq ay Islamqa, ñawpaq hatun sumaq allpaman mana yuyasqa maqanakuyta apamurqan. Kunanlla hamuq domingo kamachiypi, Apocalipsis chunka hukniyoqpi hatun pachakuti kasqapi, kimsa kaq ayqa utqaylla yapamanta hamun, huk kutitawan kunan p’unchaw hatun sumaq allpaman mana yuyasqa maqanakuyta hunt’aspa.</w:t>
      </w:r>
    </w:p>
    <w:p>
      <w:pPr>
        <w:pStyle w:val="ArticleBody"/>
        <w:jc w:val="left"/>
      </w:pPr>
      <w:r>
        <w:rPr>
          <w:rFonts w:ascii="Times New Roman" w:hAnsi="Times New Roman" w:eastAsia="Times New Roman" w:cs="Times New Roman"/>
        </w:rPr>
        <w:t>Simi Israel nisqasqa, paykunamanta Mesíasninkuta chakatasqankuwan reqsichisqa hina, hinaspa kimsa mana yuyasqa Islampa maqanakuykuna, kinsa kaq ayparikuypa, “Cheqaq Kay” nisqapa unanchanta apamun. Pachak tawa chunka tawa waranqa runakunata sellasqa willakuyqa, Diospa qhepa p’unchaykuna llaqtanta iskay kuti huñunay llamk’anata hunt’an, chayqa kinsa kaq ayparikuypa Islampa rurayninkuna kallpachasqa kashaqtin pacha ukhupi pasakun.</w:t>
      </w:r>
    </w:p>
    <w:p>
      <w:pPr>
        <w:pStyle w:val="ArticleBody"/>
        <w:jc w:val="left"/>
      </w:pPr>
      <w:r>
        <w:rPr>
          <w:rFonts w:ascii="Times New Roman" w:hAnsi="Times New Roman" w:eastAsia="Times New Roman" w:cs="Times New Roman"/>
        </w:rPr>
        <w:t>Profecía nisqapi “iskay kaq huñuy” hina rikuchisqa pacha, sut’inmanta reqsichin imaymana sapaq profético pacha-kunata, chaykunaqa “iskay kaq huñuy”pa llapa historianta hunt’achinku. Cristoqa kawsarimusqan qhepaman uraykamuyninwanmi qallarin ruwanasninta, chakatasqa kasqanpi chinkachisqa runakunata huñunapaq.</w:t>
      </w:r>
    </w:p>
    <w:p>
      <w:pPr>
        <w:pStyle w:val="ArticleScripture"/>
        <w:jc w:val="left"/>
      </w:pPr>
      <w:r>
        <w:rPr>
          <w:rFonts w:ascii="Times New Roman" w:hAnsi="Times New Roman" w:eastAsia="Times New Roman" w:cs="Times New Roman"/>
        </w:rPr>
        <w:t>Chaymantataqmi Jesus paykuna-man nirqa: Kay tutaqa llapaykichismi noqamanta urmanqankichik; qelqasqa kashanmi: “Micheqta maqasaj, hinaspataq rebañopi ovejakunapas ch’eqesqa kanqaku”, nispa. Mateo 26:31.</w:t>
      </w:r>
    </w:p>
    <w:p>
      <w:pPr>
        <w:pStyle w:val="ArticleBody"/>
        <w:jc w:val="left"/>
      </w:pPr>
      <w:r>
        <w:rPr>
          <w:rFonts w:ascii="Times New Roman" w:hAnsi="Times New Roman" w:eastAsia="Times New Roman" w:cs="Times New Roman"/>
        </w:rPr>
        <w:t>P’ampapi kimsa punchawkuna qhipaman, Cristoqa disipulonkuna ukhuman uraykurqan, chaywanmi tawa chunka punchaw sapaq yachachiyta qallarin, chaymanta qatiqmanta chunka punchaw hukllachasqa kaypi hinaspa mañakuypi karqan, Pentecostés punchawpi Santo Espíritu mana tupuqtaq hina hich’aykusqa kananpaq ñawpaqta.</w:t>
      </w:r>
    </w:p>
    <w:p>
      <w:pPr>
        <w:pStyle w:val="ArticleScripture"/>
        <w:jc w:val="left"/>
      </w:pPr>
      <w:r>
        <w:rPr>
          <w:rFonts w:ascii="Times New Roman" w:hAnsi="Times New Roman" w:eastAsia="Times New Roman" w:cs="Times New Roman"/>
        </w:rPr>
        <w:t>Ñawpaq qillqasqayta rurasqani, Teófilo, llapa ima Jesuspa qallarisqan ruraykunamanta hinallataq yachachiykunamantapas, hanaqman apasqa kasqan p’unchaykama, akllasqan apostolninkunaman Espíritu Santopa nisqanwan kamachiykunata qospa. Paykunamanpas kawsasaq kasqanta rikuchikurqan ñak’arisqan qhepaman achka mana iskayrayasqa qhawachikuykunawan; tawa chunka p’unchay paykunaman rikurimuspa, Diospa qhapaq kamachikuyninmanta rimarispa. Hinaspa, paykunawan huñusqa kaspa, kamachirqan ama Jerusalénmanta ripunankupaqchu, aswanpas Taytapa prometesqan suyaynankupaq, mayqintachus, nispa, noqamanta uyarirqankichik. Juanqa cheqaqtapuni yakuwan bautizarqan; qankunam ichaqa manaraq achka p’unchay qhepaman Espíritu Santowan bautizasqa kankichik. Chayrayku paykuna huñunakuspa tapurqanku, nispa: Señor, ¿kay pachachachu Israelman qhapaq kamachikuyta kutichipuwanki? Paytaq nirqan: Mana qankunapaqchu yachanaykichik pacha-kunata nitaq mit’akunatapas, maykuntachus Tayta kikinpa atiyllanman churaykusqa. Ichaqa kallpata chaskinkichik Espíritu Santo qankunaman hamuqtin; hinaspa noqamanta testigoykuna kankichik Jerusalénpi, llapa Judeapi, Samariapi, hinallataq kay pachapa aswan karu tukukuyninkama. Kaykunata rimarisqan qhepaman, paykuna qhawashaqtinkuraq, hanaqman oqarisqa karqan; phuyuñataq qhawayninkumanta hap’iskurqan.... Pentecostés p’unchay hunt’asqa kaptinñataq, llapanku huk sonqolla huk pachapi kasharqanku. Chayllaqmi hanaq pachamanta sinchi wayra phukumuq hina uyarikurqan, hinaspa tiyashaqkanku wasi hunt’ata junt’arqan. Hechos 1:1–9, 2:1, 2.</w:t>
      </w:r>
    </w:p>
    <w:p>
      <w:pPr>
        <w:pStyle w:val="ArticleBody"/>
        <w:jc w:val="left"/>
      </w:pPr>
      <w:r>
        <w:rPr>
          <w:rFonts w:ascii="Times New Roman" w:hAnsi="Times New Roman" w:eastAsia="Times New Roman" w:cs="Times New Roman"/>
        </w:rPr>
        <w:t>Tawa chunka p’unchawkunapi, chaymanta qatiq chunka p’unchawkunapi disipulonkuna Taytapa promesanpaq “suyanan” kashaqtin, Cristoqa iskay kutita disipulonkunata huñusqa. Jerusalén llaqtapi chay suyay pachaqa, suyanapaq huk tiempomanta unanchanmi, Mateo ishkay chunka pichqapi hinallataq Habacuc iskaypi nisqa suyay tiempokunawan tinkuchisqa. Tukuy chay pachaqa Cristorayku reqsisqa kashan Elíaspa ruwasqanpi qallarisqanman hina, Juan bautizashaqtin, hinallataq tukuy chay pachaqa Pentekostéspi Espíritu Santopa bautismonwan tukukapun. Bautismoqa wañuy, pampachiy, kawsarimuy nisqakunapa unanchanmi; chayrayku tukuy chay pachapa chawpi waymarkninqa cruz karqan, imaraykuchus tukuy chay pachaqa “Cheqaq Kaypa” firmanta apamun.</w:t>
      </w:r>
    </w:p>
    <w:p>
      <w:pPr>
        <w:pStyle w:val="ArticleBody"/>
        <w:jc w:val="left"/>
      </w:pPr>
      <w:r>
        <w:rPr>
          <w:rFonts w:ascii="Times New Roman" w:hAnsi="Times New Roman" w:eastAsia="Times New Roman" w:cs="Times New Roman"/>
        </w:rPr>
        <w:t>Tukuy pacha qallarin Juanpa Cristo-ta bautizasqanwan, chaypi Santo Espíritu uraykamurqan urpi rikch’ayninpi. Chaymanta qallarikurqan discipulokunata huñunay llamk’ay, paykunaqa cristiano temploq cimienton kananpaqmi karqanku. Chay pacha tukukuyninpi Cristoqa discipulonkunata iskay kutita huñun, hinaspa iskay ñiqin huñuypa pachaqqa ñawpaq huñuypa pachanwan kutichisqa hina kashan, imaraykuchus Cristoqa imapas tukukuyninta rikuchin qallariyninwan.</w:t>
      </w:r>
    </w:p>
    <w:p>
      <w:pPr>
        <w:pStyle w:val="ArticleBody"/>
        <w:jc w:val="left"/>
      </w:pPr>
      <w:r>
        <w:rPr>
          <w:rFonts w:ascii="Times New Roman" w:hAnsi="Times New Roman" w:eastAsia="Times New Roman" w:cs="Times New Roman"/>
        </w:rPr>
        <w:t>Chakanaqa Cristopa bautismonwanmi rikuchisqa karqa, iskaynin pasaykunapas discípulokunata huñuy llamkayta qallariq. Qallariyta chaymanta tukukuyninta reqsichiq unanchaqa wañuyta, pampasqayta, kawsarimuynintawanmi rikuchin. Kawsarimusqan qhipanpi, chunka tawa p’unchaw ch’inneqpi pruebakunapi kasqanqa, discípulokunaman uraykusqan qhipan chunka tawa p’unchaw yachachisqanta rikuchirqan. Iskay chunka tawa p’unchawkunaqa huk ñawpaq cheqaq kayta rikuchinku, chaytaq Jesusqa kay hinam nispa rimarin: “Qelqasqanmi kachkan: Runaqa mana t’antallawanchu kawsanqa, aswanpas Diospa siminmanta lluqsiq sapa rimaywanmi.”</w:t>
      </w:r>
    </w:p>
    <w:p>
      <w:pPr>
        <w:pStyle w:val="ArticleBody"/>
        <w:jc w:val="left"/>
      </w:pPr>
      <w:r>
        <w:rPr>
          <w:rFonts w:ascii="Times New Roman" w:hAnsi="Times New Roman" w:eastAsia="Times New Roman" w:cs="Times New Roman"/>
        </w:rPr>
        <w:t>Chay pacha tiempope Jesús discípulokunaman kicharirqa llapa imata profetakuna Cristo-manta testificasqankuta, chhaynataq chay tiempo-ta reqsichirqa paypa profético Siminpa kicharisqan hina.</w:t>
      </w:r>
    </w:p>
    <w:p>
      <w:pPr>
        <w:pStyle w:val="ArticleScripture"/>
        <w:jc w:val="left"/>
      </w:pPr>
      <w:r>
        <w:rPr>
          <w:rFonts w:ascii="Times New Roman" w:hAnsi="Times New Roman" w:eastAsia="Times New Roman" w:cs="Times New Roman"/>
        </w:rPr>
        <w:t>Hinaspa, iskay paykuna chay p’unchayllapim Jerusalén llaqtamanta soqta chunka estadio karu kachkan Emmaús sutiyoq aylluman rirqanku. Paykunataq llapa ima pasasqankumanta hukwan hukwan rimarqanku. Chaymanta, rimarispa yuyaymanaspa kashaqtinku, Jesús kikin qayllaykamuspa paykunawan kuska purirqan. Ichaqa ñawinkuta hark’asqa karqan mana reqsinankupaq.... Hinaptin pay nerqan: Sonso runakuna, unquy sonqoyoqkuna tukuy ima profetakuna rimarisqanta creenaykipaq. ¿Manachu Cristoqa kaykunata ñak’arinan karqan, hinaspataq hatun k’anchayninman haykunanpaq? Moisesmanta qallarispa llapa profetakunamantawan, tukuy Qelqakunapi paymanta nisqakunata paykunaman sut’incharqan. Hinaqtin chay rishasqanku aylluman qayllaykurqanku; paytaq aswan ñawpaqman rinan hina rikuchikurqan. Ichaqa payta muchuyta hap’irqanku, nispa: Qepaykuway; tardiyasqañam, p’unchaypas tukukapushanñam. Hinaqtin pay haykurqan paykunawan qepananpaq. Chaymanta, paykunawan mikhunapaq tiyaykusqa kashaspa, t’antata hap’ispa saminchaykurqan, partispataq paykunaman qorqan. Hinaptin ñawinku kicharikuptin reqsirqanku; paytaq qhawasqankumanta chinkarqan. Lucas 24:13–16, 26–31.</w:t>
      </w:r>
    </w:p>
    <w:p>
      <w:pPr>
        <w:pStyle w:val="ArticleBody"/>
        <w:jc w:val="left"/>
      </w:pPr>
      <w:r>
        <w:rPr>
          <w:rFonts w:ascii="Times New Roman" w:hAnsi="Times New Roman" w:eastAsia="Times New Roman" w:cs="Times New Roman"/>
        </w:rPr>
        <w:t>Cristoqa qhipakusunmi qhepayarqan payta mana reqsiq discipulokunawan, paypa ñawinkunata kicharinankama, “Moisésmanta qallarispa, llapa profetakunamantawan, llapa Qelqakunapi paymanta nisqakunata sut’incharqan.” Ñawinkunku kicharisqa karqan “t’anta” mikhuyninkupaq qosqa kaptin. Tawa chunka punchawkuna qhipamanmi Cristo hanaq pacha-man wicharirqan, hinaspan “ñawinkumanta chinkaripurqan,” imaynan Emmaús llaqtamanta discipulokunawan ruwarqan chay yachachiy tawa chunka punchawkuna qallariyninpi hinata. Chaymantaqa qallariqurqanku chunka punchaw wakichikuyta Pentecostespaq, chaymi utqaylla hamuq domingo kamachikuyta rikch’achin.</w:t>
      </w:r>
    </w:p>
    <w:p>
      <w:pPr>
        <w:pStyle w:val="ArticleBody"/>
        <w:jc w:val="left"/>
      </w:pPr>
      <w:r>
        <w:rPr>
          <w:rFonts w:ascii="Times New Roman" w:hAnsi="Times New Roman" w:eastAsia="Times New Roman" w:cs="Times New Roman"/>
        </w:rPr>
        <w:t>Hatun allpa chukchuypi, chaymi domingo kamachiy kashan, Islampa kimsakaq ay aylli utqaylla hamun, hinaspa Islamqa Isaíaspa “sinchi” “inti lloqsimuynin wayra” nispan sutichasqanmi; chaymi Ezequielpa samaynin, Juanpa tawa wayrankunamanta hamuq, pachak tawa chunka tawa waranqa sellasqa kashaqtin hark’asqa kanku.</w:t>
      </w:r>
    </w:p>
    <w:p>
      <w:pPr>
        <w:pStyle w:val="ArticleBody"/>
        <w:jc w:val="left"/>
      </w:pPr>
      <w:r>
        <w:rPr>
          <w:rFonts w:ascii="Times New Roman" w:hAnsi="Times New Roman" w:eastAsia="Times New Roman" w:cs="Times New Roman"/>
        </w:rPr>
        <w:t>Pachak iskay chunka tawa waranqa runakuna sellasqaña kaptin chaytaq tawa wayrakuna kacharisqa kanku, hinaspa “qonqayllam hanaq pacha-manta hamurqan sinchi kallpayuq phukuy wayra hina uyarikuy, chaytaq llapa wasi hunt’achirqan.” Kimsa kaq llaqiy Islamqa “qonqayllam” mana suyaskasqa hina maqan, hinaspa paqarichin “hanaq pacha-manta uyarikuyta”, chaymi qanchis kaq waqra kashan, mayqenmi reqsichin hayk’aqtaq Diospa pakasqa yachaynin tukusqanta; Diospa pakasqa yachayninqa pachak iskay chunka tawa waranqapaq tukusun, maypachachus Dios kaynin (Santo Espíritupa hich’aykusqan) runa kaywan wiñaypaq huñusqa kachkan, hinaspa Señorqa qonqaylla hamun Templonman (maypi discípulokuna huñunakusqa kasqanku chay wasiman), hinaspa pachak iskay chunka tawa waranqawan rimayniyuq tratota ruran.</w:t>
      </w:r>
    </w:p>
    <w:p>
      <w:pPr>
        <w:pStyle w:val="ArticleBody"/>
        <w:jc w:val="left"/>
      </w:pPr>
      <w:r>
        <w:rPr>
          <w:rFonts w:ascii="Times New Roman" w:hAnsi="Times New Roman" w:eastAsia="Times New Roman" w:cs="Times New Roman"/>
        </w:rPr>
        <w:t>Kay yachayta qatiq willakuypi qatiqmi.</w:t>
      </w:r>
    </w:p>
    <w:p>
      <w:pPr>
        <w:pStyle w:val="ArticleScripture"/>
        <w:jc w:val="left"/>
      </w:pPr>
      <w:r>
        <w:rPr>
          <w:rFonts w:ascii="Times New Roman" w:hAnsi="Times New Roman" w:eastAsia="Times New Roman" w:cs="Times New Roman"/>
        </w:rPr>
        <w:t>“Señorqa munan orqoman wicharinanchikta, — aswan chiqantaq paypa qayllanman yaykunanchikta. Kaymanmi hamaq crisis chayamushan, mayqencha ñawpaq pachakunamanta, kay pacha qallarisqanmantapacha, aswanqa mañanqa llapan sutinpi Cristo nisqanta rimarikuqkunamanta sapa hukninpa hunt’asqa t’aqasqa kawsayninta.”</w:t>
      </w:r>
    </w:p>
    <w:p>
      <w:pPr>
        <w:pStyle w:val="ArticleScripture"/>
        <w:jc w:val="left"/>
      </w:pPr>
      <w:r>
        <w:rPr>
          <w:rFonts w:ascii="Times New Roman" w:hAnsi="Times New Roman" w:eastAsia="Times New Roman" w:cs="Times New Roman"/>
        </w:rPr>
        <w:t>“Cheqaq kawsay yupaychasqapa kaqmanta hukmanta watukuynin ñuqanchik ukhupiqa, llapa munasqanchikmanta aswan hatun chaymanta aswan utqaylla munasqa kaqmi. Diosmanta hamuq ch’uya llump’ayniyuq kayta hap’iyninchik tiyan, Paypa Espiritunpa bautismonta; kaymi sapaq allin llamk’aq ch’uya cheqaq kayta willakuypi. Diospa Espiritunmi animupa wañusqa hina kaq atiyninkunata kawsarichin hanaq pacha kaqkunata chaninchaypaq, hinaspa munakuyninkunata Diosman cheqaq kaymanpas aysarichin.”</w:t>
      </w:r>
    </w:p>
    <w:p>
      <w:pPr>
        <w:pStyle w:val="ArticleScripture"/>
        <w:jc w:val="left"/>
      </w:pPr>
      <w:r>
        <w:rPr>
          <w:rFonts w:ascii="Times New Roman" w:hAnsi="Times New Roman" w:eastAsia="Times New Roman" w:cs="Times New Roman"/>
        </w:rPr>
        <w:t>“Qispiyniyku kachkan Diospa siminta hinallata chaskiy. Jesúsqa yachachisqankunamanta ripunayashaspa, hanaq pacha-man wichariyninpaq, paykunata kamachirqan allin willakuyta llapa nacionkunaman, llapa rimaykunaman, llapa llaqtakunaman apapunanpaq. Payqa nirqan Jerusalén llaqtapi suyanankupaq hanaqmanta kallpawan p’achallisqa kanankukama. Chayqa allin riesqankupaq ancha necesariu karqan. Diospa kamachiqninkunaman ch’uya jawk’aymi hamunan karqan. Llapaqpas, Cristoq yachachisqan kasqankuta hunt’aspa riqsisqa karqanku, hinaspa apostolkunaqwan evangelistakuna hina huñusqa, Jerusalénpi tantakusqaku. Llapa chiqnikuykunata karuncharqanku. Huk sonqolla mañakuywan, ruwakuspa qatirqanku, Espíritu Santopa prometisqan hunt’akuyta chaskinankupaq; imaraykuchus allin willakuyta willanankupaq karqanku Espíritupa rikuchisqanpi, Diospa kallpanwan. Chayqa Cristoq qatipaqkunaqpaq ancha hatun peligru pacha karqan. Atuqkuna chawpipi ovejakuna hina kasharqanku, ichaqa allin sunquyuq karqanku, imaraykuchus Cristoqa wañusqamanta kawsarimusqa karqan, paykunaman rikuchikusqa karqan, hinaspa paykunaman huk sapaq bendiciónta prometisqa karqan, chaymi paykunata wakichinqa lloqsispa paypa allin willakuyninta kay pachaman willanankupaq. Paykunam suyakusharqanku prometisqan hunt’akunanta, hinaspa sapaq kallpawan mañakusharqanku.”</w:t>
      </w:r>
    </w:p>
    <w:p>
      <w:pPr>
        <w:pStyle w:val="ArticleScripture"/>
        <w:jc w:val="left"/>
      </w:pPr>
      <w:r>
        <w:rPr>
          <w:rFonts w:ascii="Times New Roman" w:hAnsi="Times New Roman" w:eastAsia="Times New Roman" w:cs="Times New Roman"/>
        </w:rPr>
        <w:t>“Kaymi kikin ñanmi qatipasqa kanan chaykunapaq, pichqakunata ruwaspa hanaq p’uyukunapi Señorpa hamuyninta willakuy llamk’aypi churakusqakuna; imaraykuchus huk llaqtata wakichina kachkan Diospa hatun punchawninpi sayanankupaq. Christoqa discipulonkuna-man Santu Espíritu chaskinankupaq promesata qorqan chaypas, manam mañakuypa necesidanta chinkachirqanchu. Aswan kallpawanmi mañakurqaku; huk sonqolla mañakuyllapi qatirqaku. Kunan pacha pichqakuna Señorpa hamuyninpaq huk llaqtata wakichiy nisqa hatun, manchakuywan junt’asqa llamk’aypi churakusqakunaqa, paykunapas mañakuypi qatipanakuytaqa ruwanankum. Ñawpa discipulokunaqa huk sonqollam karqaku. Manam ima yuyaychakuykunapas karqanchu, nitaq musphay yachachiykunapas ñawpaqman apanakunankupaq, imaynatas prometisqa bendición hamunanmanta. Paykunaqa iñiypipas espiritupipas hukllam karqaku. Chaynallataq acuerdopi karqaku.”</w:t>
      </w:r>
    </w:p>
    <w:p>
      <w:pPr>
        <w:pStyle w:val="ArticleScripture"/>
        <w:jc w:val="left"/>
      </w:pPr>
      <w:r>
        <w:rPr>
          <w:rFonts w:ascii="Times New Roman" w:hAnsi="Times New Roman" w:eastAsia="Times New Roman" w:cs="Times New Roman"/>
        </w:rPr>
        <w:t>“Llapa iskayraykuykunata karunchaychis. Manchakuyniykichiskunata qispichiychis, hinaspa chaskiychis chay imaynatachá Pabloq kawsayninpi kaptin rimarqan: ‘Cristowan kuska chakatasqan kani: ichaqa kawsani; manañam ñuqañachu, aswanpas Cristoqa ñoqapi kawsan: hinaspa kay aysapi kunan kawsasqaytaqa Diospa Churinpi iñiywanmi kawsani, paymi munakuwarqan, hinaspa ñoqarayku kikinta qukurqan.’ [Gálatas 2:20.] Llapa imaykichista Cristoman qoykuychis, hinaspa kawsayniykichisqa Diospi Cristowan pakasqa kachun. Chaymantam allinrayku atiy kapunkichis. Huknin waranqata qatiykunqa, iskayñataq chunka waranqata ayqechinqaku.”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qillqaqa - Isqun chunka isqunniyuq qanchisniyuq tawa chunka isqunniyuq</dc:title>
  <dc:subject>Políticapi urayman chinkasqan hinaspa proféticapi destino: Partido Demócratawan Partido Republicanowan tukukuynin, profecía bíblicapa contexto ukunpi</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