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Iskay Pachak Número</w:t>
      </w:r>
    </w:p>
    <w:p>
      <w:pPr>
        <w:pStyle w:val="ArticleSubtitle"/>
        <w:jc w:val="left"/>
      </w:pPr>
      <w:r>
        <w:rPr>
          <w:rFonts w:ascii="Arial" w:hAnsi="Arial" w:eastAsia="Arial" w:cs="Arial"/>
        </w:rPr>
        <w:t>Proféticopa qhawariynin mast’ariynin: Iskay kaq huñuy hinaspa Adventista escatologíapi ancha allin reqsichisqan importancia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Kaynaqhina yuyaychkanchik profetapa rikuchisqan pacha-kamaymanta, iskay kaq huñunawan sut’inchasqa, mayqinchus profeta Isaías reqsichin, chaymanta qhipamanqa Panay Whitepas.</w:t>
      </w:r>
    </w:p>
    <w:p>
      <w:pPr>
        <w:pStyle w:val="ArticleScripture"/>
        <w:jc w:val="left"/>
      </w:pPr>
      <w:r>
        <w:rPr>
          <w:rFonts w:ascii="Times New Roman" w:hAnsi="Times New Roman" w:eastAsia="Times New Roman" w:cs="Times New Roman"/>
        </w:rPr>
        <w:t>Chay p’unchaypiqa, Jeséypa sap’inmi kanqa, runakunapa unanchaqnin hina sayananpaq; paymanmi mana judío nacionkuna maskaq hamunqaku; samayninpas hatun k’anchaywanmi kanqa. Chay p’unchaypitaqmi Señorqa makinwan yapamanta iskay kaq kutipi oqarispa kutichimunqa llaqtanpa puchuqnin-ta, pichus qhiparinqa Asiriamanta, Egiptomanta, Patrosmanta, Cusmanta, Elammanta, Sinar manta, Hamatmanta, hinaspa lamar qochapi islakunamantapas. Hinallataqmi nacionkunapaq unanchaqta sayachinqa, Israelmanta qarqosqa runakunata huñunqa, Judámanta ch’iqichisqa runakunatataq kay pachapa tawa k’uchunmanta tantachinqa. Efraínpa envidiakuyninpas tukukunqaña, Judápa awqankunapas chinkachisqa kanqaku: Efraínqa manaña Judáta envidianqachu, Judátaq manaña Efraínta ñak’arichinqachu. Isaías 11:10–13.</w:t>
      </w:r>
    </w:p>
    <w:p>
      <w:pPr>
        <w:pStyle w:val="ArticleBody"/>
        <w:jc w:val="left"/>
      </w:pPr>
      <w:r>
        <w:rPr>
          <w:rFonts w:ascii="Times New Roman" w:hAnsi="Times New Roman" w:eastAsia="Times New Roman" w:cs="Times New Roman"/>
        </w:rPr>
        <w:t>Diospa qhepa p’unchaykunapi llaqtan iskay kutita huñusqa kaptinmi, chay yachachisqankunapurapi hukchasqa kawsay kan, Pentecostés manaraq chunka p’unchay ñawpaqpi kasqanmanta rikuchisqa hina; chaytam Isaías willakun, kay pacha hina: “Efraínpa envidianpas chinkapunqa, Judápa awqankunapas t’aqasqa kanqaku: Efraínqa mana Judáta envidianqachu, Judátaq mana Efraínta llakichinqachu.”</w:t>
      </w:r>
    </w:p>
    <w:p>
      <w:pPr>
        <w:pStyle w:val="ArticleScripture"/>
        <w:jc w:val="left"/>
      </w:pPr>
      <w:r>
        <w:rPr>
          <w:rFonts w:ascii="Times New Roman" w:hAnsi="Times New Roman" w:eastAsia="Times New Roman" w:cs="Times New Roman"/>
        </w:rPr>
        <w:t>“Diospa llaqtanman sasachakuykuna hamunqanku, hinaspa trigu ukhupi kaq mala qura-kuna t’aqachisqa kanqanku. Ichaqa amaña Efraínqa Judáta envidianchu, nitaq Judáqa Efraínta phiñachinqachu. Allin, llamp’u, khuyakuq simikunaqa santuqchasqa sunqukunamanta hinaspa labiokunamantam lluqsinqa. Sinchi ancha nisqaqa hukllachasqa kayninchikmi; hinaspa llapanchik Cristo-pa llamp’u kayninta hinaspa pisi yupaychasqa kayninta maskhaspaqa, Cristo-pa yuyayninta charisunchik, hinaspa espiritupi hukllay kanqa.” Review and Herald, March 19, 1895.</w:t>
      </w:r>
    </w:p>
    <w:p>
      <w:pPr>
        <w:pStyle w:val="ArticleBody"/>
        <w:jc w:val="left"/>
      </w:pPr>
      <w:r>
        <w:rPr>
          <w:rFonts w:ascii="Times New Roman" w:hAnsi="Times New Roman" w:eastAsia="Times New Roman" w:cs="Times New Roman"/>
        </w:rPr>
        <w:t>Huñuykuyqa huk imapasmi Cristo ruwasqan llamk’ayninmanta, payqa huk kutimanta huñun chay pachak tawa chunka tawa waranqa runakunata. Chay hukllachasqa kawsayqa rikuchisqa karqa chunka p’unchaykunawan Pentecostésman pusamuqkunapi, hinallataq Exeter camp meeting nisqapa soqta p’unchayninkunawan; chaytaqa hunt’asqa kayman karqa 1856 watamanta 1863 watakama, ichaqa October 22, 1844 hatun llakikuyta mallisqakuna mana ñanta chinkachisqanku chayqa.</w:t>
      </w:r>
    </w:p>
    <w:p>
      <w:pPr>
        <w:pStyle w:val="ArticleScripture"/>
        <w:jc w:val="left"/>
      </w:pPr>
      <w:r>
        <w:rPr>
          <w:rFonts w:ascii="Times New Roman" w:hAnsi="Times New Roman" w:eastAsia="Times New Roman" w:cs="Times New Roman"/>
        </w:rPr>
        <w:t>“Ichaqa mana allinta suyaywan iskayrayakuypas qhipa p’unchaykunapi, achka Advento iñiqkuna iñiyninkuta saqirqusqaku. Chiqninakuykuna ch’iqinakuyninkunapas hamurqan.... Chhaynaqa llamk’ayqa hark’asqa karqan, hinallataq kay pachaqa tutayaypi saqisqa karqan. Tukuy Adventista ayllupuni Diospa kamachikuyninkunapiwan Jesuspa iñiyninwan hukllachasqa kaspaqa, may hina ancha hukniraymi historiayku kanman karqan!”</w:t>
      </w:r>
    </w:p>
    <w:p>
      <w:pPr>
        <w:pStyle w:val="ArticleScripture"/>
        <w:jc w:val="left"/>
      </w:pPr>
      <w:r>
        <w:rPr>
          <w:rFonts w:ascii="Times New Roman" w:hAnsi="Times New Roman" w:eastAsia="Times New Roman" w:cs="Times New Roman"/>
        </w:rPr>
        <w:t>“Manam Diospa munayninchu karqa Cristopa hamuynin hina qhiparichisqa kananpaq. Diosqa mana wakichirqachu llaqtan Israelpa tawa chunka watata ch’in pampa puriyta. Payqa prometirqan chiqanta Canaán allpaman pusayta, chaypitaq chaypi sayarichiyta llaqtata ch’uyata, allin kawsayniyuqta, kusisqata. Ichaqa ñawpaqta willasqa kasqankunaqa mana haykurqankuchu ‘mana creenankurayku’ (Hebreos 3:19). Sonqonkuta hunt’arqan rimaymillaywan, hatariykachaywan, cheqnikuywan ima, chayraykutaq Payqa mana atinchu paykunawan rimasqan tratonta hunt’ayta.</w:t>
      </w:r>
    </w:p>
    <w:p>
      <w:pPr>
        <w:pStyle w:val="ArticleScripture"/>
        <w:jc w:val="left"/>
      </w:pPr>
      <w:r>
        <w:rPr>
          <w:rFonts w:ascii="Times New Roman" w:hAnsi="Times New Roman" w:eastAsia="Times New Roman" w:cs="Times New Roman"/>
        </w:rPr>
        <w:t>“Chusku chunka watakuna-pi mana iñiypi kay, rimariywan piñakuy, hinaspa hatarikuq kayqa ñawpaq Israelta Canaán allpamanta qarqun. Chay kikillan huchakunaqa kunan pacha Israelpa hanaq Canaánman yaykuyta unayachirqan. Iskay kaqmanpas mana Diospa siminkuna pantasqachu karqan. Señorpa sutinta hap’iq llaqtan ukhupi kaq mana iñiy, kay pachapa munakuynin, mana t’aqasaq kawsay, hinaspa ch’aqwaymi ñuqanchikta hucha hinaspa llaki kay pachapi achka watakunata qhepakuchkan.” Selected Messages, book 1, 68, 69.</w:t>
      </w:r>
    </w:p>
    <w:p>
      <w:pPr>
        <w:pStyle w:val="ArticleBody"/>
        <w:jc w:val="left"/>
      </w:pPr>
      <w:r>
        <w:rPr>
          <w:rFonts w:ascii="Times New Roman" w:hAnsi="Times New Roman" w:eastAsia="Times New Roman" w:cs="Times New Roman"/>
        </w:rPr>
        <w:t>Iskay kaq ñawpaq kaq huknin angelpa uraykuyin riqsichirqan ñawpaq llakikuypi huk chinkasqa t’aqanakuyta, chaymi qallarin qhiparikuq pacha; hinaspataq pusarqan Exeter camp meeting nisqapi soqta p’unchaw pacha huk periodo-man, maypichus willakuypi hukllachasqa kay hunt’asqa karqa, tantiyasqa ñawpaqta Espíritu Santopa hich’aykuyinmanta, Chawpi Tuta Qapariy willakuypi, tinkuy tukukuyninpi.</w:t>
      </w:r>
    </w:p>
    <w:p>
      <w:pPr>
        <w:pStyle w:val="ArticleBody"/>
        <w:jc w:val="left"/>
      </w:pPr>
      <w:r>
        <w:rPr>
          <w:rFonts w:ascii="Times New Roman" w:hAnsi="Times New Roman" w:eastAsia="Times New Roman" w:cs="Times New Roman"/>
        </w:rPr>
        <w:t>Kimsa kaq angelpa uraykuyin 22 octubre 1844 watapi, hatun llakikuypi chinkachisqa kasqanta riqsichirqan, hinaspataq Yupanqaq aswan Santo Cheqwan tupanakusqa cheqaq kaykunata llaqtanman kicharispa, yachachiy pacha qallariychirqan. 1849 watakamanqa Señorqa makin­ta mast’arispan llaqtanta iskay kutita huñunampaqña karqan; hinaspataq 1851 watapiqa, 1850 nisqa cuadro rikuchisqa karqan. Chay cuadroqa takyachisqa willakuynin karqan, hinallataq pacha tukuyman unanchakuna hina oqarichisqa kananpaq kasqa kikin willakuyta.</w:t>
      </w:r>
    </w:p>
    <w:p>
      <w:pPr>
        <w:pStyle w:val="ArticleBody"/>
        <w:jc w:val="left"/>
      </w:pPr>
      <w:r>
        <w:rPr>
          <w:rFonts w:ascii="Times New Roman" w:hAnsi="Times New Roman" w:eastAsia="Times New Roman" w:cs="Times New Roman"/>
        </w:rPr>
        <w:t>Cristopa iskay kutin discipulonkuna huñunakuyninqa pay uraykamusqan ratollam qallarisqa karqa, Exeterpi kaqkunapa huñunakuynintaq suyay pacha tiempopin qallarisqa karqa. 1863 watapi hatarikuq kaypa historiapiqa, iskay kutin huñunakuyninqa, santuarioq k’anchaynin 1844 watapi kicharisqa kaptin chaymanta qallariq yachachiy ruwanakuytaqa pichqa watamanta aswanpas ñawpaqmanmi qallarisqa karqa. 1848 watapiqa Islamqa nacionkunata phiñachisqa karqa. Iskay kaq huñunakuyninqa huk ñawpaqman puriq llamk’ay hina rikuchisqa kashan; chayqa Pentecostésman ñawpaq kaq chunka p’unchawkuna chayamuyninwanpas, Exeter camp meeting nisqapa suqta p’unchawkunawanpas hunt’asqa karqa, hinaspataq 1856 watakama tukukuq kanan karqa.</w:t>
      </w:r>
    </w:p>
    <w:p>
      <w:pPr>
        <w:pStyle w:val="ArticleBody"/>
        <w:jc w:val="left"/>
      </w:pPr>
      <w:r>
        <w:rPr>
          <w:rFonts w:ascii="Times New Roman" w:hAnsi="Times New Roman" w:eastAsia="Times New Roman" w:cs="Times New Roman"/>
        </w:rPr>
        <w:t>Llaqtan runakunata iskay kutita huñuyqa kinsa kaq angelpa tukuynin llamkayninmi, chaytaq Cristoq makinwan hunt’asqa kachkan.</w:t>
      </w:r>
    </w:p>
    <w:p>
      <w:pPr>
        <w:pStyle w:val="ArticleScripture"/>
        <w:jc w:val="left"/>
      </w:pPr>
      <w:r>
        <w:rPr>
          <w:rFonts w:ascii="Times New Roman" w:hAnsi="Times New Roman" w:eastAsia="Times New Roman" w:cs="Times New Roman"/>
        </w:rPr>
        <w:t>Samana p’unchay chayamuspataq, payqa sinagogapi yachachiyta qallarin; achkakuna payta uyarispaqa mancharisqa hinam admirakurqanku, nispa: “Maymantataq kay runaqa kaykunata chaskin? Ima yachaytaq kay, payman qusqa, chayhina atiyniyuq rurasqakunapas makinwan rurasqa kananpaq?” Markos 6:2.</w:t>
      </w:r>
    </w:p>
    <w:p>
      <w:pPr>
        <w:pStyle w:val="ArticleBody"/>
        <w:jc w:val="left"/>
      </w:pPr>
      <w:r>
        <w:rPr>
          <w:rFonts w:ascii="Times New Roman" w:hAnsi="Times New Roman" w:eastAsia="Times New Roman" w:cs="Times New Roman"/>
        </w:rPr>
        <w:t>Ayllusqa Diospa unanchaqnin uraykamuqtin paqarimuq ch’iqichiyqa huk pruebay rikch’ayninta qallarin; chaymanta qhipaman iskay kasta yupaychaqkuna rikurichin, hinallataq chay ruwasqanwan templota pichan.</w:t>
      </w:r>
    </w:p>
    <w:p>
      <w:pPr>
        <w:pStyle w:val="ArticleScripture"/>
        <w:jc w:val="left"/>
      </w:pPr>
      <w:r>
        <w:rPr>
          <w:rFonts w:ascii="Times New Roman" w:hAnsi="Times New Roman" w:eastAsia="Times New Roman" w:cs="Times New Roman"/>
        </w:rPr>
        <w:t>Paypaq aventadornin makimpi kashan, paymi era nispan allinta pichaspa ch’uyanchanqa, trigonnta taqenman huñunqa; ichaqa pajataqa mana wañuq ninawan rupachinqa. Mateo 3:12.</w:t>
      </w:r>
    </w:p>
    <w:p>
      <w:pPr>
        <w:pStyle w:val="ArticleBody"/>
        <w:jc w:val="left"/>
      </w:pPr>
      <w:r>
        <w:rPr>
          <w:rFonts w:ascii="Times New Roman" w:hAnsi="Times New Roman" w:eastAsia="Times New Roman" w:cs="Times New Roman"/>
        </w:rPr>
        <w:t>Chay pachaqpi Diospa llaqtantin runakunaqa angelpa makinmanta willakuyta jap’ispa mikhuyninqa.</w:t>
      </w:r>
    </w:p>
    <w:p>
      <w:pPr>
        <w:pStyle w:val="ArticleScripture"/>
        <w:jc w:val="left"/>
      </w:pPr>
      <w:r>
        <w:rPr>
          <w:rFonts w:ascii="Times New Roman" w:hAnsi="Times New Roman" w:eastAsia="Times New Roman" w:cs="Times New Roman"/>
        </w:rPr>
        <w:t>Hinaspanmantataqsi huk hatun atiyniyuq angelta hanaq pachamanta uraykamusqanta, puyuwan p’achasqa: uman patapitaq k’uychi karqa, uyantaq inti hina karqa, chakintaq ninaq sayachisqa pilarkuna hina. Makimpiqa kichasqa huch’uy librotas apasqa karqa: alliq kaq chakintaq qochaman churakurqa, lluq’i kaq chakintaña allpaman. Apocalipsis 10:1, 2.</w:t>
      </w:r>
    </w:p>
    <w:p>
      <w:pPr>
        <w:pStyle w:val="ArticleBody"/>
        <w:jc w:val="left"/>
      </w:pPr>
      <w:r>
        <w:rPr>
          <w:rFonts w:ascii="Times New Roman" w:hAnsi="Times New Roman" w:eastAsia="Times New Roman" w:cs="Times New Roman"/>
        </w:rPr>
        <w:t>Iskay angel iskay kaq hamusqanpi, 1844 watapi abril killapa 19 punchawninpi, Diospa llaqtan runakuna ch’iqirisqa karqanku. Ñawpaqtaqa huñusqa karqanku Apocalipsis qhelqapa isqon ñiqin t’aqapi chunka pichqayuq versículopi willakusqa profecíapa hunt’asqanwan, 1840 watapi agosto killapa 11 punchawninpi; ichaqa Señorqa makinwan hark’asqa karqan huk pantayta yupaychasqankupi wakin siq’ikunaq yupaykuna tablapipi.</w:t>
      </w:r>
    </w:p>
    <w:p>
      <w:pPr>
        <w:pStyle w:val="ArticleScripture"/>
        <w:jc w:val="left"/>
      </w:pPr>
      <w:r>
        <w:rPr>
          <w:rFonts w:ascii="Times New Roman" w:hAnsi="Times New Roman" w:eastAsia="Times New Roman" w:cs="Times New Roman"/>
        </w:rPr>
        <w:t>“Rikurqaniñmi 1843 watapi chartaqa Señorpa makinwan pusasqa kasqanta, hinaspa mana tikrasqa kananpaq kasqanta; yupaykunapas Pay munasqan hinalla kasqankuta; Paypa makinqa hawanpi kaspa, wakin yupaykunapi pantayta pakarqanta, chaymanta mana pipas qhawariyta atirqanchu, Paypa makinqa hurqusqakama.” Early Writings, 74.</w:t>
      </w:r>
    </w:p>
    <w:p>
      <w:pPr>
        <w:pStyle w:val="ArticleBody"/>
        <w:jc w:val="left"/>
      </w:pPr>
      <w:r>
        <w:rPr>
          <w:rFonts w:ascii="Times New Roman" w:hAnsi="Times New Roman" w:eastAsia="Times New Roman" w:cs="Times New Roman"/>
        </w:rPr>
        <w:t>Makinpa maqin qichusqa kasqanmi Samuel Snowman allinta reqsinanpaq suyarisqa rikch’ariypaq chiqap p’unchawninta.</w:t>
      </w:r>
    </w:p>
    <w:p>
      <w:pPr>
        <w:pStyle w:val="ArticleScripture"/>
        <w:jc w:val="left"/>
      </w:pPr>
      <w:r>
        <w:rPr>
          <w:rFonts w:ascii="Times New Roman" w:hAnsi="Times New Roman" w:eastAsia="Times New Roman" w:cs="Times New Roman"/>
        </w:rPr>
        <w:t>“Chaykuna cheqaq, llakisqa runakuna, Señorninku mana hamusqanta imarayku mana entiendesqankurayku, manam tutayaypi saqisqa karqankuchu. Huk kutiqa Bibliankuman pusasqa karqanku, profetapa pachasninkunata mask’anankupaq. Señorpa makinqa yupaykunamanta oqarisqa karqa, hinaspan pantasqa kasqan sut’inchasqa karqa. Qhawarirqanku profetapa pachasninkuna 1844 watakama chayasqanta, hinaspa chaylla evidenciata paykuna rikuchisqanku, profetapa pachasninkuna 1843 watapi tukukuq kasqanta rikuchinankupaq, chaymi 1844 watapi tukunanpaq kasqanta pruebarqa.” Early Writings, 237.</w:t>
      </w:r>
    </w:p>
    <w:p>
      <w:pPr>
        <w:pStyle w:val="ArticleBody"/>
        <w:jc w:val="left"/>
      </w:pPr>
      <w:r>
        <w:rPr>
          <w:rFonts w:ascii="Times New Roman" w:hAnsi="Times New Roman" w:eastAsia="Times New Roman" w:cs="Times New Roman"/>
        </w:rPr>
        <w:t>Ñawpaq kaq hinaspa iskay kaq angelkunapa historiankupi kachkan huk siq’i waymarkakuna, Cristoq makinwan tupaq. Pay uraykamuqtin Agosto 11, 1840 hinaspa Abril 19, 1844 p’unchawkunapi, huk willakuyta makinpi apamurqa. Paypa makinmi kamachirqa 1843 watapa chartanpa rurayninta hinaspa lluqsichisqanta, Mayo killapi 1842 watapi. Paypa makinmi chartapi yupaykuna ukhupi huk pantayta sellarqa. Chay ñawpaq llakiywan umallinakuy ch’iqichikuy qhipaman, Jeremías sapallan tiyakurqa Cristoq makinrayku. Chaymantataq Pay makinmanta anchurqa, chayhinaqa tutap chiriynin waqyasqapa willakuyninta kicharirqa. Paypa makinta haywarispa ayllunkuta iskay kuti huñunay rurayqa qallariy llakiy umallinakuymanta Exeter camp meetingkama karqa, imaynan discipulokuna tukukuyninpi Jerusalén llaqtapi chunka p’unchaw ñawpaqta huñusqa karqaku Santo Espíritu pampachakusqanmanña. Kinsa kaq angelpa chayamusqanpi, Octubre 22, 1844 p’unchawpi, Señorqa makinta hoqarirqa.</w:t>
      </w:r>
    </w:p>
    <w:p>
      <w:pPr>
        <w:pStyle w:val="ArticleScripture"/>
        <w:jc w:val="left"/>
      </w:pPr>
      <w:r>
        <w:rPr>
          <w:rFonts w:ascii="Times New Roman" w:hAnsi="Times New Roman" w:eastAsia="Times New Roman" w:cs="Times New Roman"/>
        </w:rPr>
        <w:t>Hinaspanpi kaq angel, lamar qochapi hallp’apipas sayasqanta rikurqani, makinta hanaq pacha-man oqarirqan, Hinaqtin wiñaypaq wiñaykama kawsajpa sutimpi jurarqan, paymi hanaq pachata kamasqa, chaypi kajkunatapas; hallp’ata, chaypi kajkunatapas; qochata, chaypi kajkunatapas; mana mast’a pacha kanqachu nispa. Apocalipsis 10:5, 6.</w:t>
      </w:r>
    </w:p>
    <w:p>
      <w:pPr>
        <w:pStyle w:val="ArticleBody"/>
        <w:jc w:val="left"/>
      </w:pPr>
      <w:r>
        <w:rPr>
          <w:rFonts w:ascii="Times New Roman" w:hAnsi="Times New Roman" w:eastAsia="Times New Roman" w:cs="Times New Roman"/>
        </w:rPr>
        <w:t>1840 watapi agosto killapa 11 p’unchawmanta 1844 watapi octubre killapa 22 p’unchawkama, ñawpaq kaq chaymanta iskay kaq angelkunapa historianta Cristoq makinqa reqsichin. 1844 watapi octubre killapa 22 p’unchawpi kinsa kaq angel uraykamurqan, hinaspa hatun llakikuyrayku uchuy Millerita qhatuq aylluq hichhurisqa karqan. Chay p’unchawpi Cristo hanaq pacha-man makinta hoqarispa jurarqan: tiempoqa manañam kanqachu.</w:t>
      </w:r>
    </w:p>
    <w:p>
      <w:pPr>
        <w:pStyle w:val="ArticleBody"/>
        <w:jc w:val="left"/>
      </w:pPr>
      <w:r>
        <w:rPr>
          <w:rFonts w:ascii="Times New Roman" w:hAnsi="Times New Roman" w:eastAsia="Times New Roman" w:cs="Times New Roman"/>
        </w:rPr>
        <w:t>Kay ishkay huñu tantanakuy, 1844 watamanta 1863 watakama historiapi, qallarikurqan Cristo makinnta oqarispa, chaypitaq makinpi mikhunapaq huk willakuyta hap’ispa. Chaymanta 1849 watapiqa, payqa iskay kutita makinta mast’arirqan ch’iqnisqa llaqtanta huñunapaq. Chay runakunaqa Chawpi Tuta Qapariy willakuypi huñusqa karqanku, hinaspataq willakusqa ruway mana hunt’akusqanrayku ch’iqnisqa tukurqanku. Exeter camp meeting nisqapiqa Cristoqa ovejankunata huñurqan hinaspa willakuypi hukllayachirqan, imaynachus Pentecostés manaraq chayamushaqtin chunka p’unchaykunapi rurarqan hina. Filadelfia Milleritakunaqa Exeter camp meeting nisqamanta lluqsispa Pentecostésta yapamanta rurarpunku. 1856 watapiqa, Cristoqa chay kuyuy hawapi karqan, mayqinchus Laodiceaman tikrasqa karqan; Laodicea runapa sonqonpa hawallampi Cristo sayaspa takakushan yaykunata maskhaspa.</w:t>
      </w:r>
    </w:p>
    <w:p>
      <w:pPr>
        <w:pStyle w:val="ArticleScripture"/>
        <w:jc w:val="left"/>
      </w:pPr>
      <w:r>
        <w:rPr>
          <w:rFonts w:ascii="Times New Roman" w:hAnsi="Times New Roman" w:eastAsia="Times New Roman" w:cs="Times New Roman"/>
        </w:rPr>
        <w:t>Qhawariy, ñuqaqa punkupi sayaspa takakuni: pipas rimaynita uyarispa punkuta kicharinqa chayqa, payman yaykuspa paywan mikhusaq, paytaq ñuqawan. Apocalipsis 3:20.</w:t>
      </w:r>
    </w:p>
    <w:p>
      <w:pPr>
        <w:pStyle w:val="ArticleBody"/>
        <w:jc w:val="left"/>
      </w:pPr>
      <w:r>
        <w:rPr>
          <w:rFonts w:ascii="Times New Roman" w:hAnsi="Times New Roman" w:eastAsia="Times New Roman" w:cs="Times New Roman"/>
        </w:rPr>
        <w:t>1856 watapi, Cristop makinqa Laodicea Millerita kuyuy patapi takyarispa karqa, ichaqa mana imatapas ruwachirqachu. 1849 watapi, qanchis wata ñawpaqtaña, payqa llaqtanta iskay kutita huñuyta qallarisqa karqa, ichaqa iskayrayaywan mana yachay atisqankuwanmi Filadelfia kuyuyta sayachirqan.</w:t>
      </w:r>
    </w:p>
    <w:p>
      <w:pPr>
        <w:pStyle w:val="ArticleScripture"/>
        <w:jc w:val="left"/>
      </w:pPr>
      <w:r>
        <w:rPr>
          <w:rFonts w:ascii="Times New Roman" w:hAnsi="Times New Roman" w:eastAsia="Times New Roman" w:cs="Times New Roman"/>
        </w:rPr>
        <w:t>“Sichus 1844 watapi hatun llakikuy qhepaman Adventistakuna iñiyninkuta sinchita hap’ipakuspanku, Diospa kichasqa providencianpi huñunakuspa qatiqkuna karqanku chayqa, kimsañiqin angelpa willakuyninta chaskispa, Santo Espiritupa atininwan pacha tukuyman willaspaqa, Diospa qespichiyninta rikunkuman karqan, Señorqa kallpawan llank’asqankuwan hatunta ruraranman karqan, llamk’ayqa tukukapunman karqan, hinaspa Cristoqa kaykama hamuspan llaqtanta premiunta chaskichinampaq apakunman karqan. Ichaqa chay llakikuy qhepapi qhawaychaq mana allin yuyaypi, iskayrayaypi ima kasqan pachapi, achka advent creyentekuna iñiyninkuta saqerparqanku.... Chhaynapi llamk’ayqa hark’asqa karqan, hinallataq pacha tutayaypi saqisqa karqan. Sichus llapa Adventista cuerpopas Diospa kamachikuyninkunapi, Jesuspa iñiyninpiwan hukllachasqa kasqanku chayqa, ¡ancha hukniraymi historiayku kanman karqan!” Evangelism, 695.</w:t>
      </w:r>
    </w:p>
    <w:p>
      <w:pPr>
        <w:pStyle w:val="ArticleBody"/>
        <w:jc w:val="left"/>
      </w:pPr>
      <w:r>
        <w:rPr>
          <w:rFonts w:ascii="Times New Roman" w:hAnsi="Times New Roman" w:eastAsia="Times New Roman" w:cs="Times New Roman"/>
        </w:rPr>
        <w:t>11 ñiqin sitimri 2001 watapi Cristoqa qhepa p’unchay llaqtanta huñurqan, chaymanta qhipaman 18 ñiqin julio 2020 watapi ch’eqerichisqa karqanku. 11 ñiqin sitimri 2001 watapi huñusqakunaqa Cristoq makinmanta pakasqa librota orqhorqanku hinaspa mikhurqanku. 18 ñiqin julio 2020 watapi paypa hoqarisqa makinwan rikuchisqa kamachiyta qhesacharqanku, chaymi reqsichirqan: “pacha manamña kanqachu.”</w:t>
      </w:r>
    </w:p>
    <w:p>
      <w:pPr>
        <w:pStyle w:val="ArticleBody"/>
        <w:jc w:val="left"/>
      </w:pPr>
      <w:r>
        <w:rPr>
          <w:rFonts w:ascii="Times New Roman" w:hAnsi="Times New Roman" w:eastAsia="Times New Roman" w:cs="Times New Roman"/>
        </w:rPr>
        <w:t>Filadelfia llaqtapi Millerita runakunaqa mana ima hatariytaqchu rikuchirqanku 1843 watapi llullaq willakuyninkupi, imaraykuchus Señorpa rikuchisqan llapa k’anchayman hina purirqanku; ichaqa 2020 watapi julio killapa 18 p’unchawninpi, kimsa kaq angelpa kuyuriyninmanta Laodicea runakunaqa makillanwan tupaq k’anchaypa nisqanmanta hatarirqanku. 1844 watamanta qhipaman, ñawpaq kaq angelpa Filadelfia kuyuriyninqa “iskayrayakuypa, mana allin yachaypa pacha pi” “iñiyninkuta saqirqanku,” hinaspa Laodicea runakuna tukurqanku.</w:t>
      </w:r>
    </w:p>
    <w:p>
      <w:pPr>
        <w:pStyle w:val="ArticleBody"/>
        <w:jc w:val="left"/>
      </w:pPr>
      <w:r>
        <w:rPr>
          <w:rFonts w:ascii="Times New Roman" w:hAnsi="Times New Roman" w:eastAsia="Times New Roman" w:cs="Times New Roman"/>
        </w:rPr>
        <w:t>1856 wata tukuy pacha t’ikraypa chay chiqanta rikuchin, qhipa p’unchaykunapi Diospa llaqtanpaq huk t’ikraypa chiqanta rikuchispa.</w:t>
      </w:r>
    </w:p>
    <w:p>
      <w:pPr>
        <w:pStyle w:val="ArticleBody"/>
        <w:jc w:val="left"/>
      </w:pPr>
      <w:r>
        <w:rPr>
          <w:rFonts w:ascii="Times New Roman" w:hAnsi="Times New Roman" w:eastAsia="Times New Roman" w:cs="Times New Roman"/>
        </w:rPr>
        <w:t>Maypipas qanchis wata ukhupi, 1849 watamanta 1856 watakama, Filadelfiamanta Millerita kuyuyqa Señorpa makinta hark’arqan, chay makiqa mast’arisqa kasharqan llaqtanta iskay kutita huñunampaq; hinaspa promesaqa karqan payqa chaypachaqa ñawpaqmanpas aswanraq ruwananta, ñawpaqpi ruwasqanmantapas aswanraq.</w:t>
      </w:r>
    </w:p>
    <w:p>
      <w:pPr>
        <w:pStyle w:val="ArticleScripture"/>
        <w:jc w:val="left"/>
      </w:pPr>
      <w:r>
        <w:rPr>
          <w:rFonts w:ascii="Times New Roman" w:hAnsi="Times New Roman" w:eastAsia="Times New Roman" w:cs="Times New Roman"/>
        </w:rPr>
        <w:t>“23 setiembrepi, Señorqa rikuchiwarkani payqa iskay kutita makinta haywarisqanta llaqtanpa puchuqnin qespichinampaq, chaymanta kay huñunakuy pacha-pi llank’anakuykuna astawan kallpachakunan kasqanta. Ch’eqechisqa kasqa pacha-pi Israelqa maqasqa, llik’isqa karqa; ichaqa kunan huñunakuy pacha-pi Diosqa llaqtanta hamp’inqa, wataykunawan watapayanqa. Ch’eqechiy pacha-pi cheqaq kayta mast’arichinapaq rurasqa kallpachakuykunaqa ancha pisillam allinta rurayta atirqanku, pisillata utaq mana imatapas hunt’arqankuchu; ichaqa huñunakuy pacha-pi, Dios makinta churashan llaqtanta huñunampaq, cheqaq kayta mast’arichinapaq kallpachakuykunaqa munasqanman hina ruwasqa rurayninta aparinqa. Llapan runakunaqa huk sonqolla, kallpachakusqa kay llank’aypi kanan. Rikurqani ima p’enqaymi mayqenpas ch’eqechiy pacha-man kutirispan chayta kunan huñunakuy pacha-pi pusawananchikpaq ejemplokunata hina apayta; imaraykuchus Dios kunanqa chay pachapi rurasqanllataña ñoqanchikpaq ruwaspaqa, Israelqa hayk’aqpas mana huñusqachu kanman karqa. Chay cheqaq kayqa qillqapi urqusqaqa hinallataqmi allinchasqa kanan, willakusqahina.” Review and Herald, noviembre 1, 1850.</w:t>
      </w:r>
    </w:p>
    <w:p>
      <w:pPr>
        <w:pStyle w:val="ArticleBody"/>
        <w:jc w:val="left"/>
      </w:pPr>
      <w:r>
        <w:rPr>
          <w:rFonts w:ascii="Times New Roman" w:hAnsi="Times New Roman" w:eastAsia="Times New Roman" w:cs="Times New Roman"/>
        </w:rPr>
        <w:t>Sut’ipuniqa, Apunchikqa llank’asqanta hukllachasqa kaypi ñawpaqman purichiyta munarqan; ichaqa hukllakuyqa sut’ita p’akisqa karqan, hinaspa “llakikuywan mana yachaywan kasqan pacha, pinqakuy qhipaman hamusqanmantapacha, achka adventpi iñiqkunaqa iñiyninkuta saqirqusqaku.” The Present Truth (qhipamanta Review and Herald nisqa) 1849 watapi lluqsichiyta qallarisqa karqan, hinaspa 1851 watakama 1850 watapi siq’isqa cuadroqa mañakuypaq kasqaña karqan; ichaqa 1856 watakama, Levítico iskay chunka suqtaqniyuqpi nisqa “qanchis kutikama” willakuyninqa mana tukuyniyuqta saqisqa karqan. Chay willakuyqa, October 22, 1844 p’unchawpi kichasqa karqan, imaraykuchus iskay chunka kimsa pachak watakuna hinaspa iskay waranqa pichqa pachak iskay chunka watakuna pacha rimaykuna chaypi tukukuq karqanku.</w:t>
      </w:r>
    </w:p>
    <w:p>
      <w:pPr>
        <w:pStyle w:val="ArticleBody"/>
        <w:jc w:val="left"/>
      </w:pPr>
      <w:r>
        <w:rPr>
          <w:rFonts w:ascii="Times New Roman" w:hAnsi="Times New Roman" w:eastAsia="Times New Roman" w:cs="Times New Roman"/>
        </w:rPr>
        <w:t>Samana punchawmi chay pacha wak yachachikuykunamanta aswan qanchariq yachachikuy karqan, hinaspata chunka iskay watakunapi huk prueba ruwanakuy ñawpaqman purirqan kama qhipa prueba 1856 watapi chayamunan kama. Chay pruebataq allpapaq samana punchawmanta karqan, hinaspataq qharikunapaq samana punchawmanta qallarisqa prueba ruwanakuypa tukukuyninta señalarqan. Chay prueba pacha Alpha hinallataq Omega sut’ita aparqan. 1856 wataqa hinallataq Millerpa tarisqan ñawpaq hatun cimientopi chiqaq kaymanta aswan yachay yapakuyninta rikuchirqan, chayraykutaq chay nivelpipas Alpha hinallataq Omega sut’ita aparqan. Samana punchawpa chiqaq kaynin, Diospa ch’uyachasqa llaqtanpa señalan kasqanrayku, qanchis kaq trompetapa waqyasqan hina rikuchisqa karqan, maypichus creyentepi Cristopa pakasqa misterioynin, gloriaq suyaynin, hunt’akun. “Qanchis kuti” nisqaqa Jubileo trompetawanmi rikuchisqa karqan, chaytaqa pampachakuy punchawpi waqyanankupaq karqan.</w:t>
      </w:r>
    </w:p>
    <w:p>
      <w:pPr>
        <w:pStyle w:val="ArticleBody"/>
        <w:jc w:val="left"/>
      </w:pPr>
      <w:r>
        <w:rPr>
          <w:rFonts w:ascii="Times New Roman" w:hAnsi="Times New Roman" w:eastAsia="Times New Roman" w:cs="Times New Roman"/>
        </w:rPr>
        <w:t>Qanchis wata 1856 watamanta 1863 watakama Jerusalén llaqtapi discipulokunapaq chunka p’unchaykunata rikuchirqan, hinaspa Exeter camp meeting nisqapi soqta p’unchaykunatapas Filadelfia Milleritakunaqpaq; ichaqa llakiywanmi, chay pacha tukurqan chaykunapaq huk rikuchiy hina, pikunachus Señorpa qhepanta mana munanku pay paqarichisqanman hina pusaqnin pacha tikray ukhunpi. Ñawpaq kaq hinaspa iskay kaq angelkunapa historianku, mayqinchus qanchis truenoqkunaq historiapa pachan kachkan, reqsisichinmi Señor makinta haywarispa ayllunkunata iskay kuti huñunanpaq 19 abril 1844 p’unchawmanta, hinaspa chayqa sut’inchan yachaqkuna kasukuspa Cristota qatiqta Aswan Santu Lugarman yaykuspanku.</w:t>
      </w:r>
    </w:p>
    <w:p>
      <w:pPr>
        <w:pStyle w:val="ArticleBody"/>
        <w:jc w:val="left"/>
      </w:pPr>
      <w:r>
        <w:rPr>
          <w:rFonts w:ascii="Times New Roman" w:hAnsi="Times New Roman" w:eastAsia="Times New Roman" w:cs="Times New Roman"/>
        </w:rPr>
        <w:t>Ñawpaq Kadeshpa historianninqa, mayqinchus kinsa kaq angelpa historianninqa 1844 watamanta 1863 watakama, sut’inchan Señorqa yapamanta makinta mast’arispan llaqtanta huñunaypaq iskay kuti, ichaqa chay historiapi hatarikuq kasukuy mana munaymi rikuchikun. Kunanqa, kinsa kutitaña, 2023 watapa julio killamanta pacha, Señorqa yapamanta makinta mast’arin llaqtanta huñunaypaq iskay kuti, paykunaqa iskay kaq Kadesh-ta hunt’achinqaku kasukuq Filadelfiankuna hina, imaraykuchus cheqaq kaypa firman kinsa kutikunaqa qallariytawan tukukuyninta kasukuq Filadelfiankunata rikuchin, chawpi ejemplotaq mana kasukuq Laodiceankuna kasqanta.</w:t>
      </w:r>
    </w:p>
    <w:p>
      <w:pPr>
        <w:pStyle w:val="ArticleBody"/>
        <w:jc w:val="left"/>
      </w:pPr>
      <w:r>
        <w:rPr>
          <w:rFonts w:ascii="Times New Roman" w:hAnsi="Times New Roman" w:eastAsia="Times New Roman" w:cs="Times New Roman"/>
        </w:rPr>
        <w:t>Kay yachayta hamuq qillqapiqa qatiqasunmi.</w:t>
      </w:r>
    </w:p>
    <w:p>
      <w:pPr>
        <w:pStyle w:val="ArticleScripture"/>
        <w:jc w:val="left"/>
      </w:pPr>
      <w:r>
        <w:rPr>
          <w:rFonts w:ascii="Times New Roman" w:hAnsi="Times New Roman" w:eastAsia="Times New Roman" w:cs="Times New Roman"/>
        </w:rPr>
        <w:t>¿Iglesiakunachu Laodiceaman willakuyta uyarispa kasukunkuman? ¿Arrepentikunkuchu, icha, astawanpas ancha solemne cheqaq kay willakuy — kinsa kaq angelpa willakuynin— kay pachaman willakusqa kaptinpas, huchallapiraq purinqakuchu? Kaymi qhepa kaq kuyapayakuy willakuy, urmasqa pachapaq qhepa amonestakuy. Sichus Diospa iglesian q’oñi-chirapaq tukuspa qhipaman urman, manañam Diospa allin qhawariyninpi sayanchu, urmasqa kaspa supaykunapa tiyakuyninman, tukuy millay espiritupa pakarina wasinman, tukuy qanra cheqnisqa p’isqupa jaulanman tukusqa iglesiakuna hina. Cheqaq kayta uyariy hinallataq chaskiypaq okazionkunata chaskispa, qanchis p’unchaw Adventista iglesiaman huñukuqkuna, kikinkuta Diospa kamachiykunata waqaychaq llaqta nispa sutichakuspa, chaywanpas Diospaq kawsay kallpayoq kayta, payman sapaqchasqa kaytapas mana aswancharqa nominal iglesiakunamanta, chayqa Diospa muchuyninkunata chaskinqaku, imaynan Diospa kamachikuyninta awqan iglesiakuna chaskinku, chay hinallataq cheqaqtapuni. Cheqaq kaywan sapaqchasqa kaqkunalla hanaq pacha mansionkunapi Cristo ruwapayasqa, payta munakuq hinaspa kamachiykunata waqaychaqkunapaq allichasqa, reypa ayllunmanta kanqaku.</w:t>
      </w:r>
    </w:p>
    <w:p>
      <w:pPr>
        <w:pStyle w:val="ArticleScripture"/>
        <w:jc w:val="left"/>
      </w:pPr>
      <w:r>
        <w:rPr>
          <w:rFonts w:ascii="Times New Roman" w:hAnsi="Times New Roman" w:eastAsia="Times New Roman" w:cs="Times New Roman"/>
        </w:rPr>
        <w:t>“‘Pipas “Payta reqsini, hinaspan kamachikunankunata mana waqaychanchu”, llullaqmi, cheqaq kaypas manan paypi kanchu’ [1 Juan 2:4]. Kayqa tukuy kaykunata hap’in, Diosmanta reqsiyniyoq kasqankuta, hinaspa paypa kamachikunankunata waqaychasqankuta nisqankuta, ichaqa allin ruwanakunawan mana rikuchiqkunata. Paykunaqa ruwasqankuman hina chaskinqaku. ‘Pipas paypi qhepakunqa, manan huchallikunchu; pipas huchallikunqa, manan payta rikurqanchu, nitaq reqsirqanchu’ [1 Juan 3:6]. Kayqa tukuy iglesiapi kaqkuna-manmi rimakun, Qanchis p’unchay adventista iglesiakunapi kaqkunatapas. ‘Wawakuna, ama pipas qankunata pantachichunchu: pichus chiqap kayta ruwan, chiqapmi, paypas pay hina chiqap kasqanrayku. Pichus huchata ruwan, supaymantaqmi; supayqa qallariymantapacha huchallikusqanrayku. Chayraykun Diospa Churin rikuchikurqan, supaypa ruwasqankunata tukuchinanpaq. Pipas Diosmanta paqarisqaqqa, manan huchata ruwayta yachanchu; paypa murun paypi qhepakusqanrayku, hinaspan mana huchallikuyta atinchu, Diosmanta paqarisqa kasqanrayku. Kaypin Diospa wawankuna, supaypa wawankunapas rikuchikun: pichus mana chiqap kayta ruwanchu, manan Diosmantaqchu, nitaq wawqinta mana kuyakquqpas’ [1 Juan 3:7–10].”</w:t>
      </w:r>
    </w:p>
    <w:p>
      <w:pPr>
        <w:pStyle w:val="ArticleScripture"/>
        <w:jc w:val="left"/>
      </w:pPr>
      <w:r>
        <w:rPr>
          <w:rFonts w:ascii="Times New Roman" w:hAnsi="Times New Roman" w:eastAsia="Times New Roman" w:cs="Times New Roman"/>
        </w:rPr>
        <w:t>“Tukuy kaykuna sábado p’unchawta waqaychaq Adventista sutinchakuqkuna, ichaqa huchallapi qhiparispalla puriqkunaqa, Diospa ñawpaqenpi llulla runakunan. Huchasapa puriyninkuqa Diospa llamkayninta hark’achkan. Hukkunatapas huchaman pusachkanku. Diosmanta rimay hamun iglesiaykukunapi sapa miembruman: ‘Chakiykichispaq cheqan ñankunata ruraychis, mana allin puriqqa ama ñanmanta wikch’ukusqa kananpaq, aswanpas hampisqa kananpaq. Tukuy runakunawan sumaq kawsayta qhatiychis, hinallataq ch’uya kayta, mana chaywanqa pipas Señor-ta mana rikunqachu: allinta qhawariychis ama pipas Diospa gracianta chinkachinanpaq; ama hayk’aqpas phiñasqa saphi wiñarimuspa qankunata turbaykuspa, chayrayku achkakuna qhellichasqa kananpaq; ama hayk’aqpas waqllikuq runa, utaq profano runa, Esau hina, mayqinchus huk mikhunallapaq paqarisqa derecho-ninta rantikurqan. Qankuna yachankichis imaynataq qhepaman, bendicionta herenciata hina chaskiyta munaspa, hich’uykusqa karqan; arrepentikuypaq mana mayqan chiqanta tariqchu, waqaspa allinta maskhaspapas’ [Hebreos 12:13–17].”</w:t>
      </w:r>
    </w:p>
    <w:p>
      <w:pPr>
        <w:pStyle w:val="ArticleScripture"/>
        <w:jc w:val="left"/>
      </w:pPr>
      <w:r>
        <w:rPr>
          <w:rFonts w:ascii="Times New Roman" w:hAnsi="Times New Roman" w:eastAsia="Times New Roman" w:cs="Times New Roman"/>
        </w:rPr>
        <w:t>“Kayqaqqa allinmi achka runakunapaqmi, paykunaqa cheqaq kachkanman iñisqankuta ninku. Munayninkumanta paqarisqa mana allin rurayninkuta saqeytaqa aswanqa mana munaspanku, Satanaspa pantachiq yachachikuyninpa llullasqa yuyaywan pantasqa huk mana allin yachachiy ñanpi puririnku. Huchaqa manam huchaq hina reqsisqachu. Kikin concienciankupas qhellisqa kachkan, sonqonkupas ismusqa kachkan, yuyayninkupas sapa kuti ismusqa kachkan. Satanasqa paykunataqa watuq señuelokunata hina llamk’achin, almaskunata map’a ruraykunaman aysaypaq, chaykunaqa llapa kayninta qhellichanku. ‘Pipas Moisespa kamachikuyninta [Diospa kamachikuynin kasqanta] pisicharqa, iskay utaq kinsa testigokunapaq ñawpaqninpi mana kuyapayakuspa wañurqan: ¿Hayk’aq aswan sinchi muchuyman hinataq yupaychasqa kanqa, nisqaykichikman hina, chay runa, Diospa Churinta saru-saruspalla, pactopa yawarninta, maywanchu pay santuqasqa karqan, mana santu imata hina yupaychaspa, graciaq Espíritu Santuta p’iñachispa? Yachanchikmi pichus nirqan: Venganzam Noqap kashan, Noqam kutichisaq, nin Señor. Hinaspataq: Señorqa llaqtanta juzganqa. Manchaymi kawsayniyuq Diospa makinman urmayqa’ [Hebreos 10:28–31].” Manuscript Releases, volumen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Iskay Pachak Número</dc:title>
  <dc:subject>Proféticopa qhawariynin mast’ariynin: Iskay kaq huñuy hinaspa Adventista escatologíapi ancha allin reqsichisqan importancia</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