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Kimsa Chunka Iskayniyuq</w:t>
      </w:r>
    </w:p>
    <w:p>
      <w:pPr>
        <w:pStyle w:val="ArticleSubtitle"/>
        <w:jc w:val="left"/>
      </w:pPr>
      <w:r>
        <w:rPr>
          <w:rFonts w:ascii="Arial" w:hAnsi="Arial" w:eastAsia="Arial" w:cs="Arial"/>
        </w:rPr>
        <w:t>Leonkuna-manta umalliykaman: Daniel 6 nisqaman hinallataq pacha tukukuypi willakuy proféticoman uk sunquman haykuy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Daniel qillqapta suqta kaq capítuloqa, Danielpa ñawpaq suqta capitulonkuna ukhupi kimsañiqin siqiymi, chaymi chiqapta rikuchin domingo p’unchaypa kamachiy sasachakuyta. Kimsañiqin capitulopi Nabucodonosorpa qori lantin, hinallataq kimsa allin runakuna, chay hoqarisqa unanchaqta rikuchinku, chaytan llapa kay pachapi runakuna qhawanku.</w:t>
      </w:r>
    </w:p>
    <w:p>
      <w:pPr>
        <w:pStyle w:val="ArticleScripture"/>
        <w:jc w:val="left"/>
      </w:pPr>
      <w:r>
        <w:rPr>
          <w:rFonts w:ascii="Times New Roman" w:hAnsi="Times New Roman" w:eastAsia="Times New Roman" w:cs="Times New Roman"/>
        </w:rPr>
        <w:t>Chaymantataq Nabucodonosor rey kamachirqan huñunankupaq kamachiqkunata, apukkunata, umalliqkunata, juezkunata, qollqewasi waqaychaqkunata, yuyaychakuqkunata, taripaq kamachiqkunata, hinaspa llapa suyukunapi kamachiqkunatapas, hamunankupaq sayachisqan ídolo qispichasqa karqanman, chaytaq Nabucodonosor rey sayachisqan karqan. Daniel 3:2.</w:t>
      </w:r>
    </w:p>
    <w:p>
      <w:pPr>
        <w:pStyle w:val="ArticleBody"/>
        <w:jc w:val="left"/>
      </w:pPr>
      <w:r>
        <w:rPr>
          <w:rFonts w:ascii="Times New Roman" w:hAnsi="Times New Roman" w:eastAsia="Times New Roman" w:cs="Times New Roman"/>
        </w:rPr>
        <w:t>Kimsa kaq t’aqapi, kimsa allin runakuna manam qonqorikurqankuchu, hinaspa ruwasqankum qonkay nina hornopa ñak’ariyninta apachimurqa; Danieltaq suqta kaq t’aqapi, p’unchawpi kimsakuti qonqorikun, hinaspa ruwasqanqa leonkunapa mach’ayninpa ñak’ariyninta apachimurqan. Siki patapi siki hinam, paykunaqa domingo kamachiy ñak’ariyta yupaychaymanta huk akllay hina rikuchinku, mayqin iskayninpiqa, chay akllayqa ña cheqaq iñiqkunaq yuyayninpi churakusqa kashan. Kimsa hukwan tantasqa rikuchisqan runakuna, pachak tawa chunka tawa waranqanta unanchachiqkunaqa, ñak’ariy chukchuy chayamunanmanta ñawpaqta cheqaq-kaypi sayarichisqa ñam kasharqanku.</w:t>
      </w:r>
    </w:p>
    <w:p>
      <w:pPr>
        <w:pStyle w:val="ArticleScripture"/>
        <w:jc w:val="left"/>
      </w:pPr>
      <w:r>
        <w:rPr>
          <w:rFonts w:ascii="Times New Roman" w:hAnsi="Times New Roman" w:eastAsia="Times New Roman" w:cs="Times New Roman"/>
        </w:rPr>
        <w:t>“Nisqa angilqa: ‘Kikinmanta qichuychis; usqhaylla purinaykichis tiyan.’ Wakinniykuqa cheqaq kayta jap’inaykupaq, hinaspa thaskata thaskaman ñawpaqman rina yachakunaykupaq pacha karqanmi; sapa thaska hap’isqaykuqa kallpata quwarqan qatiqnin thaskata hap’inaykupaq. Ichaqa kunanqa pachaqa ñañam tukukuyman chayasqa, hinaspa imatachus noqayku wata-kuna yachakuspa chayman chayarqayku, paykunaqa chayta pisi killakunallapi yachakunankupaqmi. Paykunaqa achka imakunata qonqapunanpaqmi kanqa, hinaspa achka imakunata kutinmanta yachakunankupaqpas. Mayqenkunachus kamachikuy lluqsimuqtin mana uywaqa unanchanta, nitaj rikchayninta chaskiyta munankuchu, kunanpacham sayariyniyoq kayta hap’iyta tiyan ninankupaq: Mana, noqaykuqa mana uywapa kamasqan kamachikuyta yupaychasunchu.’” Early Writings, 68.</w:t>
      </w:r>
    </w:p>
    <w:p>
      <w:pPr>
        <w:pStyle w:val="ArticleBody"/>
        <w:jc w:val="left"/>
      </w:pPr>
      <w:r>
        <w:rPr>
          <w:rFonts w:ascii="Times New Roman" w:hAnsi="Times New Roman" w:eastAsia="Times New Roman" w:cs="Times New Roman"/>
        </w:rPr>
        <w:t>Pichqa kaq kapitulumanta, domingo kamachikuyqa allpa animalpa tukukuyninmanta rimashan, hinallataq pirqa ukhunta hamuq awqakuna apamusaq taripayninmantapas.</w:t>
      </w:r>
    </w:p>
    <w:p>
      <w:pPr>
        <w:pStyle w:val="ArticleScripture"/>
        <w:jc w:val="left"/>
      </w:pPr>
      <w:r>
        <w:rPr>
          <w:rFonts w:ascii="Times New Roman" w:hAnsi="Times New Roman" w:eastAsia="Times New Roman" w:cs="Times New Roman"/>
        </w:rPr>
        <w:t>Chay tutaqa Belshazzar, caldeokunapaq rey-nin, wañuchisqa karqa. Hinaspa Darío medo runa, suqta chunka iskay watayuq hina kaspa, qhapaq suyu-ta chaskirqan. Daniel 5:30, 31.</w:t>
      </w:r>
    </w:p>
    <w:p>
      <w:pPr>
        <w:pStyle w:val="ArticleBody"/>
        <w:jc w:val="left"/>
      </w:pPr>
      <w:r>
        <w:rPr>
          <w:rFonts w:ascii="Times New Roman" w:hAnsi="Times New Roman" w:eastAsia="Times New Roman" w:cs="Times New Roman"/>
        </w:rPr>
        <w:t>Soqta qanchispi, Diospa llaqtanpa sellakusqanmi reqsichisqa kachkan, reypa sellon leonkuna t’oqoman churakusqanwan rikuchisqa.</w:t>
      </w:r>
    </w:p>
    <w:p>
      <w:pPr>
        <w:pStyle w:val="ArticleScripture"/>
        <w:jc w:val="left"/>
      </w:pPr>
      <w:r>
        <w:rPr>
          <w:rFonts w:ascii="Times New Roman" w:hAnsi="Times New Roman" w:eastAsia="Times New Roman" w:cs="Times New Roman"/>
        </w:rPr>
        <w:t>Huk rumita apamusqa karqan, hinaspan urqupa siminman churapusqa karqan; chaymantataq reypis kikinpa siñal anillowan sellarusqa, señorkunanpa siñal anillunkunawanpas; Danielmanta rurasqa yuyaynin ama tikrasqa kananpaq. Daniel 6:17.</w:t>
      </w:r>
    </w:p>
    <w:p>
      <w:pPr>
        <w:pStyle w:val="ArticleBody"/>
        <w:jc w:val="left"/>
      </w:pPr>
      <w:r>
        <w:rPr>
          <w:rFonts w:ascii="Times New Roman" w:hAnsi="Times New Roman" w:eastAsia="Times New Roman" w:cs="Times New Roman"/>
        </w:rPr>
        <w:t>Kimsa siq’ikuna llapallanmi yanapanku unanchapa imayna kasqanta, phuyu ukhupi hoqarisqa kaqta, jatun allpa kuyuy horapi, Apocalipsis chunka hukniyuq kapitulumpi.</w:t>
      </w:r>
    </w:p>
    <w:p>
      <w:pPr>
        <w:pStyle w:val="ArticleScripture"/>
        <w:jc w:val="left"/>
      </w:pPr>
      <w:r>
        <w:rPr>
          <w:rFonts w:ascii="Times New Roman" w:hAnsi="Times New Roman" w:eastAsia="Times New Roman" w:cs="Times New Roman"/>
        </w:rPr>
        <w:t>Hinaqa paykunaqa hanaq pachamanta hatun rimayta uyarirqanku, nispan: «Kayman wichariychik». Chaymantataq phuyu ukhunta qespirqanku hanaq pachaman; awqankunataq paykunata rikurqanku. Chay kikin horasmi hatun pachakuy karqa, llaqtapa chunka huknin chaypi urmarqa, pachakuy pichqapiq qanchis waranqa runakuna wañusqa karqanku; puchuqkunataq mancharisqa kaspa, hanaq pachapa Diosninta hatuncharqanku. Apocalipsis 11:12, 13.</w:t>
      </w:r>
    </w:p>
    <w:p>
      <w:pPr>
        <w:pStyle w:val="ArticleBody"/>
        <w:jc w:val="left"/>
      </w:pPr>
      <w:r>
        <w:rPr>
          <w:rFonts w:ascii="Times New Roman" w:hAnsi="Times New Roman" w:eastAsia="Times New Roman" w:cs="Times New Roman"/>
        </w:rPr>
        <w:t>Daniel qillqapa suqta kaqpiqa, Diospa llaqtanta sellasqanta reqsichin; ichaqa aswan sut’inmantaqa rimarin “presidentekuna, gobernador-kuna, princípekuna, consejero-kuna, hinaspa capitan-kuna” nisqa huñusqa confederacionpa castigasqa kayninmanta, paykunaq reyta llullachaspa Danielta wañuchinanpaq. Reypa llullachisqa kayninqa (estado nisqapa unanchan kasqanrayku), hatun profetico tema kasqa, achka profetico testigokunata hap’iq. Kimsa kaq capitulopi Nabucodonosor hina, otaq pichqa kaq capitulopi Belsasar hina, iskayninkuqa Danielmanta hinaspa kimsa testigokunamanta mana yachasqachu sasachakuy chayamunankama qhepa, Darioq Danielpaq ñawpaqmanmanta “preferencia” nisqanqa, sasachakuy manaraq chayamuchkaptin, domingo kamachiypa sasachakuyninpaq huk sapa contexto kasqanta reqsichin.</w:t>
      </w:r>
    </w:p>
    <w:p>
      <w:pPr>
        <w:pStyle w:val="ArticleBody"/>
        <w:jc w:val="left"/>
      </w:pPr>
      <w:r>
        <w:rPr>
          <w:rFonts w:ascii="Times New Roman" w:hAnsi="Times New Roman" w:eastAsia="Times New Roman" w:cs="Times New Roman"/>
        </w:rPr>
        <w:t>Danielqa “aswan allin qhawasqa” karqa huk iskay presidentekunamanta, chay kimsa presidentekunataq pachak iskay chunka príncipekunapa patanpi karqaku. Danielqa ñawpaqtaqa presidentekunawan príncipekunawan tupachisqa rikuchisqa kashan, hinaspataq chay iskaytaq, llullakuypa huñunakusqanta pichqawan rikuchisqa (pichqa mana yuyaysapa vírgenkuna), paykunamanta aswan allin qhawasqa karqa.</w:t>
      </w:r>
    </w:p>
    <w:p>
      <w:pPr>
        <w:pStyle w:val="ArticleScripture"/>
        <w:jc w:val="left"/>
      </w:pPr>
      <w:r>
        <w:rPr>
          <w:rFonts w:ascii="Times New Roman" w:hAnsi="Times New Roman" w:eastAsia="Times New Roman" w:cs="Times New Roman"/>
        </w:rPr>
        <w:t>Daríoqa munarqan suyuta patak iskay chunka kamachiqkunawan churayta, llapa suyupi kamachinankupaq; chaykunapa hawanpitaq kimsa umalliqkuna karqanku; paykunamanta Danielqa ñawpaq kaq karqan, kamachiqkuna paykunaman yupaychayninkuta qunankupaq, hinaspa qhapaq rey ama imatapas chinkachinampaq. Chaymantataq kay Danielqa umalliqkunamanta kamachiqkunamantapas aswan hatun yupaychasqa karqan, paypi allin ancha sumaq espíritu kasqanrayku; hinaspa reyqa yuyarqan llapa suyupa hawanman payta churayta. Chaymantataq umalliqkuna kamachiqkunawan kuska maskharqanku Danielpa contranpi imapas tupanankuta, suyuwan tupaspa; ichaqa mana atirqankuchu ima tupanata ni pantaytapas tariyta, pay cheqap simi, allin wiñay sonqo kasqanrayku; manataqmi paypiqa tarisqachu ima pantaypas ni huchapas. Chaymi chay runakuna nirqanku: “Mana tariytachu atisun kay Danielpa contranpi ima tupanatapas, mana Diosninpa leyinmanta contranpi maskhaspaqa.” Daniel 6:1–5.</w:t>
      </w:r>
    </w:p>
    <w:p>
      <w:pPr>
        <w:pStyle w:val="ArticleBody"/>
        <w:jc w:val="left"/>
      </w:pPr>
      <w:r>
        <w:rPr>
          <w:rFonts w:ascii="Times New Roman" w:hAnsi="Times New Roman" w:eastAsia="Times New Roman" w:cs="Times New Roman"/>
        </w:rPr>
        <w:t>Dariustaqa hap’ipaqa hina apaykachasqa kashan, imayna qhapaqpa contranpi huk llullakuy rurasqa kananta rikuchinapaq; chay qhapaqqa chunka qhapaqkunata (Naciones Unidas) sut’ichan, kay pachapa tukukuyninpi. Chay llullakuyqa yanapan chay cheqnikuyta, mayinta chunka qhapaqkuna (Naciones Unidas) warmi wayqesqata (papadota) contranpi rikuchinku; chaymi paykunata apan “ch’usaqyachinankupaq, q’alallata saqinankupaq,” hinaspa “aychantapas mikhunankupaq, ninawan rupachinankupaq.”</w:t>
      </w:r>
    </w:p>
    <w:p>
      <w:pPr>
        <w:pStyle w:val="ArticleScripture"/>
        <w:jc w:val="left"/>
      </w:pPr>
      <w:r>
        <w:rPr>
          <w:rFonts w:ascii="Times New Roman" w:hAnsi="Times New Roman" w:eastAsia="Times New Roman" w:cs="Times New Roman"/>
        </w:rPr>
        <w:t>Hina chunka waqrankuna, uywapa patanpi rikurqanki chaykunaqa, waq llaqllaq warmita cheqnikunqaku, ch’usaqyachinqaku, q’ala qarayachinqaku, aychantapas mikunqaku, ninawanpas ruphachinqaku. Diosmi sonqonkuman churaran munasqanta hunt’achinankupaq, huk yuyayllapi kananankupaq, kamachikuyninkutapas uywaman qunankupaq, Diospa siminkuna hunt’akunankama. Hina warmi, rikurqanki chayqa, chay hatun llaqtam, kay pachapi reykunapa hawanpi kamachikuq. Apocalipsis 17:16–18.</w:t>
      </w:r>
    </w:p>
    <w:p>
      <w:pPr>
        <w:pStyle w:val="ArticleBody"/>
        <w:jc w:val="left"/>
      </w:pPr>
      <w:r>
        <w:rPr>
          <w:rFonts w:ascii="Times New Roman" w:hAnsi="Times New Roman" w:eastAsia="Times New Roman" w:cs="Times New Roman"/>
        </w:rPr>
        <w:t>Naciones Unidas (qanchis kaq reino) papakunapa kamachiyta thuñichinqa, chayraqmi aswan qhipamanraq payman reino-nkuta qusqanku, imaraykuchus huk “pisilla pacha”llapaqmi kamachinku.</w:t>
      </w:r>
    </w:p>
    <w:p>
      <w:pPr>
        <w:pStyle w:val="ArticleScripture"/>
        <w:jc w:val="left"/>
      </w:pPr>
      <w:r>
        <w:rPr>
          <w:rFonts w:ascii="Times New Roman" w:hAnsi="Times New Roman" w:eastAsia="Times New Roman" w:cs="Times New Roman"/>
        </w:rPr>
        <w:t>Hinaspa qanchis reykuna kanku: phisqaqa urmaykunkuña, hukñaqa kanraqmi, hukñataq manaraq chayamunraqchu; pay chayamuspaqa, huk pisi p’unchawllataqmi qhiparinan tiyan. Apocalipsis 17:10.</w:t>
      </w:r>
    </w:p>
    <w:p>
      <w:pPr>
        <w:pStyle w:val="ArticleBody"/>
        <w:jc w:val="left"/>
      </w:pPr>
      <w:r>
        <w:rPr>
          <w:rFonts w:ascii="Times New Roman" w:hAnsi="Times New Roman" w:eastAsia="Times New Roman" w:cs="Times New Roman"/>
        </w:rPr>
        <w:t>Inti p’unchaw kamachikuypi, Bibliapi profecíakunapa soqtak kaq qhapaq suyu, Apocalipsis chunka kimsayoqpi allpa uywa (Estados Unidos), qanchis chunka simbólico watakunapa kamachiyninta chayraq tukuchkan, chaypi Bibliapi profecíakunapa pichqak kaq qhapaq suyu, Apocalipsis chunka kimsayoqpi lamar qochapi uywa (papado), Isaias chunka iskayniyoq kimsayoq t’aqapi qanchis chunka simbólico watakunapaqa qunqaska karqan.</w:t>
      </w:r>
    </w:p>
    <w:p>
      <w:pPr>
        <w:pStyle w:val="ArticleScripture"/>
        <w:jc w:val="left"/>
      </w:pPr>
      <w:r>
        <w:rPr>
          <w:rFonts w:ascii="Times New Roman" w:hAnsi="Times New Roman" w:eastAsia="Times New Roman" w:cs="Times New Roman"/>
        </w:rPr>
        <w:t>Chay p’unchawpiqa Tiro llaqtam q’onqapusqa kanqa qanchis chunka watakuna, huk reypa p’unchayninkunaman hina; qanchis chunka watakuna tukukuptintaq Tiroqa huk pampachakuq warmi hina takinqa. Arpata hap’iy, llaqtata muyuriy, q’onqapusqa pampachakuq warmi; misk’i takiyniykita waqachiy, achka takikunata takiy, yuyarisqa kanaykipaq. Chaymanta qanchis chunka watakuna tukukuptinmi Señorqa Tirota watukuq hamunqa, paytaq mink’anman kutinqa, kay pachapa hawanpi kachka llapa kay pachapa qhapaq suyukunawanmi waqlliyta ruwanqa. Isaías 23:15–17.</w:t>
      </w:r>
    </w:p>
    <w:p>
      <w:pPr>
        <w:pStyle w:val="ArticleBody"/>
        <w:jc w:val="left"/>
      </w:pPr>
      <w:r>
        <w:rPr>
          <w:rFonts w:ascii="Times New Roman" w:hAnsi="Times New Roman" w:eastAsia="Times New Roman" w:cs="Times New Roman"/>
        </w:rPr>
        <w:t>Domingo p’unchaypa kamachikuypi, Bibliaq willakuyninpi qanchis ñiqin qhapaq suyukuna, chunka reykuna (Naciones Unidas), qallarin kamachiyta, ichaqa huk pisi tiempollañam, imaraykuchus chunka reykunap umalliq reyñin chaymanta qallarin llapa kay pachata qatiqta uywananpaq uywakunaq rikinman hina kaq chay ruwasqa nisqa ukhupi, iglesiapaqwan estadopaqwan huñusqa kayman churananpaq; chaymi uywaq rikch’aynin hina unanchasqa kachkan.</w:t>
      </w:r>
    </w:p>
    <w:p>
      <w:pPr>
        <w:pStyle w:val="ArticleScripture"/>
        <w:jc w:val="left"/>
      </w:pPr>
      <w:r>
        <w:rPr>
          <w:rFonts w:ascii="Times New Roman" w:hAnsi="Times New Roman" w:eastAsia="Times New Roman" w:cs="Times New Roman"/>
        </w:rPr>
        <w:t>Hinaspataqmi huk uywata allpamanta lluqsimuqta; payqa iskay waqrayuq karqa ovejaman rikch’akuq, ichaqa dragón hina rimarqa. Payqa ñawpaq uywapa llapa atiyninta ñawpaqninpi rurachkan, hinallataq kay allpatawan chaypi tiyaqkunata ñawpaq uywata yupaychachin, wañuy apaq k’iriynin hampisqa karqan chayta. Hatun musphay ruwaykunatapas ruwan, hinaqtinmi runakunapa ñawpaqninpi hanaq pacha-manta ninata allpaman urayachimun. Hinaspapas allpapi tiyaqkunata pantachin, chay uywapa ñawpaqninpi ruwayta atiyniyuq kasqan milagrukunawan; allpapi tiyaqkunaman nispa, espadawan k’irisqa karqapas kawsariq chay uywapa rikch’ayninta ruranankupaq. Apocalipsis 13:11–14.</w:t>
      </w:r>
    </w:p>
    <w:p>
      <w:pPr>
        <w:pStyle w:val="ArticleBody"/>
        <w:jc w:val="left"/>
      </w:pPr>
      <w:r>
        <w:rPr>
          <w:rFonts w:ascii="Times New Roman" w:hAnsi="Times New Roman" w:eastAsia="Times New Roman" w:cs="Times New Roman"/>
        </w:rPr>
        <w:t>Kay pachapi animalpa simbolismonmanta, corderohina qallarispa qhepaman dragónhina rimaj tukusqanmanta (Estados Unidos), huk hatun elementoqa rimasqanm. Proféticaman hina, rimasqaqa reqsichin imatachus ruwanku kamachiq legislativopa judicial autoridadkunapas.</w:t>
      </w:r>
    </w:p>
    <w:p>
      <w:pPr>
        <w:pStyle w:val="ArticleScripture"/>
        <w:jc w:val="left"/>
      </w:pPr>
      <w:r>
        <w:rPr>
          <w:rFonts w:ascii="Times New Roman" w:hAnsi="Times New Roman" w:eastAsia="Times New Roman" w:cs="Times New Roman"/>
        </w:rPr>
        <w:t>“Llaqtapa rimayninqa kamachiqnin legislativokuna, judicialkuna ima ruwasqankunam.” The Great Controversy, 443.</w:t>
      </w:r>
    </w:p>
    <w:p>
      <w:pPr>
        <w:pStyle w:val="ArticleBody"/>
        <w:jc w:val="left"/>
      </w:pPr>
      <w:r>
        <w:rPr>
          <w:rFonts w:ascii="Times New Roman" w:hAnsi="Times New Roman" w:eastAsia="Times New Roman" w:cs="Times New Roman"/>
        </w:rPr>
        <w:t>Hukllata Estados Unidos corderohina rimayta qallarispa, Estados Unidospa Constituciónninta paqarichirqan; chhaynapii paqariqta churarqan huk pakarikunapa llaqtata, pichqankuta qespichiqkunapaq papadopa qatiykachayninmanta hinallataq Europapa reykunapa qatiykachayninmantapas.</w:t>
      </w:r>
    </w:p>
    <w:p>
      <w:pPr>
        <w:pStyle w:val="ArticleScripture"/>
        <w:jc w:val="left"/>
      </w:pPr>
      <w:r>
        <w:rPr>
          <w:rFonts w:ascii="Times New Roman" w:hAnsi="Times New Roman" w:eastAsia="Times New Roman" w:cs="Times New Roman"/>
        </w:rPr>
        <w:t>Kay pachaqa warmita yanaparqan, kay pachaqa siminta kicharirqan, hinaspataq millay amaru siminmanta wijch’umusqan unu lloqsiyta mikhurparqan. Apocalipsis 12:16.</w:t>
      </w:r>
    </w:p>
    <w:p>
      <w:pPr>
        <w:pStyle w:val="ArticleBody"/>
        <w:jc w:val="left"/>
      </w:pPr>
      <w:r>
        <w:rPr>
          <w:rFonts w:ascii="Times New Roman" w:hAnsi="Times New Roman" w:eastAsia="Times New Roman" w:cs="Times New Roman"/>
        </w:rPr>
        <w:t>Qanchis chunka unanchasqa watakuna tukukuyninpi, allpa uywa wakmanta rimarin, ichaqa chayqa amaru hinam, intichaw yupaychayta kallpachaspanku, chaymi papal autoridadpa señalan kasqa. Papal autoridadpa señalninqa kallpachasqa kaptin, papadoqa yuyarikuqmi, payapas yuyarikuqmi, mana hayk’aqpas qunqana kananpaq kamachisqa Kamachiy mana allinchasqa kasqanrayku waqaychasqa kananpaq.</w:t>
      </w:r>
    </w:p>
    <w:p>
      <w:pPr>
        <w:pStyle w:val="ArticleScripture"/>
        <w:jc w:val="left"/>
      </w:pPr>
      <w:r>
        <w:rPr>
          <w:rFonts w:ascii="Times New Roman" w:hAnsi="Times New Roman" w:eastAsia="Times New Roman" w:cs="Times New Roman"/>
        </w:rPr>
        <w:t>Yuyariy samana p’unchayta yuyarina, ch’uya kawsaypaq waqaychanaykipaq. Soqta p’unchaymi llamk’anki, llapa ruwasqaykitataq ruwanki. Qanchis kaq p’unchayqa Señor Diosniykipaq samana p’unchaymi: chay p’unchaypiqa ama ima llamk’aytapas ruwankichu, qanpas, churiykipas, ususiykipas, qari yanapayniykipas, warmi yanapayniykipas, uywaykikunapas, punkuykikuna ukhupi kachkaq wakcha runapas. Imaraykuchus soqta p’unchaypi Señorqa hanaq pacha, kay pacha, lamar qochata, hinallataq llapa chaykunapi kaqkunatapas ruwarqan, qanchis kaq p’unchaypitataq saman. Chayrayku Señorqa samana p’unchayta bendecirqan, ch’uyanchaspataq waqaycharqan. Éxodo 20:8–11.</w:t>
      </w:r>
    </w:p>
    <w:p>
      <w:pPr>
        <w:pStyle w:val="ArticleBody"/>
        <w:jc w:val="left"/>
      </w:pPr>
      <w:r>
        <w:rPr>
          <w:rFonts w:ascii="Times New Roman" w:hAnsi="Times New Roman" w:eastAsia="Times New Roman" w:cs="Times New Roman"/>
        </w:rPr>
        <w:t>Chayqa qhipamanqa, suyuntin huchaman urmaymanta qatiykuspan, suyuntin t’unakuyman chayan; hinaspan kimsa atiykuna, kay pachata Armagedónman pusanku chaykuna, makinkuta huñunaku.</w:t>
      </w:r>
    </w:p>
    <w:p>
      <w:pPr>
        <w:pStyle w:val="ArticleScripture"/>
        <w:jc w:val="left"/>
      </w:pPr>
      <w:r>
        <w:rPr>
          <w:rFonts w:ascii="Times New Roman" w:hAnsi="Times New Roman" w:eastAsia="Times New Roman" w:cs="Times New Roman"/>
        </w:rPr>
        <w:t>“Papakuna kamachikuyninta Diospa kamachinwan awqanakuqta kallpachaq kamachiywanmi, suyuyninchik allin kaymanta hunt’asqata t’aqakunqa. Protestantismom makinta chay hatun chinkay pataman mast’arispan romano atiywan makinta hap’inanpaq, chay urmanapaq t’uqya patamantapas mast’arispan Espiritualismowan makimast’anankupaq, hinaspa kay kimsakutin huñunakuypa kallpachaynin urapi, suyuyninchik Constituciónninpa llapa kamachiyninkunata Protestant hinaspa republicano gobiernomanta kasqanrayku qichuspan, papal llullakuyninkunapaq hinaspa pantachikuyninkunapaq ñanta kicharispan, chayqa yachasunmanmi Satanaspa musphay atipay rurayninpa pacha chayamushasqanta hinaspa tukukuypas qayllamushasqanta.” Testimonies, volumen 5, 451.</w:t>
      </w:r>
    </w:p>
    <w:p>
      <w:pPr>
        <w:pStyle w:val="ArticleBody"/>
        <w:jc w:val="left"/>
      </w:pPr>
      <w:r>
        <w:rPr>
          <w:rFonts w:ascii="Times New Roman" w:hAnsi="Times New Roman" w:eastAsia="Times New Roman" w:cs="Times New Roman"/>
        </w:rPr>
        <w:t>Maypachus “Protestantismo” (Estados Unidos), “Romano atiynin kallpan” (Vaticano) hinallataq “Espiritualismo” (Naciones Unidas) domingo p’unchay kamachiypi makinkuta huñunakunku chayqa, qallarinunku kay pachata Armagedónman pusayta. Chayqa rikuchisqa kashan ñawpaqta kay pachata kallpachaywan chaskichinanta huk sapa-mundu gobiernomanta atiyninta, mayqinchus iglesiawan estadowanmanta ruwasqa kashan, iglesiataq chay t’inkisqapi kamachiq kashan. Milagrukunapa atiynin, mayqinkunatachus allpa bestia llamk’achin, mana sapallan Tiro llaqta q’apan warmipa kay pachapa reykunawan waqllikuyta apamunchu, aswanpas kallpachin “rimayninta” kay pacha hunt’asqa bestiapa imágenninpa. Profecía nisqapa sut’inchasqanman hina, kayqa niyta munan chay sapa-mundu gobiernota kananpaq huk kamachiq cuerpoyoq (Nueva York llaqtapi churakusqa), hinallataq huk juzgaq cuerpoyoq (La Haya llaqtapi churakusqa).</w:t>
      </w:r>
    </w:p>
    <w:p>
      <w:pPr>
        <w:pStyle w:val="ArticleScripture"/>
        <w:jc w:val="left"/>
      </w:pPr>
      <w:r>
        <w:rPr>
          <w:rFonts w:ascii="Times New Roman" w:hAnsi="Times New Roman" w:eastAsia="Times New Roman" w:cs="Times New Roman"/>
        </w:rPr>
        <w:t>Kay pachapi tiyakuqkunata pantachin, uywaq ñawpaqninpi ruway atiyoq karqan chay milagrokunawan; kay pachapi tiyakuqkunaman nispan, espadawan ch’uqrisqa kaspa kawsarqan chay uywapa rikch’ayninta ruwanankupaq. Hinaspan atiyoq karqan uywapa rikch’ayninman kawsayta qunampaq, chaymanta uywapa rikch’aynin rimananpaq, hinaspa uywapa rikch’ayninta mana yupaychaqkunaqa wañuchisqa kanankupaq. Hinaspan llapantata, huch’uykunata hatunkunatapas, qhapaqkunata wakchaakunatapas, librekunata esclavokunatapas, paña makinkupi utaq urqunkupi señalta chaskinankupaq kamachin. Hinaspa mana pipas rantiyta nitaq rantikuyta atinanchu, mana chay señalniyoq kaqqa, utaq uywapa sutin kaqta, utaq sutinpa yupayninta kaqta. Kaypi yachay kachkan. Entendimientoyoq runaqa uywapa yupayninta yupachuchun; imaraykuchus runapa yupayninmi; hinaspa yupayninqa Soqta pachak soqta chunka soqtañam. Apocalipsis 13:14–18.</w:t>
      </w:r>
    </w:p>
    <w:p>
      <w:pPr>
        <w:pStyle w:val="ArticleBody"/>
        <w:jc w:val="left"/>
      </w:pPr>
      <w:r>
        <w:rPr>
          <w:rFonts w:ascii="Times New Roman" w:hAnsi="Times New Roman" w:eastAsia="Times New Roman" w:cs="Times New Roman"/>
        </w:rPr>
        <w:t>Allpachapi kaq uywa (Estados Unidos), llapa kay pachata pantachinqa uywaq rikchayninta may-hatun pachapi chaskinankupaq, chay kikillan rikchayta Estados Unidos ruwasqan, domingo leyman pusaspata, tukukuyninpi chayta kamachispa. Chaymantataq huk-sapa-pacha kamachiq kayta atiychinqa leyninkunata wañuywan mancharichispa, chaymanta icha qullqi-ruraymanta muchuyniyuq ñak’ariykunawan kamachinankupaq. Dario reyta pantachisqankuqa, profecíapi kuti-kuti sut’ichasqa reykunata pantachiymanmi unancha, imaraykuchus allpachapi kaq uywa qallarispa kay pachata huk-sapa-pacha kamachiqta chaskichiyta kallpachaptin, chay rimanakuy mayqinwanpas kay pachata chay allichasqaman chaskichinankupaq apaykachankuqa kaymi: nacionkunata phiñasichiq atiq kaywan (Islam) tinkunapaqmi huk may-hatun pacha maqanakuy kanan.</w:t>
      </w:r>
    </w:p>
    <w:p>
      <w:pPr>
        <w:pStyle w:val="ArticleBody"/>
        <w:jc w:val="left"/>
      </w:pPr>
      <w:r>
        <w:rPr>
          <w:rFonts w:ascii="Times New Roman" w:hAnsi="Times New Roman" w:eastAsia="Times New Roman" w:cs="Times New Roman"/>
        </w:rPr>
        <w:t>Estados Unidos llaqtam papal autoridap señalta churayninta kallpachin, imaraykuchus Diospa taripayninkuna chayhina sasa kayman Estados Unidospi apamurqan, Domingo ley kamachikuyman chayanankama, hinaqtinmi allichayqa qoykurqan: catolicismopa diosninman kutirispa, wiñashaq qullqi sasa kawsaykuna tukukunman nispa. Ichaqa Domingo ley kamachikuypi, awqaqa, uray perqa ukhunta suwaspa yaykumusqa, nacionpa thuñiy taripayta apamun.</w:t>
      </w:r>
    </w:p>
    <w:p>
      <w:pPr>
        <w:pStyle w:val="ArticleScripture"/>
        <w:jc w:val="left"/>
      </w:pPr>
      <w:r>
        <w:rPr>
          <w:rFonts w:ascii="Times New Roman" w:hAnsi="Times New Roman" w:eastAsia="Times New Roman" w:cs="Times New Roman"/>
        </w:rPr>
        <w:t>“Chaymantataqmi hatun llullachiq runakunata yuyayman churanqa, Diosman sirviqkuna kay mana allin ruwaykunata paqarichisqankuta. Hanaq pacha mana kusisqanman apaq kastaqa llapa sasachakuyninkuta churankaq Diospa kamachikuyninkunata kasukuywan mana kasukuqkunata sapa kuti k’amiykachaspa qawachiqkunaman. Nisqaqa kanqa runakuna Diospa contran huchallikusqankuta domingo samana p’unchayta p’akispa; kay huchaqa apamusqa llaquykunata, chaykunaqa mana tukukunqachu domingo p’unchay waqaychay sinchita kamachisqa kanankama; hinaspa tawa ñiqin kamachikuypa mañakusqanta willaqkuna, chayna kaspa domingo p’unchaypaq manchakuyta thuñichispa, llaqtata turbaykuchiqkuna kasqankuta, hark’asqankuta Diospa allin sonqonman kutiyta hinallataq kay pacha qhapaq kayman chayanankuta. Chaynatam ñawpaq p’unchaykunapi Diospa sirviqninta contra apamusiq tumpayqa yapamanta rimarisqa kanqa, kikillantataq allin nisqa t’ikrasqawan: ‘Ahab Elias-ta rikuspataq, Ahab payta nirqan: Qamchu Israelta turbaykuchiq kani? Paytaq kutichirqan: Mana ñuqachu Israelta turbaykuchkani; aswanpas qammi, taytaykipa wasinwan kuska, Señorpa kamachikuyninkunata saqerparisqaykichikrayku, hinaspa Baalimkunata qatipakusqaykirayku.’ 1 Reyes 18:17, 18. Llaqta runakunapa phiñakuynin llulla tumpaykunawan hatarichisqa kaptin, Diospa kachamusqankunapa contran purichinqaku, ancha rikch’akuqta, imayna apostata Israel Eliaspa contran purirqan hinata.” The Great Controversy, 590.</w:t>
      </w:r>
    </w:p>
    <w:p>
      <w:pPr>
        <w:pStyle w:val="ArticleBody"/>
        <w:jc w:val="left"/>
      </w:pPr>
      <w:r>
        <w:rPr>
          <w:rFonts w:ascii="Times New Roman" w:hAnsi="Times New Roman" w:eastAsia="Times New Roman" w:cs="Times New Roman"/>
        </w:rPr>
        <w:t>Apocalipsis chunka hukniyuq kapitulumanta “hatun allpachakuy” nisqa “hora”-pi, Islammanta “kimsa kaq Ay” nisqa, chayqa qanchis kaq Pututu hinallataqmi waqyamun, hinaptinqa nacionkunata phiñachinqa. Chay nacionkunaq Islam contra phiñakuyninqa kay pachata llullachinapaqmi llamk’achisqa kanqa, chayraq allpa uywapaq mana allin rikuchisqa qasi prometesqallata chaskinankupaq. Chay qasi prometesqaqa kayhinam: catolicismopa atipayninman kasukuspa, papal autoridadpa señalninwan rikuchisqa hinata, Diospa aswan yapay taripaykuna sayarinman. Chay prometesqa, Estados Unidospaq mana atiniyuq kasqanmanta ñawpaqta rikuchisqa kachkaptinpas, chaymantaqa mancharisqa pachaman prometesqa hina apachisqa kanqa.</w:t>
      </w:r>
    </w:p>
    <w:p>
      <w:pPr>
        <w:pStyle w:val="ArticleBody"/>
        <w:jc w:val="left"/>
      </w:pPr>
      <w:r>
        <w:rPr>
          <w:rFonts w:ascii="Times New Roman" w:hAnsi="Times New Roman" w:eastAsia="Times New Roman" w:cs="Times New Roman"/>
        </w:rPr>
        <w:t>Rimasqa kanqa kayhinata: kay pachapi llapa suyukuna sapaqllaña rimanakuspanku, hinaspa hukllachasqa pacha kamachiyta sayarichiyta saqespanku Islammanta apamusqa maqanakuyta tinkuchinankupaq, chayqa takyaq kay kutimunman. Islamqa qillqasqa Qhelqakunapi reqsichisqa atiyniyuqmi, llapa runakunata Islampa contranpi huñuchiq; ichaqa chay huñunakuyqa reykunapa qhipa llullakuyninmi.</w:t>
      </w:r>
    </w:p>
    <w:p>
      <w:pPr>
        <w:pStyle w:val="ArticleScripture"/>
        <w:jc w:val="left"/>
      </w:pPr>
      <w:r>
        <w:rPr>
          <w:rFonts w:ascii="Times New Roman" w:hAnsi="Times New Roman" w:eastAsia="Times New Roman" w:cs="Times New Roman"/>
        </w:rPr>
        <w:t>Hinaspan Señorpa angelnin nirqan payta: Qhawariy, wiksayuq kanki, qhari wawataq wachanki, sutintataq churanki Ismael; imaraykuchus Señorqa llakiykita uyarisqa. Payqa salqa runa kanqa; makinqa tukuy runakunapaq contranpi kanqa, tukuy runakunapa makinpas paypaq contranpi kanqa; llapa wauqenkunapa ñawpaqenpin tiyakonqa. Génesis 16:11, 12.</w:t>
      </w:r>
    </w:p>
    <w:p>
      <w:pPr>
        <w:pStyle w:val="ArticleBody"/>
        <w:jc w:val="left"/>
      </w:pPr>
      <w:r>
        <w:rPr>
          <w:rFonts w:ascii="Times New Roman" w:hAnsi="Times New Roman" w:eastAsia="Times New Roman" w:cs="Times New Roman"/>
        </w:rPr>
        <w:t>Ismaelqa Islam sut’iy paqarinpaq yuyayniyuq taytanmi. Cheqaqmi, Islampa taytan Mohammedqa qanchisniyuq pachak watakunapiña historiapi rikhurqan; ichaqa Diosqa ñawpaq literal llaqtakunataqmi qhepa p’unchaykunapi kaq yuyayniyuq runakunata rikuchinapaq llamk’achin.</w:t>
      </w:r>
    </w:p>
    <w:p>
      <w:pPr>
        <w:pStyle w:val="ArticleScripture"/>
        <w:jc w:val="left"/>
      </w:pPr>
      <w:r>
        <w:rPr>
          <w:rFonts w:ascii="Times New Roman" w:hAnsi="Times New Roman" w:eastAsia="Times New Roman" w:cs="Times New Roman"/>
        </w:rPr>
        <w:t>Kaymi ninmi Señor, Israelpa Reynin, hinaspa payta Qespichiqnin, Señor de los ejércitos: Ñoqam ñawpaq kaq kani, ñoqam qhipa kaq kani; mana ñoqamanta huk Dios kanchu. Hinaspa, ¿pitaq ñoqa hina waqyaspa willanman, chayta sut’ita rimarispa ñawpaqchaspa ñoqapaq churayman, unay llaqtata ñoqa churasqaymanta pacha? Hamuqkunata, hinaspa hamunankupaq kaqkunata, paykunaman rikuchichunku. Isaías 44:6, 7.</w:t>
      </w:r>
    </w:p>
    <w:p>
      <w:pPr>
        <w:pStyle w:val="ArticleBody"/>
        <w:jc w:val="left"/>
      </w:pPr>
      <w:r>
        <w:rPr>
          <w:rFonts w:ascii="Times New Roman" w:hAnsi="Times New Roman" w:eastAsia="Times New Roman" w:cs="Times New Roman"/>
        </w:rPr>
        <w:t>Manaraq Ismael paqarinmanraq sutichasqa karqan, hinaspataq profétic llamk’asqan riqsichisqa karqan. Paypa espirituymanta mirayninkunapa makinkunaqa “sapa runapa contranpi” kanqa, hinaspataq “sapa runapa makin” paypa contranpi kanqa. Hinaspa, progresista liberalismopa mana yuyayniyuq yachachisqanman mana hinachu, Bibliam yachachinmi Ismaelqa “llapan wawqinkunapa ñawpaqenpi tiyakonqa” nispa. Paykunaqa mana muyuriqnin kulturaman churasqa tukuqchu; aswanqa, achkaqmi chayta huchachan, chaypa contranpi rimarin, hinaspataq chayta maqan. Ismaelpa espiritunqa kaymi: “payqa sallqa runa kanqa.” Islam iñiypa ukhupi hawka kawsayniyuq huk clase kasqanmanta yuyayqa mana Diospa Siminwan sayachisqachu, nitaq Coránwanpas.</w:t>
      </w:r>
    </w:p>
    <w:p>
      <w:pPr>
        <w:pStyle w:val="ArticleBody"/>
        <w:jc w:val="left"/>
      </w:pPr>
      <w:r>
        <w:rPr>
          <w:rFonts w:ascii="Times New Roman" w:hAnsi="Times New Roman" w:eastAsia="Times New Roman" w:cs="Times New Roman"/>
        </w:rPr>
        <w:t>Daniel qillqapa soqta kaq capítulo-pi iskay presidentekunapa hinaspa pachak iskay chunka príncipekunapa engañonqa, chunka reykunaman apamunan engañota reqsichin, imaynam paykuna pusasqa kanman huk sapa-mundo gobiernota sayarichinankupaq, Romaq kamachiynin urapi, nispa creenankupaq, chaypa munaynin hinaspa utqay kayninqa iskalispa riy Islampaq guerranpa crisisninta allinchananpaq kasqanta, chaymi “kimsa kaq Ay” nisqa. Uywaq rikch’aynin sayarichisqa hinaspa “rimananpaq” kallpachasqa ña kaqtinqa, pacha runakuna yachanqaku, anchata qhipamantaña, papadopaq munayninqa qanchis p’unchaw sábado nisqata hap’iqkunata rimanankupaq kasqanta (Daniel), manataq mana waqaychasqa uray perqa chawpinmanta pakallamanta yaykuq awqapa contranpaqchu.</w:t>
      </w:r>
    </w:p>
    <w:p>
      <w:pPr>
        <w:pStyle w:val="ArticleScripture"/>
        <w:jc w:val="left"/>
      </w:pPr>
      <w:r>
        <w:rPr>
          <w:rFonts w:ascii="Times New Roman" w:hAnsi="Times New Roman" w:eastAsia="Times New Roman" w:cs="Times New Roman"/>
        </w:rPr>
        <w:t>“Diospa siminmi willakuyta qorqan hamuq hatun peligromanta; kayta mana kasuspankuqa, protestante pacha yachaqonqaku Roma imarayku cheqaqta munasqanta, ichaqa toqllasqanman manaña ayqekuy atisqan pachallapi. Payqa upallalla kallpachasqa kasqanman wiñashan. Yachachikuyninkunaqa influencianta rurashanku kamachiy wasikunapi, iglesiakunapi, hinallataq runakunapa sonqonkupipi. Payqa hatun, sinchi sayasqa wasinkunata huñuchkushan pakasqa ukhunkunapi, maypichus ñawpaq ñak’arichisqankuna yapamanta ruwasqa kanqa. Pakallamanta mana yachasqa hinalla kallpankunata sinchichishan kikillanpa munayninkunata hunt’achinampaq, paypa maqanakunampaq pacha chayamunan kaqtin. Tukuy ima pay munasqanqa alli sayanakuyllam, chaytaqa ñan qoshankuña. Mana unaymanta rikusunmi hinaspa musyasunmi romano elemento imapaq kasqanta. Pipas Diospa siminta creenqa hinaspa kasukunqa, chayrayku p’enqayman churayta hinaspa qatiykachayta tarinqa.” The Great Controversy, 581.</w:t>
      </w:r>
    </w:p>
    <w:p>
      <w:pPr>
        <w:pStyle w:val="ArticleBody"/>
        <w:jc w:val="left"/>
      </w:pPr>
      <w:r>
        <w:rPr>
          <w:rFonts w:ascii="Times New Roman" w:hAnsi="Times New Roman" w:eastAsia="Times New Roman" w:cs="Times New Roman"/>
        </w:rPr>
        <w:t>Papakuna apaykachisqan Naciones Unidaspa llullakuynin, paymi sonqonkupaq piñakuyninmanta kutichiyta paqarichin, Sagradas Escrituraspi achka kuti rikuchisqa kashan, hinaspa Dariopa willakuyninqa kay chiqaq kaypa hatun ejemplonmi. Kayqa huk llullakuymi, ñawpaqta Estados Unidospi hunt’akuchkan, chaymantaq pachantin kay pacha hawanpi yapamanta rurakuchkan. Kay chiqaq kayqa Elíaswan Jezabelwan willakuyninpi reqsichisqa kashan, chaymantaq Juan el Bautistapa Herodíaswan willakuyninpi yapamanta, hinallataq Cristopa chakatasqa wañuyninpi. Islampa nacionkunata phiñachisqanqa papal atiyninpa llamk’ayninmi, chaymi paypaq allin sayanakuy hallp’ata qun, pacha intinpim muyuriqpi sábado waqaychaqkunata maqanakunapaq.</w:t>
      </w:r>
    </w:p>
    <w:p>
      <w:pPr>
        <w:pStyle w:val="ArticleBody"/>
        <w:jc w:val="left"/>
      </w:pPr>
      <w:r>
        <w:rPr>
          <w:rFonts w:ascii="Times New Roman" w:hAnsi="Times New Roman" w:eastAsia="Times New Roman" w:cs="Times New Roman"/>
        </w:rPr>
        <w:t>Islammanta ñawpaq rimayninqa Ismaelpa Qelqaspikuna-man yaykuchisqanmi, chaymanta pacha Islampa tukuy pacha puchukaypi reqsisqa ruwayninqa—kay pachata tukuy hinantinpi manchakuy hatunman churay, chay hina imayna yuyaychasqa qallariyta qespichiq hina chaskinankupaq—llullakuy hunt’akunanpaq atisqa kayta saqin. Chay llullakuyqa Naciones Unidas-ta (chunka reykuna) kallpachan, Diospa munayninta hunt’achinankupaq, hinallataq sapaq kamachikuyninkuta (qanchis kaq kamachikuyta) papadoman (uywaman) qunankupaq rimanakusunankupaq.</w:t>
      </w:r>
    </w:p>
    <w:p>
      <w:pPr>
        <w:pStyle w:val="ArticleBody"/>
        <w:jc w:val="left"/>
      </w:pPr>
      <w:r>
        <w:rPr>
          <w:rFonts w:ascii="Times New Roman" w:hAnsi="Times New Roman" w:eastAsia="Times New Roman" w:cs="Times New Roman"/>
        </w:rPr>
        <w:t>Dariopi rikuchisqa pantasqa kay, hinaspa wakin profetapa siq’ikuna, Islampa llaqtakunata phiñachisqan ruwayninta hap’in, papakuna kamachiypa qhipa chinkachisqa kayninpa hatun imaynin United Nations nisqapa makinkunawan, hinaspa chayhina allin aswan hatun umuhinawanpas, qawachin pusaq ñiqin qhapaq suyupa pakasqa imayna kasqankunata, chayqa qanchisniyuqmanta kaspa churakusqa kayninmi kunan pacha Babiloniapa uman hina.</w:t>
      </w:r>
    </w:p>
    <w:p>
      <w:pPr>
        <w:pStyle w:val="ArticleBody"/>
        <w:jc w:val="left"/>
      </w:pPr>
      <w:r>
        <w:rPr>
          <w:rFonts w:ascii="Times New Roman" w:hAnsi="Times New Roman" w:eastAsia="Times New Roman" w:cs="Times New Roman"/>
        </w:rPr>
        <w:t>Danielqa leonkunaq machayninpi kasqanqa ancha sasa yuyayniyuq proféticata rikuchiqmi; ichaqa chayta entiendeyqa “line upon line” nisqa metodologíata applikaspa sapallan atikun.</w:t>
      </w:r>
    </w:p>
    <w:p>
      <w:pPr>
        <w:pStyle w:val="ArticleBody"/>
        <w:jc w:val="left"/>
      </w:pPr>
      <w:r>
        <w:rPr>
          <w:rFonts w:ascii="Times New Roman" w:hAnsi="Times New Roman" w:eastAsia="Times New Roman" w:cs="Times New Roman"/>
        </w:rPr>
        <w:t>Qatiq qelqaypi Danielpa soqtay kaj kapitulonta qatipasaqku.</w:t>
      </w:r>
    </w:p>
    <w:p>
      <w:pPr>
        <w:pStyle w:val="ArticleScripture"/>
        <w:jc w:val="left"/>
      </w:pPr>
      <w:r>
        <w:rPr>
          <w:rFonts w:ascii="Times New Roman" w:hAnsi="Times New Roman" w:eastAsia="Times New Roman" w:cs="Times New Roman"/>
        </w:rPr>
        <w:t>«Noqanchik llaqta hina kay libro imatachus noqanchikpaq niwanchik chayta entiendespaqa, noqanchik ukhupi hatun kawsariymanta musuqmanta rikurinqa.»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Kimsa Chunka Iskayniyuq</dc:title>
  <dc:subject>Leonkuna-manta umalliykaman: Daniel 6 nisqaman hinallataq pacha tukukuypi willakuy proféticoman uk sunquman haykuy</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