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Kimsa Chunka Kimsayoqnin Número</w:t>
      </w:r>
    </w:p>
    <w:p>
      <w:pPr>
        <w:pStyle w:val="ArticleSubtitle"/>
        <w:jc w:val="left"/>
      </w:pPr>
      <w:r>
        <w:rPr>
          <w:rFonts w:ascii="Arial" w:hAnsi="Arial" w:eastAsia="Arial" w:cs="Arial"/>
        </w:rPr>
        <w:t>Diospa “Sellon” Domingo p’unchaw kamachiy willakuypi churakusqa: Daniel qillqapa 6 kaq kapitulumanta huk profetik huch’uychasqa qhawariy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Diospa rikch’akuq “sellonqa”, Domingomanta ley nisqa kamachikuypi churakun.</w:t>
      </w:r>
    </w:p>
    <w:p>
      <w:pPr>
        <w:pStyle w:val="ArticleScripture"/>
        <w:jc w:val="left"/>
      </w:pPr>
      <w:r>
        <w:rPr>
          <w:rFonts w:ascii="Times New Roman" w:hAnsi="Times New Roman" w:eastAsia="Times New Roman" w:cs="Times New Roman"/>
        </w:rPr>
        <w:t>“Mana mayqenninchikpas Diospa sellonta chaskinqachu hayk’aqpas, carácterninchikkunapi huk qhillicha utaq qhelli kashaqtin. Ñoqanchikmanmi saqesqa kachkan carácterninchikkunapi p’akikuykunata allinchay, alma yupaychana templota tukuy qhellimanta pichay. Chaymanta qhipa para ñoqanchikman urmaykunqa, imaynachus ñawpaq para discipulokunaman Pentecostés p’unchaypi urmaykurqan hinata....”</w:t>
      </w:r>
    </w:p>
    <w:p>
      <w:pPr>
        <w:pStyle w:val="ArticleScripture"/>
        <w:jc w:val="left"/>
      </w:pPr>
      <w:r>
        <w:rPr>
          <w:rFonts w:ascii="Times New Roman" w:hAnsi="Times New Roman" w:eastAsia="Times New Roman" w:cs="Times New Roman"/>
        </w:rPr>
        <w:t>“¿Imatataq ruwashankichik, wawqe-paniku, kay hatun wakichikuy llamk’api? Kay pachawan huñunakukuqkunaqa kay pacha hina moldepi chaskinku, hinaspa bestiapa señalninpaqmi wakichikuchkanku. Kikinkumanta mana atiniyta yuyaykukuqkunaqa, Diosta ñawpaqninpi urayachikukuqkuna, hinaspa cheqaq kayta kasukuspa alman-kuta ch’uyanchakuqkunaqa hanaqpacha moldepi chaskinku, hinaspa urqunku patapi Diospa sellonpaqmi wakichikuchkanku. Kamachiy lluqsispa, hinaspa sello churakuspaqa, paykunapa kawsayninpaq sunqunqa wiñaypaq ch’uya, mana qellichasqa qhepachkanqa.” Testimonies, volumen 5, 214, 216.</w:t>
      </w:r>
    </w:p>
    <w:p>
      <w:pPr>
        <w:pStyle w:val="ArticleBody"/>
        <w:jc w:val="left"/>
      </w:pPr>
      <w:r>
        <w:rPr>
          <w:rFonts w:ascii="Times New Roman" w:hAnsi="Times New Roman" w:eastAsia="Times New Roman" w:cs="Times New Roman"/>
        </w:rPr>
        <w:t>Danielqa rikuy atina sielluta chaskin, leonkunaq machayninman wikch’uykusqa kaptin; chayrayku chay capítuloqa dominguq kamachikuynin decretota sut’inchan.</w:t>
      </w:r>
    </w:p>
    <w:p>
      <w:pPr>
        <w:pStyle w:val="ArticleScripture"/>
        <w:jc w:val="left"/>
      </w:pPr>
      <w:r>
        <w:rPr>
          <w:rFonts w:ascii="Times New Roman" w:hAnsi="Times New Roman" w:eastAsia="Times New Roman" w:cs="Times New Roman"/>
        </w:rPr>
        <w:t>Chaymantataqmi kay runakunaqa qhapaqman huñunakuspa nirqanku qhapaqman: Yachay, qhapaq, Medokunapa, Persiakunapa kamachikuyninqa kaymi: mana ima kamachiypas, nitaq ima unanchasqa kamachikuy pas qhapaq sayarichisqanqa tikrasqa kayta atinchu. Chaymantataq qhapaqqa kamachirqan, hinaspa Danielta apamuspa leonkunapa machayninman wikch’uykurqanku. Chaypitaq qhapaqqa rimarispa Danielman nirqan: Diosniyki, paytaq mana sayk’uspa serviqniyki, paymi qespichisunki. Hinaspa huk rumi apamusqa karqan, machaypa siminman churakusqa; qhapaqtaq kikinpa siñalninwan, señorkunapa siñalninwanpas sellarqan, Danielmanta yuyasqa ruway mana tikrasqa kananpaq. Daniel 6:15–17.</w:t>
      </w:r>
    </w:p>
    <w:p>
      <w:pPr>
        <w:pStyle w:val="ArticleBody"/>
        <w:jc w:val="left"/>
      </w:pPr>
      <w:r>
        <w:rPr>
          <w:rFonts w:ascii="Times New Roman" w:hAnsi="Times New Roman" w:eastAsia="Times New Roman" w:cs="Times New Roman"/>
        </w:rPr>
        <w:t>Chay willakuyqa manam chayllapichu tukukun, ichaqa qallarisqan kikinpi tukukun. Daniel pusaqniyuq t’aqa suqtayoqpi rikuchisqa siq’iqa chay huñusqa hukllachasqakuna­ta sut’inchan, mayqenchus aswan ñawpaqman pusasqa karqan pachak iskay chunka kurakakunawan, iskay aswan pisiyuq umalliqkunawanpas, ichaqa yaykurqan yuyaychakuqkunata, kamachiqkunata, hinallata suyukuna kamachiqkunatapas. Chay pichqa-niraq rimanakuy huñusqa karqan qhapaqta llullachispa Danielta qatiykachananpaq. Willakuyqa paykuna juzgasqa kayninwan tukukun, imaraykuchus paykunaqa huk sapaq juzgamientota rikuchkanku, mayqenchus Domingo kamachikuypi pasakun; huk juzgamientota, mana Danielta utaq qhapaqta rikuchiqkunaman churakusqachu, aswanqa qhapaqta llullachiqkunaman.</w:t>
      </w:r>
    </w:p>
    <w:p>
      <w:pPr>
        <w:pStyle w:val="ArticleScripture"/>
        <w:jc w:val="left"/>
      </w:pPr>
      <w:r>
        <w:rPr>
          <w:rFonts w:ascii="Times New Roman" w:hAnsi="Times New Roman" w:eastAsia="Times New Roman" w:cs="Times New Roman"/>
        </w:rPr>
        <w:t>Hinaspan kamachirqan, hinaspa Danielpa contra rimarisqankuta apamurqanku; hinaspan leonkunapa mach'ayninman wikch'urqanku paykunata, wawakunatapas, warminkunatapas. Leonkunataq paykunata atipaykurqanku, tukuy tullunkutapas ch'aqirparqanku manaraq mach'ay ukhuman chayashaqtinkukama. Daniel 6:24.</w:t>
      </w:r>
    </w:p>
    <w:p>
      <w:pPr>
        <w:pStyle w:val="ArticleBody"/>
        <w:jc w:val="left"/>
      </w:pPr>
      <w:r>
        <w:rPr>
          <w:rFonts w:ascii="Times New Roman" w:hAnsi="Times New Roman" w:eastAsia="Times New Roman" w:cs="Times New Roman"/>
        </w:rPr>
        <w:t>Profetakuna qhawariyninpiqa sapa kuti iglesialla estadota llullachin, hinaspa soqta kaq kapituluqa reypa contranpi ruwasqa llullakuyta reqsichin. Acabqa Carmelo Orqopi Diospa atiyninpa hatun rikuchikuyninta rikuspam, Eliasqa para chawpinpi Jezabelman pusarqa. Acabmanqa mana ima raykupas yuyayman hamunmanchu karqan Jezabel mana Diospa atiyninpa kallpachasqa testimoniota admiraykuywan jap’inanpaq; ichaqa Acabqa llullasqa karqan Jezabelpa Eliasman sunqu ukhuman sap’asqa cheqnikusqanmantam. Eliaspa willakuynin, Acabwan hinaspa Jezabelwan tinkuchisqa kasqanpi, hukmanta kutin rikurimun Juan Bautistapa willakuyninpi (paymi Elias karqan), Herodeswan hinaspa Herodiaswan.</w:t>
      </w:r>
    </w:p>
    <w:p>
      <w:pPr>
        <w:pStyle w:val="ArticleBody"/>
        <w:jc w:val="left"/>
      </w:pPr>
      <w:r>
        <w:rPr>
          <w:rFonts w:ascii="Times New Roman" w:hAnsi="Times New Roman" w:eastAsia="Times New Roman" w:cs="Times New Roman"/>
        </w:rPr>
        <w:t>Hayk’a p’unchawpi, machasqa Herodes Salomé-man (Herodíaspa ususinman) suyuyninpa kuskan-ta quyta nispa prometespa, mana suyarkanchu Herodías Juanpa umanta mañakunanta. Reyeskunaqa, Ahab-chu, Herodes-chu utaq Darío-chu kaspa, qhelli warmiwanmi pantachisqa kanku Jezabelpa llulla profetakunapa tusuyninrayku, utaq Herodíaspa ususinpa tusuyninrayku, utaq Danielpa willakuyninpi phisqa-kuti huñusqa confederaciónrayku. Pilatopas iskay sunqu sacerdote-kunapa qhellisqa kamachikuyninwanmi pantachisqa karqa, chaymi judiokunapa “iglesianta” rikuchirqan, iglesiataq warmita unancharin.</w:t>
      </w:r>
    </w:p>
    <w:p>
      <w:pPr>
        <w:pStyle w:val="ArticleBody"/>
        <w:jc w:val="left"/>
      </w:pPr>
      <w:r>
        <w:rPr>
          <w:rFonts w:ascii="Times New Roman" w:hAnsi="Times New Roman" w:eastAsia="Times New Roman" w:cs="Times New Roman"/>
        </w:rPr>
        <w:t>Pantachakusqa qillqakuyqa profetapa escenarionninpa huk característicanmi, hinaspa kinsa kaq Ayaymanta Islamqa llullakuymi, mancharisqanwan p’unchaw qhepaqkunapi Naciones Unidas-ta pantachinapaq llamk’achisqa. Iskayniyoq “pantachikuy”pas, chay pantachikuyta ruraq “llullakuy”pas, Diospa profético Siminpi sut’inchasqan kanku. Islampa ruwananpas, hinaspa papadopa qanchis umakunamanta pusaj kaq umaman tukusqampas, ñam sut’inchasqaña kashan qhepaq p’unchawkunapi kicharisqa willakuypa huknin kasqankuta, chayqa Jesucristopa Revelaciónninmi. Chayrayku, Daniel qillqapa soqta kaq capitulopi Dariopa pantachikuyninta rikuchiyqa, Chawpi Tuta Waqaychay willakuypa hukninmi. Pantachikuyqa wañuchiq ch’akinta hunt’aspa allinyachiq elementonmi, chayhina papadota kawsarichispa pusaj kaq, qhepaq kaq reinoman. Dariopa pantachikuyninpi, ishkay apostata presidentekuna hinaspa pachak iskay chunka príncipekunaqa pantachikuypa confederaciónninpa representantenkunam, paykunaqa Danielwan tupachisqa kanku.</w:t>
      </w:r>
    </w:p>
    <w:p>
      <w:pPr>
        <w:pStyle w:val="ArticleBody"/>
        <w:jc w:val="left"/>
      </w:pPr>
      <w:r>
        <w:rPr>
          <w:rFonts w:ascii="Times New Roman" w:hAnsi="Times New Roman" w:eastAsia="Times New Roman" w:cs="Times New Roman"/>
        </w:rPr>
        <w:t>Juk pachak iskay chunkaqa Diospa discípulonkunap Pentecostés p’unchaypi kasqankumanta huk unanchaqmi.</w:t>
      </w:r>
    </w:p>
    <w:p>
      <w:pPr>
        <w:pStyle w:val="ArticleScripture"/>
        <w:jc w:val="left"/>
      </w:pPr>
      <w:r>
        <w:rPr>
          <w:rFonts w:ascii="Times New Roman" w:hAnsi="Times New Roman" w:eastAsia="Times New Roman" w:cs="Times New Roman"/>
        </w:rPr>
        <w:t>Chay p’unchaykunapin Pedro sayarirqa discipulokunapa chawpinpi, nispa: “Sutinkuna huñusqa yupayqa pachak iskay chunka hina karqan.” Hechos 1:15.</w:t>
      </w:r>
    </w:p>
    <w:p>
      <w:pPr>
        <w:pStyle w:val="ArticleBody"/>
        <w:jc w:val="left"/>
      </w:pPr>
      <w:r>
        <w:rPr>
          <w:rFonts w:ascii="Times New Roman" w:hAnsi="Times New Roman" w:eastAsia="Times New Roman" w:cs="Times New Roman"/>
        </w:rPr>
        <w:t>Pentecostésmi rikch’achin domingo kamachita rikuchin, sello churasqa kaptin, hinaspa pachak iskay chunka kurakakuna Dario-ta llullachirqanku chaykunaqa domingo kamachipi llulla sacerdocio-pa unanchaqninmi. Iskay t’aqakuna reyta llullachiqkunam rikuchisqa kachkan iskay apostata presidentekunawan hinaspa pachak iskay chunka apostata kurakakunawan. Chay iskay presidenteqa Danielwan kuska yupasqa kanku, paymi profeta. Chay iskay t’aqa Dario-ta llullachiqkunaqa huk t’aqa llulla profetakunata hinaspa huk t’aqa waqllisqa sacerdotekunata rikuchinku.</w:t>
      </w:r>
    </w:p>
    <w:p>
      <w:pPr>
        <w:pStyle w:val="ArticleScripture"/>
        <w:jc w:val="left"/>
      </w:pPr>
      <w:r>
        <w:rPr>
          <w:rFonts w:ascii="Times New Roman" w:hAnsi="Times New Roman" w:eastAsia="Times New Roman" w:cs="Times New Roman"/>
        </w:rPr>
        <w:t>¡Ay pastorkunamanta, pastoymi ovejakunata chinkachiqkuna, ch'iqrichiqkuna! nispa nin Señor. Chayrayku kayhinata nin Israelpa Diosnin Señor, runaykunata michiq pastorkunapaq: Qankunaqa flockoyta ch'iqrichirqankichik, qarqusqankichik, manataq watukuqchu kankichik; qhawariychik, noqaqa ruwasqaykichikpa mana allin kayninta qankunaman watukuq hamusaq, nispa nin Señor. Noqataq flockoypa puchuqninta tantachisaq llapa llaqtakunamanta, maymanchus paykunata qarqurqani chaymanta, kutichimusaq corralninkunaman; paykunaqa ruruchakunqaku, askhayakunqaku. Paykunapa hawanman michiqkunata churasaq paykunata michinankupaq; manaña manchakunqakuchu, manaña llakikunqakuchu, manataq pisiyaqchu kanqaku, nispa nin Señor. Qhawariy, p'unchaykuna hamun, nispa nin Señor, chaypacha Davidman huk allin Saphita sayarichisaq; huk Reytaq kamachinqa, allinta wiñanqa, hallp'apitaq taripayta cheq kaytawan ruwanqa. Paypa p'unchayninkunapi Judá qespichisqa kanqa, Israeltaq allin tiyasqa kanqa; kaymi sutin, maywanchus sutichasqa kanqa: SEÑOR, CHEQ KAYNIYKU. Chayrayku, qhawariy, p'unchaykuna hamun, nispa nin Señor, chaypacha manaña ninqakuchu: “Kawsanmi Señor, Egiptomanta Israelpa churinkunata orqomuq”; aswanqa ninqaku: “Kawsanmi Señor, Israelpa wasinpa mirayninta norte suyumanta orqomuq, pusamuqpas, hinallataq llapa llaqtakunamantapas maymanchus paykunata qarqurqani chaymanta”; paykunaqa kikinkupa hallp'ankupi tiyakunqaku. Sonqoymi ukhupi p'akikusqa profetakunarayku; llapa tulluykunapas katatatatan; machasqa runahinam kani, vinuwan atipasqa runahinapas, Señorrayku, paypa santu siminkunaraykupas. Hallp'aqa waq adulterio ruwaqkunawan hunt'asqam; juramentokunarayku hallp'aqa llakikun; ch'in pampapa sumaq chiqankuna ch'akipun; paykunapa puriyninku mana allinmi, kallpankupas mana cheqchu. Profetapas sacerdotepas qhelli kanku; arí, wasiypipas tarirqani paykunapa mana allin kayninta, nispa nin Señor. Chayrayku ñanninkuqa paykunapaq tutapi llusk'a ñankunahina kanqa; chayman qatiykachasqa kaspa urmanqaku; noqaqa paykunaman mana allinta apamusaq, watukuyninku watapi, nispa nin Señor. Jeremías 23:1–12.</w:t>
      </w:r>
    </w:p>
    <w:p>
      <w:pPr>
        <w:pStyle w:val="ArticleBody"/>
        <w:jc w:val="left"/>
      </w:pPr>
      <w:r>
        <w:rPr>
          <w:rFonts w:ascii="Times New Roman" w:hAnsi="Times New Roman" w:eastAsia="Times New Roman" w:cs="Times New Roman"/>
        </w:rPr>
        <w:t>Jeremíasq “watukuna watukuq” nisqanmantaqa, Dariosta sallqaqkunaq taripayninmi. Llullaq profetakunapaq, sacerdotekunapaqpas taripayninqa profético Simipi rimaymi. Hinaspapas, imaynan huk ismusqa sacerdociokunaqa Cristopa contranpi romano autoridadkunata pusarqan hinaspa sallqarqan, chay hinallataq Daniel suqta capítulo ukhupi conspirasiónqa chaylla profético cheqaq kayta rimashan.</w:t>
      </w:r>
    </w:p>
    <w:p>
      <w:pPr>
        <w:pStyle w:val="ArticleBody"/>
        <w:jc w:val="left"/>
      </w:pPr>
      <w:r>
        <w:rPr>
          <w:rFonts w:ascii="Times New Roman" w:hAnsi="Times New Roman" w:eastAsia="Times New Roman" w:cs="Times New Roman"/>
        </w:rPr>
        <w:t>Danielpa pichqa kaq qillqapi proféticopi siq’ikunam, kamachiq taripayninta rikuchin, chaymi domingopa kamachikuyninpi Republikano waqra hina kaqman, hinallataq Estados Unidos suyumanpas ruwakun. Chay taripayqa kimsakaq ¡Ay! nisqapi Islammanta hunt’akun, mayqinchus mana waqaychasqa uray llaqt’a pirqamanta suwa hina yaykusqa karqan. Danielpa kinsa kaq qillqapi domingopa kamachikuyninpa siq’inqa, Diospa llaqtanta chay pachallapi tukuy pachaman huk unancha hina hoqarisqata reqsichin. Soqta kaq qillqaqa, chay kikin historiapi llulla profetakunapaq ruwasqa taripaymanmi qhawarichkan.</w:t>
      </w:r>
    </w:p>
    <w:p>
      <w:pPr>
        <w:pStyle w:val="ArticleBody"/>
        <w:jc w:val="left"/>
      </w:pPr>
      <w:r>
        <w:rPr>
          <w:rFonts w:ascii="Times New Roman" w:hAnsi="Times New Roman" w:eastAsia="Times New Roman" w:cs="Times New Roman"/>
        </w:rPr>
        <w:t>Estados Unidospi Domingo kamachiypi, apostatakusqa protestante waqra iskay clasemanta ruwasqa kachkan: hukninmi yupaychana p’unchaw hina Domingo p’unchawta sayachin, huknintaq yanqa rimayllawan Sábado p’unchawta yupaychana p’unchaw hina sayachisqanta nin. Chaykunapa masinkuna Republicano waqra ukhupinmi Partido Demócratawan Partido Republicano kanku. Cristoq p’unchawninkunapi, chay iskay apostata waqrakunaqa saduceokunawan fariseokunawanmi rikch’achisqa karqanku. Darioq umallikusqanpi iskay apostata presidentekunapas pachak iskay chunka sacerdotekunapas protestantismo apostatakusqa waqrapa iskay categoriankunatam chayllataq rikuchinku. Willakuy rurasqa p’unchawpi cheqaqtapuni política runakuna kaspankupas, profético contextoqa rejsichinmi estado-ta llullachiqqa apostatakusqa religioso atiyniyuq kasqanta.</w:t>
      </w:r>
    </w:p>
    <w:p>
      <w:pPr>
        <w:pStyle w:val="ArticleBody"/>
        <w:jc w:val="left"/>
      </w:pPr>
      <w:r>
        <w:rPr>
          <w:rFonts w:ascii="Times New Roman" w:hAnsi="Times New Roman" w:eastAsia="Times New Roman" w:cs="Times New Roman"/>
        </w:rPr>
        <w:t>Historiaqa, Monte Carmelo nisqapi rikuchisqa hina, iskay laya llulla profetakunata reqsichin: Baalpa profetankuna hinallataq sacha-ashtaqa profetakuna (Ashtaroth). Huñusqallaqa iglesiatawan estadotawan huñunaymanta señalan, imaraykuchus Baalqa qhari diosmi, Ashtaroth-taq warmi diosmi. Qhipamanta Elíasqa Monte Carmelo llulla profetakunata wañuchirqan, hinaqtinmi Danielpa soqta kaq capítulo nisqapi confederación nisqankutaq leonkunapa t’oqoman wikch’uykusqa karqanku.</w:t>
      </w:r>
    </w:p>
    <w:p>
      <w:pPr>
        <w:pStyle w:val="ArticleScripture"/>
        <w:jc w:val="left"/>
      </w:pPr>
      <w:r>
        <w:rPr>
          <w:rFonts w:ascii="Times New Roman" w:hAnsi="Times New Roman" w:eastAsia="Times New Roman" w:cs="Times New Roman"/>
        </w:rPr>
        <w:t>Hinaspan Elíasqa paykuna-man nirqa: “Baalpa profetankunata hap’iychis; ama hukllapas qhespichunchu,” nispa. Hinaspan paykunaqa hap’irqanku; Elíasñataq uraykachirqan Kisón mayu wayq’u-man, chaypitaq wañuchirqan. 1 Reyes 18:40.</w:t>
      </w:r>
    </w:p>
    <w:p>
      <w:pPr>
        <w:pStyle w:val="ArticleBody"/>
        <w:jc w:val="left"/>
      </w:pPr>
      <w:r>
        <w:rPr>
          <w:rFonts w:ascii="Times New Roman" w:hAnsi="Times New Roman" w:eastAsia="Times New Roman" w:cs="Times New Roman"/>
        </w:rPr>
        <w:t>Kikin Monte Carmelo willakuyllapipas, Juan Bautista nisqawan rikuchisqa, pantachiq atiyqa ususim. Iskay willakuykunapas pantachiqkunata tusuqkuna kasqankuta reqsichin, ichaqa ofrendankuta muyurispanku Monte Carmelopi, utaq Herodespa machasqa cumpleaños fiestampi, maypicha Salomé pantachiy tusuyninta ruwarqan. Kuskanpi iskay siq’ikuna reqsichin iglesiapaqwan estadopaq huñunakuyninta, chaymi domingo leypi hunt’asqa rikurin; hinallataq Estados Unidos nisqapi apostatakusqa iglesiakunaqa Herodíaspa ususinkuna kasqankuta, paymi Jezabel, iskayninkupas catolicismota rikuchin. Herodespa cumpleañosninqa allpa animalpa soqta kaq reinopa tukukuyninta señalan, ichaqa chay pachallataq Biblia profecíapi qanchis kaq reinopa (Naciones Unidas) paqarikuynintapas señalan.</w:t>
      </w:r>
    </w:p>
    <w:p>
      <w:pPr>
        <w:pStyle w:val="ArticleBody"/>
        <w:jc w:val="left"/>
      </w:pPr>
      <w:r>
        <w:rPr>
          <w:rFonts w:ascii="Times New Roman" w:hAnsi="Times New Roman" w:eastAsia="Times New Roman" w:cs="Times New Roman"/>
        </w:rPr>
        <w:t>Saloméman atipaypa karan chaylla nisqapi Herodesqa Saloméman suyuyninpa kuskanta qonanta ari nin; chaywanqa qanchis ñiqin reinoqa huk kuska iglesiatawan huk kuska estadotawan huñusqa kasqanta reqsichin. Reinoqa qallarin Juanpa uman Herodiasman entregasqa kaptin. Chayraykun qanchis ñiqin reinoqa Apocalipsis qanchis chunka qanchisniyuq capítulopi rikuchisqa kachkan, ichik pacha hinalla qatipaq hina. Domingo kamachiy patapi kimsantin huñuymi churayman churasqa kan, chaypim chunka reykuna acuerdonta ruwanku pisi pacha kawsayninkuq reino nirqankuta bestiaman qoykuyta huk “hora”paq. Chay huk “hora”qa domingo kamachiy sasachakuypa “horan”mi, Estados Unidospi qallarispa Michael hatarimunankama tukukun.</w:t>
      </w:r>
    </w:p>
    <w:p>
      <w:pPr>
        <w:pStyle w:val="ArticleScripture"/>
        <w:jc w:val="left"/>
      </w:pPr>
      <w:r>
        <w:rPr>
          <w:rFonts w:ascii="Times New Roman" w:hAnsi="Times New Roman" w:eastAsia="Times New Roman" w:cs="Times New Roman"/>
        </w:rPr>
        <w:t>Chunka qhawarirqanki chay chunka waqrayuqkunaqa chunka kurakkunam, mana chaskirqankuchu kurak suyutaqa kaykama; ichaqa uywayuq kasqankuta hina kurakkunaqa huk pisi p’unchawta chaskinqaku chay sach’a animalwan kuska. Paykunaqa huk yuyayllayuqmi kanku, hinaspa atiynta kallpantawanmi chay sach’a animalman qunqaku. Paykunaqa Oveja-Wawawan maqanakunqaku, ichaqa Oveja-Wawaqa atipanquam paykunata: payqa kurakkunap Kurakninqa, reykunap Reyninqa kasqanrayku; hinaspa paywan kuska kaqkunaqa waqyasqa, akllasqa, hinaspa iñiyniyuqmi kanku. Apocalipsis 17:12–14.</w:t>
      </w:r>
    </w:p>
    <w:p>
      <w:pPr>
        <w:pStyle w:val="ArticleBody"/>
        <w:jc w:val="left"/>
      </w:pPr>
      <w:r>
        <w:rPr>
          <w:rFonts w:ascii="Times New Roman" w:hAnsi="Times New Roman" w:eastAsia="Times New Roman" w:cs="Times New Roman"/>
        </w:rPr>
        <w:t>Chunka kamachiqkuna, Herodeswan rikuchisqa, qanchis kaq qhapaq suyu paqariynin p’unchawpi acuerdonta ruwanku mitad kaq qhapaq suyunkuta uywaman qunankupaq domingo kamachiy sasachakuy pachapi, chaymi “huk hora” nisqa hina rikuchisqa. Chay “hora”pi qillqasqa makin qelqa Belshazzarpa pirqanpi qillqasqa kachkan. Chay “hora”pi Sadrac, Mesac, Abednego ima nina hornoman wikch’usqa kanku, hinallataq pukuy phuyu ukunpi hoqarisqa kanku, Apocalipsis chunka hukniyuq capítulo iskay testigokuna hina. Kimsa kutin hukllachasqa tinkuyqa hallp’a uywa rurachkan llullakuyninwan huñusqa, paymi hanaq pachamanta ninata uraykachimun runakunapa ñawpaqenpi.</w:t>
      </w:r>
    </w:p>
    <w:p>
      <w:pPr>
        <w:pStyle w:val="ArticleScripture"/>
        <w:jc w:val="left"/>
      </w:pPr>
      <w:r>
        <w:rPr>
          <w:rFonts w:ascii="Times New Roman" w:hAnsi="Times New Roman" w:eastAsia="Times New Roman" w:cs="Times New Roman"/>
        </w:rPr>
        <w:t>Hinaspan huk uywata rikurirqani allpamanta lluqsimuqta; payqa iskay waqrayoq karqa ovejacha hina, rimarqataq dragón hina. Hinaspan ñawpaq uywapa llapa atiyninta ñawpaqninpi rurarin, allpatawan chaypi tiyaqkunatapas ñawpaq uywata yupaychanankupaq kamachin, wañuylla k’irisqan hampisqa kasqanta. Hatun musphana ruwaykunatapas rurarin, runakunapa ñawpaqninpi hanaq pachamanta ninata allpaman urayachimunankama. Hinaspan allpapi tiyaqkunata pantachin chay milagrokunawan, ñawpaq uywapa qayllanpi rurananpaq atiyniyoq kasqanrayku; allpapi tiyaqkunata nispa, espadawan k’irisqa kaspa kawsarimuq uywapaq huk rikch’ayninta rurachun nispan. Apocalipsis 13:11–14.</w:t>
      </w:r>
    </w:p>
    <w:p>
      <w:pPr>
        <w:pStyle w:val="ArticleBody"/>
        <w:jc w:val="left"/>
      </w:pPr>
      <w:r>
        <w:rPr>
          <w:rFonts w:ascii="Times New Roman" w:hAnsi="Times New Roman" w:eastAsia="Times New Roman" w:cs="Times New Roman"/>
        </w:rPr>
        <w:t>Kay pachaqa llullakusqa kachkan, manam ancha milagrokunawanchu, aswanpas “chay milagrokunapa ruwanakunaq mediokunawanmi” paypa atiy karqan ruwanampaq. “Chay milagrokunapa ruwanakunaq mediokuna” nisqa rimayqa yapasqa kashan, ichaqa milagrokunamanmi allin énfasis churaykun, chaytataq allinta qhawarispa reparananchik tiyan. Imayna llulla willakuyqa (hanaq pachatamanta nina), kay pachata llullachin, chayta reqsiyqa ancha importante, imaraykuchus kunanqa cheqaqtapuni chay historiapi kashanchik maypichus kay hallp’a pachapi llaqtakuna hipnotizasqa kachkanku huk “supercarretera de información” nisqawan, mayqantaq kay hallp’a pachapa globalista qhatuq runakuna kamachinku hinaspa manipulasqanku. Chay yachasqapaqmi qhipa qillqakunakama saqesunchik, ichaqa kunanqa sapallanta reqsichishanchik presidentekunapa hinaspa principikunapa llullaynin, mayqanmi Dariuspa contranpi rurakurqan, sapaq proféticotaqmi, ashka tinkisqa elementokunayoq, mayqankunataq reqsinasqa kanku.</w:t>
      </w:r>
    </w:p>
    <w:p>
      <w:pPr>
        <w:pStyle w:val="ArticleBody"/>
        <w:jc w:val="left"/>
      </w:pPr>
      <w:r>
        <w:rPr>
          <w:rFonts w:ascii="Times New Roman" w:hAnsi="Times New Roman" w:eastAsia="Times New Roman" w:cs="Times New Roman"/>
        </w:rPr>
        <w:t>Kimsa kuti huñusqa t’aqanakuyqa Salomépa munaychasqa tusuyninwan llullachisqa kasqanrayku huñusqa karqan, Herodespa p’unchayninpi apu kamachiqkunapa ñawpaqenpi. Pilatoman chay llullachiyqa qatiykusqa karqan, iskay rikch’aynin kasqanwan: Cristoq llaqtapa kamachiy atiynin contra hatarichiyta hinaspa chayta kallpachayta ruwasqanmanta tumpasqa kasqan, hinallataq religioso kamachiy atiynin contra Diosta musphachisqanmanta. Chay historiapi kimsa awqakuna huñumusqaku. Romano atiynin (estado), Barrabás, llulla Cristo (llulla profeta), hinaspa kutirikusqa judío iglesian (la bestia). Kutirikusqa iglesiaqa Romano autoridadta (estado) llullachirqan, iskay sapa llullawan: hatarichiy hinaspa Diosta musphachiy.</w:t>
      </w:r>
    </w:p>
    <w:p>
      <w:pPr>
        <w:pStyle w:val="ArticleBody"/>
        <w:jc w:val="left"/>
      </w:pPr>
      <w:r>
        <w:rPr>
          <w:rFonts w:ascii="Times New Roman" w:hAnsi="Times New Roman" w:eastAsia="Times New Roman" w:cs="Times New Roman"/>
        </w:rPr>
        <w:t>Darioqa, qipaman hina llullachiqninkunapa imaraykunata riqsichisqa kaspa, kallpachakusunmi Danielta leonkunaq t’uqunman wikch’unanpaq. Danielqa, Diospa leyninman kasukusqanrayku, estadopa leyninta p’akisqa. Darioman apasqa llullakuyninqa, Darioq hatunchakusqanta hoqarispa hunt’asqa karqan, chaymi mana llullachiqninkunapa imaraykunata riqsiyta atirqanchu. Danielmanta leonkunapa t’uqunwan willakuypi llulla kaypas engañu kaypas, Diosman kasukuyta Diospa contran rimayta hinataq wakch’akuyta sut’inchanku; chayqa cruzpi kasqa iskay sapa engañuyninwan kaqllam karqan, chaymanta cruzpa señalanqa domingo leypa señalanwan tinkun.</w:t>
      </w:r>
    </w:p>
    <w:p>
      <w:pPr>
        <w:pStyle w:val="ArticleBody"/>
        <w:jc w:val="left"/>
      </w:pPr>
      <w:r>
        <w:rPr>
          <w:rFonts w:ascii="Times New Roman" w:hAnsi="Times New Roman" w:eastAsia="Times New Roman" w:cs="Times New Roman"/>
        </w:rPr>
        <w:t>Religiónman llullachiq atiyninpa castigonqa Bibliamanta profecíapi rimaymi, hinallataq religiónman atiyninqa estadopa atiyninta llullachisqanpas.</w:t>
      </w:r>
    </w:p>
    <w:p>
      <w:pPr>
        <w:pStyle w:val="ArticleScripture"/>
        <w:jc w:val="left"/>
      </w:pPr>
      <w:r>
        <w:rPr>
          <w:rFonts w:ascii="Times New Roman" w:hAnsi="Times New Roman" w:eastAsia="Times New Roman" w:cs="Times New Roman"/>
        </w:rPr>
        <w:t>“Runakuna rikuanku paykuna pantachisqa kasqankuta. Huknin hukninman tumpanku paykunata chinkayman pusasqankurayku; ichaqa llapan hukllachasqa kananku ministrukunapa hawanman aswan hayraq millay huchachayninkuta qutuchispa. Mana cheqaq micheqkuna llamp’u simikunata willakusqaku; uyariqnin-kunata pusarqaku Diospa kamachisqanta mana valichinankupaq, hinaspa pichus ch’uyata waqaychayta munasqankuta qatikachinankupaq. Kunanqa, paykunapa mana atiyllapa llaquyninpi, kay yachachiqkuna llapan pacha qayllapi lluqsichinku pantachiy llamk’asqankuta. Aypa runakuna phiñasqa hunt’asqa kanku. ‘Chinkasqañam kanchik!’ nispa waqyarinku, ‘qamkunaqa ñak’ayniykupa sababninqam kankichik;’ hinaspa kutirinku llulla micheqkunaman. Kikinkuna, ñawpaqta paykunata aswan admiraywan qawarisqakuna, paykunapa hawanman aswan manchay millay ñakay simikunata rimarinqaku. Kikinkuna makikuna, ñawpaqta laureleswan paykunata coronarqaku, kunanqa oqarisqa kanqa paykunapa wañuchiyninpaq. Espadakuna, Diospa runankunata wañuchinankupaq kasqakuna, kunanqa ch’aqwayuqkunata tukuchinankupaqmi apaykachkanku. Maypipas ch’aqwaymi, yawar unuypas kan.” The Great Controversy, 655.</w:t>
      </w:r>
    </w:p>
    <w:p>
      <w:pPr>
        <w:pStyle w:val="ArticleBody"/>
        <w:jc w:val="left"/>
      </w:pPr>
      <w:r>
        <w:rPr>
          <w:rFonts w:ascii="Times New Roman" w:hAnsi="Times New Roman" w:eastAsia="Times New Roman" w:cs="Times New Roman"/>
        </w:rPr>
        <w:t>Pruebapaq tiempo tukukuptinmi, runakunata pusaq religión umalliqkunaqa tikrasqa kanku, imaraykuchus paykunaq ovejankuna yachanku llullasqachu kasqankuta, religión umalliqkunapa mast’arichisqan llullaq rayku. Presidentekuna princesakunawan, ayllunkunantin, llullata mast’arichisqankumanta kaq hina kutichiy taripasqan hukllatañam muchurqanku. Elíasqa Carmelo Urqupi llulla profetakunata wañuchirqan hina, chay kikin kutichiyqa rikuchisqa kachkan Apocalipsis chunka hukniyuq kapitulumanta “hatun allpachakuy” nisqapi, maypichus “qanchis waranqa” urmachisqa kanku.</w:t>
      </w:r>
    </w:p>
    <w:p>
      <w:pPr>
        <w:pStyle w:val="ArticleScripture"/>
        <w:jc w:val="left"/>
      </w:pPr>
      <w:r>
        <w:rPr>
          <w:rFonts w:ascii="Times New Roman" w:hAnsi="Times New Roman" w:eastAsia="Times New Roman" w:cs="Times New Roman"/>
        </w:rPr>
        <w:t>Chay pachallataq hatun allpa kuyuy karqan, llaqtapa chunka huknin kaqnintaq urmaykurqan, chay allpa kuyuypitaq qanchis waranqa runakuna wañuchisqa karqanku; puchuq kaqkunataq mancharisqaku, hanaq pacha Diosman hatunchayta qorqanku. Apocalipsis 11:13.</w:t>
      </w:r>
    </w:p>
    <w:p>
      <w:pPr>
        <w:pStyle w:val="ArticleBody"/>
        <w:jc w:val="left"/>
      </w:pPr>
      <w:r>
        <w:rPr>
          <w:rFonts w:ascii="Times New Roman" w:hAnsi="Times New Roman" w:eastAsia="Times New Roman" w:cs="Times New Roman"/>
        </w:rPr>
        <w:t>Hatun allpacha kuyuy, Francia Pukllay Hatun Tikraypa hunt’asqanpi, wañuchisqa qanchis waranqa runakunaqa Francia suyupi qhapaq apu kamachiqkunatan rikuchirqanku. Chay hatun allpacha kuyuy “hora”-npi, kayqa domingo kamachiy ley kasqanmanta, wañuchisqa qanchis waranqaqa qanchis p’unchay sábado waqaychaq Adventista runakunatan rikuchin, Roma-man qonqorikukuqkunata; imaraykuchus qanchis p’unchay Sábadopa responsabilidanta entiendenllaqa, domingo kamachiy ley chayamuchkaptin, uywa señalta chaskinku.</w:t>
      </w:r>
    </w:p>
    <w:p>
      <w:pPr>
        <w:pStyle w:val="ArticleScripture"/>
        <w:jc w:val="left"/>
      </w:pPr>
      <w:r>
        <w:rPr>
          <w:rFonts w:ascii="Times New Roman" w:hAnsi="Times New Roman" w:eastAsia="Times New Roman" w:cs="Times New Roman"/>
        </w:rPr>
        <w:t>“Sámadu p’unchaypa tikrasqanqa Romana iglesiapa kamachikuyninpa señalan, utaq unanchanmi. Pikunachus tawa kaq kamachiypa mañakusqanta entiendespa, cheqaq samana p’unchaypa rantinpi llulla samana p’unchayta waqaychayta akllanku, chaywanqa chay sapallan kamachiq atiyniyuqman yupaychayta qusanku, mayqanwanmi chayqa kamachisqa kashan. Uywaqpa unanchanqa papal samana p’unchaymi, mayqanchus Diospa churakusqan p’unchaypa rantinpi kay pachaq runakuna chaskisqanku.”</w:t>
      </w:r>
    </w:p>
    <w:p>
      <w:pPr>
        <w:pStyle w:val="ArticleScripture"/>
        <w:jc w:val="left"/>
      </w:pPr>
      <w:r>
        <w:rPr>
          <w:rFonts w:ascii="Times New Roman" w:hAnsi="Times New Roman" w:eastAsia="Times New Roman" w:cs="Times New Roman"/>
        </w:rPr>
        <w:t>“Ichaqa tayta mana chayamusqachu bestiapa señalninta chaskinapaq, imaynachus willakuypi sut’ichasqa kasqan hina. Pruebapa tiempoqa manaraq chayamusqachu. Sapa iglesiapi kachkan cheqaq cristianokuna, Romano Católico huñunakuypipas mana saqesqa. Mana pipas huchachasqa kanqachu kanankama k’anchayta chaskispa, tawa kaq kamachiypa obligacionninta rikunankukama. Ichaqa decreto lloqsimuptin llulla sábado nisqata kallpachananpaq, hinaspa kimsakaq angelpa hatun qapariynin runakunata willaykaptin bestiata yupaychanankumanta, hinallataq imagenninta, chayqa sut’inmanta rak’isqa kanqa llulla kaqwan cheqaq kaq. Chaymantapacha, mayqenkunachus huchallikuypi kachkanraq, chaykunan bestiapa señalninta chaskinqaku urqunkupi otaq makinkupi.”</w:t>
      </w:r>
    </w:p>
    <w:p>
      <w:pPr>
        <w:pStyle w:val="ArticleScripture"/>
        <w:jc w:val="left"/>
      </w:pPr>
      <w:r>
        <w:rPr>
          <w:rFonts w:ascii="Times New Roman" w:hAnsi="Times New Roman" w:eastAsia="Times New Roman" w:cs="Times New Roman"/>
        </w:rPr>
        <w:t>“Usqhay puriyninkunawanmi kay pacha-man qayllaykusunchik. Protestante iglesiakuna mana sagrado poderwan hukllachakuspa llulla religionta sayachinqaku, mayqenpa contranpi paykunapa ñawpaq ayllunkuna aswan sinchi qatiykachayta muchurqanku chayrayku; chaypim papal sábado niskata iglesiapaqwan estadopaqwan tantasqa atiniyninkuwan kamachisqa kanqa. Kananqa nación nisqapi apostasia kanqa, chaymi nación nisqapa tukunantaq millay waqlliyllapim tukukunqa.” Bible Training School, 2 febrero 1913.</w:t>
      </w:r>
    </w:p>
    <w:p>
      <w:pPr>
        <w:pStyle w:val="ArticleBody"/>
        <w:jc w:val="left"/>
      </w:pPr>
      <w:r>
        <w:rPr>
          <w:rFonts w:ascii="Times New Roman" w:hAnsi="Times New Roman" w:eastAsia="Times New Roman" w:cs="Times New Roman"/>
        </w:rPr>
        <w:t>“Qanchis waranqa” runakuna, hatun allpa kuyuy “hora”-pi —chayqa domingo kamachiymi— urmachisqa kaqkuna, chayllataqmi Elíaspa p’unchayninpi Jezabelman mana qonqorikuyta munasqa “qanchis waranqa” runakunawan tupachisqa kanku.</w:t>
      </w:r>
    </w:p>
    <w:p>
      <w:pPr>
        <w:pStyle w:val="ArticleScripture"/>
        <w:jc w:val="left"/>
      </w:pPr>
      <w:r>
        <w:rPr>
          <w:rFonts w:ascii="Times New Roman" w:hAnsi="Times New Roman" w:eastAsia="Times New Roman" w:cs="Times New Roman"/>
        </w:rPr>
        <w:t>Chayqaqpas ñoqa Israelpi qhiparirqani qanchis waranqa runakunata, llapa qonqorikuna Baalman mana qonqorikusqankuta, hinallataq sapa simipas payta mana much’asqanta. 1 Reyes 19:18.</w:t>
      </w:r>
    </w:p>
    <w:p>
      <w:pPr>
        <w:pStyle w:val="ArticleBody"/>
        <w:jc w:val="left"/>
      </w:pPr>
      <w:r>
        <w:rPr>
          <w:rFonts w:ascii="Times New Roman" w:hAnsi="Times New Roman" w:eastAsia="Times New Roman" w:cs="Times New Roman"/>
        </w:rPr>
        <w:t>Qanchis waranqa nisqaman ñawpaq willakuyqa huk cheqaq simi kasqankuta reqsichin, paykunaqa mana Jezabelman k’umuyta munarqankuchu; qhipa willakuytaq huk puchuq aylluta rikuchin, paykunaqa arí Jezabelman k’umunku. Papadoqa sumaq allpata atipan chay p’unchawpi (Apocalipsis chunka kimsañiqiyuqpi kay allpa uywata), Domingo kamachikuypi, huk claseqa “urmachisqa” kan, huk claseñataq Babiloniapa maki kamachisqanmantam qespin, imaraykuchus chaypacham Babiloniamanta lluqsimuy willakuy qallarin.</w:t>
      </w:r>
    </w:p>
    <w:p>
      <w:pPr>
        <w:pStyle w:val="ArticleScripture"/>
        <w:jc w:val="left"/>
      </w:pPr>
      <w:r>
        <w:rPr>
          <w:rFonts w:ascii="Times New Roman" w:hAnsi="Times New Roman" w:eastAsia="Times New Roman" w:cs="Times New Roman"/>
        </w:rPr>
        <w:t>Payqa sumaq allpamanpas yaykunkqa, achka nacionkunataq urmachisqa kanqaku; ichaqa kaykunaqa makinmanta qispinqaku: Edom, Moab, hinallataq Ammonpa churinkunamanta ñawpaq kaqkuna. Daniel 11:41.</w:t>
      </w:r>
    </w:p>
    <w:p>
      <w:pPr>
        <w:pStyle w:val="ArticleBody"/>
        <w:jc w:val="left"/>
      </w:pPr>
      <w:r>
        <w:rPr>
          <w:rFonts w:ascii="Times New Roman" w:hAnsi="Times New Roman" w:eastAsia="Times New Roman" w:cs="Times New Roman"/>
        </w:rPr>
        <w:t>Simi “naciones” nisqaqa yapasqa simim, imaraykuchus achka nacionesqa domingo kamachiypi manam “urmaykuchu”; ichaqa achka sapa-sapa Qanchis Punchaw Adventistakunaqa urmayanku, chay pachapi paykunalla kanku kinsa kaq angelpa k’anchayninman huchaychasqa kasqankuta mañakusqakuna. Paykunaqa “achkakuna” kanku, imaraykuchus paykunaqa Diospa sellonta chaskiqkunapa chawpinpi kananpaq waqyachasqa karqanku, ichaqa chay waqyasqankuta qicharparqanku.</w:t>
      </w:r>
    </w:p>
    <w:p>
      <w:pPr>
        <w:pStyle w:val="ArticleScripture"/>
        <w:jc w:val="left"/>
      </w:pPr>
      <w:r>
        <w:rPr>
          <w:rFonts w:ascii="Times New Roman" w:hAnsi="Times New Roman" w:eastAsia="Times New Roman" w:cs="Times New Roman"/>
        </w:rPr>
        <w:t>Hinaspan nirqan: Amigo, ¿imaynataq kayman yaykurqanki kasarakuy p’achaykita mana churakuspa? Payqa upallalla qhipariq. Chaymantataq reyqa sirviente-kunata nirqan: Makinta, chakinta wataychis, hinaspa apaspa, hawa tutayayman wikch’uychis; chaypim waqay kanqa, kiru t’uqsimuypas. Ashkhaqmi qayasqa kanku, pisillaqmi akllasqa kanku. Mateo 22:12–14.</w:t>
      </w:r>
    </w:p>
    <w:p>
      <w:pPr>
        <w:pStyle w:val="ArticleBody"/>
        <w:jc w:val="left"/>
      </w:pPr>
      <w:r>
        <w:rPr>
          <w:rFonts w:ascii="Times New Roman" w:hAnsi="Times New Roman" w:eastAsia="Times New Roman" w:cs="Times New Roman"/>
        </w:rPr>
        <w:t>Daniel qillqap suqta kaq capítulope, kurakakunapawan umalliq presidentekunap llullakuyninmi riqsichin, estadoq atiyninta pantachiq religioso atiypa muchuyninta.</w:t>
      </w:r>
    </w:p>
    <w:p>
      <w:pPr>
        <w:pStyle w:val="ArticleScripture"/>
        <w:jc w:val="left"/>
      </w:pPr>
      <w:r>
        <w:rPr>
          <w:rFonts w:ascii="Times New Roman" w:hAnsi="Times New Roman" w:eastAsia="Times New Roman" w:cs="Times New Roman"/>
        </w:rPr>
        <w:t>Hinaspan kamachirqan, chaymanta Danielta tumpaq runakunata apamurqanku; hinaspataq paykunata, wawan-kunatawan warminkunatawan, leonkunapa mach’ayninman wikch’uykurqanku. Leonkunataq paykunata atipaykurqanku, tukuy tullunkunatapas ñut’urqanku manaraq mach’ay uku pataman chayarqankuchu. Daniel 6:24.</w:t>
      </w:r>
    </w:p>
    <w:p>
      <w:pPr>
        <w:pStyle w:val="ArticleBody"/>
        <w:jc w:val="left"/>
      </w:pPr>
      <w:r>
        <w:rPr>
          <w:rFonts w:ascii="Times New Roman" w:hAnsi="Times New Roman" w:eastAsia="Times New Roman" w:cs="Times New Roman"/>
        </w:rPr>
        <w:t>Qatiq qillqapiqa Danielpa kitabunta hamuq qillqapiqa qatiqsunchis.</w:t>
      </w:r>
    </w:p>
    <w:p>
      <w:pPr>
        <w:pStyle w:val="ArticleScripture"/>
        <w:jc w:val="left"/>
      </w:pPr>
      <w:r>
        <w:rPr>
          <w:rFonts w:ascii="Times New Roman" w:hAnsi="Times New Roman" w:eastAsia="Times New Roman" w:cs="Times New Roman"/>
        </w:rPr>
        <w:t>¿Imatataq aswan rimasaq? pachaqa mana aypanmanchu Gedeonmanta, Barakmanta, Samsonmanta, Jephthaemanta, chaymantaqa Davidmanta, Samuelmanta, hinallataq profetakunamanta willanaypaq. Paykunaqa iñiywanmi suyukunata atipaykurqanku, chanin kayta rurakurqanku, aunisqakunata chaskirqanku, leonkunapa siminkunatapas wisqarqanku. Hebreos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Kimsa Chunka Kimsayoqnin Número</dc:title>
  <dc:subject>Diospa “Sellon” Domingo p’unchaw kamachiy willakuypi churakusqa: Daniel qillqapa 6 kaq kapitulumanta huk profetik huch’uychasqa qhawariy</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