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Pisqa Chunka Pichqa Yupanayuq</w:t>
      </w:r>
    </w:p>
    <w:p>
      <w:pPr>
        <w:pStyle w:val="ArticleSubtitle"/>
        <w:jc w:val="left"/>
      </w:pPr>
      <w:r>
        <w:rPr>
          <w:rFonts w:ascii="Arial" w:hAnsi="Arial" w:eastAsia="Arial" w:cs="Arial"/>
        </w:rPr>
        <w:t>Qhawariy: Gabrielpa Danielman rikuchisqan profético awaymanta qhawariy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Gabrielqa Danielman hamurqan, paya Jeremíaspa willakuyninpi qelqasqa qanchis chunka watayuq watukuyta, hinaspa Moisespa juramentonta, ñakasqa maldiciontapas entiendespata.</w:t>
      </w:r>
    </w:p>
    <w:p>
      <w:pPr>
        <w:pStyle w:val="ArticleScripture"/>
        <w:jc w:val="left"/>
      </w:pPr>
      <w:r>
        <w:rPr>
          <w:rFonts w:ascii="Times New Roman" w:hAnsi="Times New Roman" w:eastAsia="Times New Roman" w:cs="Times New Roman"/>
        </w:rPr>
        <w:t>Saminchayninpa ñawpaq wata kamachisqanpi, ñoqa Daniel librokunamanta yacharquni watakunapa yupayninta, maymantachus Señorpa simin Jeremías profetaman hamusqa, Jerusalén llaqtapa ch’usaqyayninkunapi qanchis chunka watata hunt’achinanpaq.... Arí, llapa Israel runakunaqa kamachiykita p’akisqaku, karunchakuspa, ama qampa simiykita kasukuspa; chayraykun ñoqaykuman maldición taqyasqa, hinallataq juramento, Diospa sirviqnin Moiséspa kamachisqan leypi qelqasqa kaqpas, paypa contranpi huchallikusqaykurayku. Paytaq siminkunata takyachirqan, ñoqaykumanta rimarisqankunata, hinallataq juezninchikkunamanta, ñoqaykuta juzgasqankunamanta, huk hatun mana allinta ñoqaykuman apamuspa; imaraykuchus tukuy hanaq pachapa uranpiqa mana hayk’aqpas rurasqachu karqan Jerusalén llaqtapi rurasqa hina. Imaynachus Moiséspa ley ninpi qelqasqa kasqanman hina, tukuy kay mana allikunaqa ñoqaykuman hamun; ichaqa mana Señor Diosninchikpa ñawpaqenpi mañakuyta rurarqanchikchu, mana allin rurayninchikkunamanta kutirikunanchikpaq, qampa cheqaq kayniykita entiendenanchikpaq. Chayraykun Señorqa mana allita qhawarispalla ñoqaykuman apamurqan; imaraykuchus Señor Diosninchikqa tukuy rurasqankunapi cheqanmi; ñoqanchikqa mana paypa siminta kasukurqanchikchu. Daniel 9:2, 11–14.</w:t>
      </w:r>
    </w:p>
    <w:p>
      <w:pPr>
        <w:pStyle w:val="ArticleBody"/>
        <w:jc w:val="left"/>
      </w:pPr>
      <w:r>
        <w:rPr>
          <w:rFonts w:ascii="Times New Roman" w:hAnsi="Times New Roman" w:eastAsia="Times New Roman" w:cs="Times New Roman"/>
        </w:rPr>
        <w:t>Danielpa llamk’asqan simin, “juramento” nisqaman tikrasqa, Moisespa llamk’asqan kikillan simim, “qanchis kuti” nisqaman tikrasqa, Levitico iskay chunka soqtayuqpi. Panay White willawanchik, qanchis chunka watayuq Jeremiaspa pachasqanwan iskay waranqa kimsa pachak watayuq pachasqanwan ima tinkuy kasqanta yachanapaqmi Daniel maskharqa qanchis isqonniyuq capitulopi. Gabrielqa pusayuq capitulopi kamachisqa karqa, iskay waranqa kimsa pachak p’unchaykunapa ricuy-nisqanta Danielman unanchachinampaq, hinaspan Gabrielqa llamk’ayninta tukuchin, qanchis isqonniyuq capituloman kutimuspa, Danielta willaspa, yuyaypi t’aqananpaq iskay ricuykunata, qanchis, pusaq, hinallataq qanchis isqonniyuq capitulokunapa imapaq rimaynin kasqankuta. Chay iskay ricuykunaqa 1798 watapi kichasqa “yachay yapakusqanpa” imapaq rimayninmi karqan.</w:t>
      </w:r>
    </w:p>
    <w:p>
      <w:pPr>
        <w:pStyle w:val="ArticleBody"/>
        <w:jc w:val="left"/>
      </w:pPr>
      <w:r>
        <w:rPr>
          <w:rFonts w:ascii="Times New Roman" w:hAnsi="Times New Roman" w:eastAsia="Times New Roman" w:cs="Times New Roman"/>
        </w:rPr>
        <w:t>Jeremías qelqashqan qanchis chunka watakuna hinallataq Moisespa “ñakay” nisqapas iskayninkuqa “qanchis kutikama” nisqapa unanchankuna kanku, Moisespa “juramento” nisqanwan rikuchisqa hina; ichaqa Gabrielqa iskay waranqa kimsa pachak watakunapa periodo rakiynta sut’inchanqa. Chayqa allinta rakisqa kayta atin sapallan maypachachus sarusqa kaymanta musquy (“chazon”) hinallataq rikurimuymanta musquy (“mareh”) allinta rakisqa kaptin. Gabrielqa qallariypi reqsichirqan judiokunapaq tawa pachak isqun chunka watayuq pruebay tiempo qosqa kasqanta. Chay periodoqa kikinmi karqan tawa pachak isqun chunka watayuq hatarikuypa periodo, mayqanmi qanchis chunka watayuq prision kayta paqarichirqan.</w:t>
      </w:r>
    </w:p>
    <w:p>
      <w:pPr>
        <w:pStyle w:val="ArticleBody"/>
        <w:jc w:val="left"/>
      </w:pPr>
      <w:r>
        <w:rPr>
          <w:rFonts w:ascii="Times New Roman" w:hAnsi="Times New Roman" w:eastAsia="Times New Roman" w:cs="Times New Roman"/>
        </w:rPr>
        <w:t>“Determinada” nisqa simi, iskay chunka tawaq versículopi, kimsa kaq kamachiy lluqsisqanmantapacha 457 a.C. watapi, Esteban rumiwan wañuchisqa kasqan kama 34 d.C. watapi, chay pacha p’unchayta riman; ichaqa “determinada” nisqa simi, iskay chunka suqtaq, qanchisniyuq versículokunapiqa, paganismo papalismowan kuska ch’usaqyachiq atiyninkunata reqsichin.</w:t>
      </w:r>
    </w:p>
    <w:p>
      <w:pPr>
        <w:pStyle w:val="ArticleScripture"/>
        <w:jc w:val="left"/>
      </w:pPr>
      <w:r>
        <w:rPr>
          <w:rFonts w:ascii="Times New Roman" w:hAnsi="Times New Roman" w:eastAsia="Times New Roman" w:cs="Times New Roman"/>
        </w:rPr>
        <w:t>Iskay chunka iskay semana qhipamanqa Mesíasqa kuchusqa kanqa, ichaqa manam paypaqchu: hamuq kamachiqpa runankunataq llaqtatawan santuariyutawan thuñichinqaku; tukukuynintaq unu lloqsimuyniyoq hina kanqa, warapa tukukuyninkamaqmi ch’usaqyachiykuna nisqa kachkan. Hinaspan huk semanapaq achkakunawan rimayta sayachinqa; semanapa chawpinpitaqmi sacrificiota ofrendatapas tukuchinqa, millay abominaciónkuna mast’arikusqanraykutaq ch’usaqyachisqa ruwasqa kanqa, tukukuyninkama, chay kamachisqa castigo ch’usaqchasqa pataman warqosqa kanan kama. Daniel 9:26, 27.</w:t>
      </w:r>
    </w:p>
    <w:p>
      <w:pPr>
        <w:pStyle w:val="ArticleBody"/>
        <w:jc w:val="left"/>
      </w:pPr>
      <w:r>
        <w:rPr>
          <w:rFonts w:ascii="Times New Roman" w:hAnsi="Times New Roman" w:eastAsia="Times New Roman" w:cs="Times New Roman"/>
        </w:rPr>
        <w:t>Gabrielqa Danielta yachachin: “Mesías” nisqa “qichusqa” kasqan “qhipaman”, “hamunanpaq apuqpa llaqtan runakunaqa llaqtatawan churasqa wasitapas thuñichinqaku” nispa. Qhapaq mana iñiq Romaqa “llaqtatawan churasqa wasitapas” thuñichirqa chay muyuypi, mayqinchus 66 watamanta 70 d.C. watakama chiqapta kimsa wata kuskanmanta huk kuskan yapaq unayniyuq karqa. Gabrielqa reqsichinmi “awqanakuypa tukuyninqa” “unu lliphlliywan hina” kananta, hinallataq chay awqanakuyqa “ch’usakuykunamanta” kasqanta. Jerusalénpa contranpi churasqa wasipa contranpi ima awqanakuychus hunt’asqa karqa, chayqa paganismopa papalismopa saruchisqanmi karqa. Qallariypi Jerusalénta thuñichinanpaq kaq mana iñiq atiyniyuqqa Babilonia karqa, ichaqa Mesías chakatasqa kasqan qhipaman thuñichiq mana iñiq atiyniyuqqa mana iñiq Roma karqa. Ichaqa churasqa wasipa host nisqapa contranpi awqanakuyqa iskay ch’usachiq atiyniyuqkunawanmi hunt’asqa karqa, chay iskay ch’usachiq atiyniyuqkunamanta iskay kaqmi Escrituraspi papadoqa.</w:t>
      </w:r>
    </w:p>
    <w:p>
      <w:pPr>
        <w:pStyle w:val="ArticleBody"/>
        <w:jc w:val="left"/>
      </w:pPr>
      <w:r>
        <w:rPr>
          <w:rFonts w:ascii="Times New Roman" w:hAnsi="Times New Roman" w:eastAsia="Times New Roman" w:cs="Times New Roman"/>
        </w:rPr>
        <w:t>Papadonqa kaymi “llumpaq wan waqlliq muchuy” nisqaqa, paymi Daniel chunka hukniyuq qillqapi tawa chunka versiculopi rikuchisqa atiyniyuq, maypichus “llumpaqta purin hinaspa hawayninta pasarin” nisqa. Jerusalén llaqtata saruchiyqa Babiloniawan qallarirqan, hinaspa Moisés Deuteronomiopi tutayaq rimaykunata rimachiq fierro nacionwan sut’ichasqa kasqanman hina qatirqan; chaymanta qhepamanmi papadonqa hamurqan. Chay saruchiy tukukuyninkamaqa “ch’usaqyachiykuna” nisqakuna “kamachisqa” karqanku. Versículo iskay chunka qanchisniyuqpiqa, Cristoqa achkakunawan rimayta huk semanaqpaq takyachin. Chay semana chawpipiqa, kay pachapi sacrificiokuna ruwanankupaq sistemaqa tukukunman karqan, Cristo hanaq pacha santuario ukhupi hatun sacerdote hina ministerionta qallarisqanrayku. Judíokuna paykunapaq kuchusqa prueba pacha ukhupi mana kasukusqankuraykum, santuario llaqtawan yapamanta ch’usaqyachisqa kanan karqan.</w:t>
      </w:r>
    </w:p>
    <w:p>
      <w:pPr>
        <w:pStyle w:val="ArticleBody"/>
        <w:jc w:val="left"/>
      </w:pPr>
      <w:r>
        <w:rPr>
          <w:rFonts w:ascii="Times New Roman" w:hAnsi="Times New Roman" w:eastAsia="Times New Roman" w:cs="Times New Roman"/>
        </w:rPr>
        <w:t>Chay versículopi nin: “millay abominacionkuna mast’arisqanrayku ch’inman tukuchinqa, tukukuykama; chayta kamachisqaqqa ch’inchasqa patamanmi ichhuykusqa kanqa.” Judíokuna qhawarisqankumanta tiempo probacionniykuta hunt’aspa qochanpa patankama junt’achirqankupuni chaymantaqa, llaqtapas santuario pas waqlliych’asqa kanankupaqmi karqa guerrapa tukukuyninkama. “Tukukuypi” chay saruchasqa kachaypa 1798 watapi, “kamachisqa” karqan papadokuna wañuy heridata jap’iykunanpaq. Chaymantataq llaqtapas santuario pas kutichisqa, musuqmanta hatarichisqa kanankupaqmi karqa, imaynachus judíokuna kimsan decretokunawan cheqaq Babiloniamanta lloqsirqanku chay hina rikuchisqa kasqanman hina.</w:t>
      </w:r>
    </w:p>
    <w:p>
      <w:pPr>
        <w:pStyle w:val="ArticleBody"/>
        <w:jc w:val="left"/>
      </w:pPr>
      <w:r>
        <w:rPr>
          <w:rFonts w:ascii="Times New Roman" w:hAnsi="Times New Roman" w:eastAsia="Times New Roman" w:cs="Times New Roman"/>
        </w:rPr>
        <w:t>Chay chay awqapa tukukuyninkamaqa Jerusalén llaqtataqa papal atiyninmi sarusqa kanan karqa. Iskay waranqa kinsa pachak watapi ukhunpi sapaqchasqa pachakuna hinallataq profetapa pacha qillqakunaqa allinta entiendeyta atikunman chayllam, qanchis chunka watakunapa saruchisqa rikuchisqanpa tinkuynin entiendisqa kaptin, santuario nisqapa hinallataq ejército nisqapa kutichisqa rikuchisqanwan kuska. Moiséspa ñakay ñit’isqa rikuchisqanta mana chaskiyqa tantanakuy rikuchisqatapas mana chaskiychu. Qanchis chunka watakunapa rikuchisqanqa ch’iqichisqapa rikuchisqanmi. Iskay waranqa kinsa pachak watakunapa rikuchisqanqa huñusqapa rikuchisqanmi. Qanchis chunka watakunapa rikuchisqanqa ch’iqichisqapa “chazon” rikuchisqanmi, iskay waranqa kinsa pachak watakunapa rikuchisqantaq huñusqapa “mareh” rikuchisqanmi.</w:t>
      </w:r>
    </w:p>
    <w:p>
      <w:pPr>
        <w:pStyle w:val="ArticleScripture"/>
        <w:jc w:val="left"/>
      </w:pPr>
      <w:r>
        <w:rPr>
          <w:rFonts w:ascii="Times New Roman" w:hAnsi="Times New Roman" w:eastAsia="Times New Roman" w:cs="Times New Roman"/>
        </w:rPr>
        <w:t>Chayrayku, imataq Dios huñuchisqanta, ama runa t’aqachunchu. Marcos 10:9.</w:t>
      </w:r>
    </w:p>
    <w:p>
      <w:pPr>
        <w:pStyle w:val="ArticleBody"/>
        <w:jc w:val="left"/>
      </w:pPr>
      <w:r>
        <w:rPr>
          <w:rFonts w:ascii="Times New Roman" w:hAnsi="Times New Roman" w:eastAsia="Times New Roman" w:cs="Times New Roman"/>
        </w:rPr>
        <w:t>Iskay rikch’akuykunataqa proféticamente hukllachisqa kanku, chayrayku hukninta qhesachayqa iskaynintapas qhesachaymi. Kay cheqaq kayta reqsichin: Adventismo nisqaqa iskay waranqa kinsa pachak watapa profecíanta sayachisqankuta nispa rimariptinkupas, Adventismoq chawpi sayayninta qhesachisqanku, 1863 watapi “qanchis kuti” nisqata qhesachisqankuman hina cheqaqta. ¿Manachu judíokunaqa Diospa kamachikuyninta waqaychasqankuta niq karqanku? ¿Manachu ñawpa Israelqa Mesías hamunanta suyashankuta niq karqanku? Rimasqallaqa mana imapaqpas valenchu Diospa Simiyninta mana sayachiptinqa.</w:t>
      </w:r>
    </w:p>
    <w:p>
      <w:pPr>
        <w:pStyle w:val="ArticleBody"/>
        <w:jc w:val="left"/>
      </w:pPr>
      <w:r>
        <w:rPr>
          <w:rFonts w:ascii="Times New Roman" w:hAnsi="Times New Roman" w:eastAsia="Times New Roman" w:cs="Times New Roman"/>
        </w:rPr>
        <w:t>Milleritakuna qhipamanta 1844 watapi octubre killapa 22 p’unchayta iskay chunka kinsa pachak p’unchaykunapa tukukuynin hina riqsirirqanku, ichaqa hamut’ayninkuqa pisilla karqa. Mana hatun llakikuy qhipakama chayaraq hanak pacha santuario-manta k’anchay hamurqa, hinaspa Cristo chay p’unchaypi Aswan Santu Lugarpi rikurimusqanmanta. Mana chay p’unchay qhipakamaqa qawarirqankuchu kinsa kaq angelpa willakuyninta, nitaq Diospa kamachikuyninta.</w:t>
      </w:r>
    </w:p>
    <w:p>
      <w:pPr>
        <w:pStyle w:val="ArticleBody"/>
        <w:jc w:val="left"/>
      </w:pPr>
      <w:r>
        <w:rPr>
          <w:rFonts w:ascii="Times New Roman" w:hAnsi="Times New Roman" w:eastAsia="Times New Roman" w:cs="Times New Roman"/>
        </w:rPr>
        <w:t>Señorqa munarqan iskay chunka kimsayuq pachak watakunawan tinkisqa profétic k’anchayta yapayman wiñachiyta, hinaspataq 1856 watapiqa aswan achka k’anchayman punkuta kicharirqan; qanchis watakuna qhipamanmi Adventismo chay punkuta wisqarqan. Manaraqmi 11 septiembre 2001 qhipakama Señorqa profecía yachaqkunata Hiram Edsonpa qillqankunaman kutirichirqanchu, chaymantaq “qanchis kuti” nisqapa k’anchaynin yapamanta wiñayta qallariq.</w:t>
      </w:r>
    </w:p>
    <w:p>
      <w:pPr>
        <w:pStyle w:val="ArticleBody"/>
        <w:jc w:val="left"/>
      </w:pPr>
      <w:r>
        <w:rPr>
          <w:rFonts w:ascii="Times New Roman" w:hAnsi="Times New Roman" w:eastAsia="Times New Roman" w:cs="Times New Roman"/>
        </w:rPr>
        <w:t>Ishkay waranqa kimsa pachak watakunamanta willakuy qhispichisqanmanta, hinaspa iskay waranqa pichqa pachak iskay chunka watakunamanta willakuywan t’inkisqanta mana qhawariyta munaspa, Adventismoqa 1844 watapi octubre killapa 22 p’unchawta pisiyasqa, hunt’asqañachu hina mana llapanpi hamuqta entiendeq karqan.</w:t>
      </w:r>
    </w:p>
    <w:p>
      <w:pPr>
        <w:pStyle w:val="ArticleBody"/>
        <w:jc w:val="left"/>
      </w:pPr>
      <w:r>
        <w:rPr>
          <w:rFonts w:ascii="Times New Roman" w:hAnsi="Times New Roman" w:eastAsia="Times New Roman" w:cs="Times New Roman"/>
        </w:rPr>
        <w:t>Huk kutipi S. S. Snow churasqanmanta chakatasqa wañuynin p’unchayta allinta takyachiptin, 1844 watapi October 22 p’unchay riqsichisqa karqan.</w:t>
      </w:r>
    </w:p>
    <w:p>
      <w:pPr>
        <w:pStyle w:val="ArticleScripture"/>
        <w:jc w:val="left"/>
      </w:pPr>
      <w:r>
        <w:rPr>
          <w:rFonts w:ascii="Times New Roman" w:hAnsi="Times New Roman" w:eastAsia="Times New Roman" w:cs="Times New Roman"/>
        </w:rPr>
        <w:t>Yachaychispa hinallataq entiendenkichis, Jerusalén llaqtata kutichinapaq hinaspa hatarichinapaq kamachiy lluqsisqanmanta pacha, Mesías kamachiqman chayanankama qanchis semanakuna kanqa, hinaspa soqta chunka iskayniyuq semanakunapas; ñanpas yapamanta hatarichisqa kanqa, perqapas, sasa pacha ukhupipas. Hinaspa soqta chunka iskayniyuq semanakunamanta qhipamanqa Mesías wañuchisqa kanqa, ichaqa mana payraykuchu; hamuq kamachiqpa llaqtan runakunan llaqtatawan templotawan thuñichinqaku; tukukuyninpas unu llump’ay hina kanqa, hinaspa maqanakuypa tukukuyninkama ch’usaqyachiykuna nisqa kamachisqa kachkan. Paymi achka runakunawan huk semanapaq tratota sinchiyachinqa; hinaspa semanapa chawpinpitaq sacrificiotawan ofrendatapas sayachinqa, hinaspa millay mana yupaychaykunap mirasqanrayku ch’usaqyachisqa ruwanqa, tukukuyninkama, hinaspa chay kamachisqa kaqqa ch’usaqchasqa pataman jich’asqa kanqa. Daniel 9:25–27.</w:t>
      </w:r>
    </w:p>
    <w:p>
      <w:pPr>
        <w:pStyle w:val="ArticleBody"/>
        <w:jc w:val="left"/>
      </w:pPr>
      <w:r>
        <w:rPr>
          <w:rFonts w:ascii="Times New Roman" w:hAnsi="Times New Roman" w:eastAsia="Times New Roman" w:cs="Times New Roman"/>
        </w:rPr>
        <w:t>Miller runakunaqa allinta reqsirqaku chakatasqa kaypa chiqap p’unchayninta, chaymantataq iskay chunka kimsa pachak watakuna puchukayninpas reqsirisqa karqa. “Mesíaspa kuchusqa kanqa” nisqapas “simanapa chawpinpi”, maypichus Cristo “rimanakuyta” takyachirqan judíokunaqa kikinakupaq munasqa tiempo junt’ayninkuta hunt’asqankurayku, “millay abominaciónkuna mast’arikusqan” nisqawan rikuchisqa hina, chaypas reqsirisqa karqa. Chakatasqa kasqanqa tukurqan historiapi señasqa waymark hina, mayqenchus ancha allinmi karqa “Chisi Chawpi Qapariy” willakuypa reqsikuyninpaq.</w:t>
      </w:r>
    </w:p>
    <w:p>
      <w:pPr>
        <w:pStyle w:val="ArticleBody"/>
        <w:jc w:val="left"/>
      </w:pPr>
      <w:r>
        <w:rPr>
          <w:rFonts w:ascii="Times New Roman" w:hAnsi="Times New Roman" w:eastAsia="Times New Roman" w:cs="Times New Roman"/>
        </w:rPr>
        <w:t>Kay qillqakunapi tarikusqa k’anchay chayhina atipaq Diospa atiynin rikuchikuyta paqarichisqanman hina kaptinpas, Milleritakuna manam hayk’aqpas chay qillqakunata unanchayman chayarqankuchu, mayqinchus Danielpa munayninpi iskay rikch’ayninkunapa tinkuyninta unanchayta yuyarichirqan. Chay semanapi, maypichus Cristo rimanakuyta takyachirqan, iskay pacha rak’isqa karqan; chaytaqa Panay White qhepamanta sut’incharqan Cristopa kikin munayninpi kimsa wata soqtayoq killa kuskan ministerionta unanchasqanta, chaymanta qatiqtaq discipulokunawan rikuchisqa ministerionta. Paykunaqa rikurqanku cruzpa historiapi señaltaq hina chay October 22, 1844 p’unchaypa fechanta yachaypaq ancla tukusqanta; ichaqa manam rikurqankuchu chayqa iskay kikinkama kimsa wata soqta killa kuskan pacha yupaykunapa chawpinta hinallataq unanchasqanta, chayraykutaq “qanchis kutikuna” nisqata rikuchisqanta, mayqintachus Diosqa Moiseswan “rimanakuyninpa ch’aqwaynin” nispa suticharqan.</w:t>
      </w:r>
    </w:p>
    <w:p>
      <w:pPr>
        <w:pStyle w:val="ArticleScripture"/>
        <w:jc w:val="left"/>
      </w:pPr>
      <w:r>
        <w:rPr>
          <w:rFonts w:ascii="Times New Roman" w:hAnsi="Times New Roman" w:eastAsia="Times New Roman" w:cs="Times New Roman"/>
        </w:rPr>
        <w:t>Chaymantaraqmi noqapas qankunapa contraykipi purisaq, huchaykichejraykutaq qanchis kutikama astawan muchuchisaq. Hinaspataq qankunaman espada apamusaj, pactoyniypa cheqninchasqanta vengaq; llaqtaykichej ukhupi huñunasqa kashaqtikichejmi qankunaman onqoyta cachamusaj; hinaspataq awqaykichejpa makinman entregasqa kankichej. Levítico 26:24, 25.</w:t>
      </w:r>
    </w:p>
    <w:p>
      <w:pPr>
        <w:pStyle w:val="ArticleBody"/>
        <w:jc w:val="left"/>
      </w:pPr>
      <w:r>
        <w:rPr>
          <w:rFonts w:ascii="Times New Roman" w:hAnsi="Times New Roman" w:eastAsia="Times New Roman" w:cs="Times New Roman"/>
        </w:rPr>
        <w:t>Cristo achkawanmi askha runakunawan pacto-ta takyachispa, chay pactollawanmi mana kasukuq judío runakunawan phiñanakurqa. “Pactonpa phiñakuyninqa” qallarikurqa 723 a.C. watapi, asirios runakuna hanaq reino-ta prisionman apaqtinku; chaymantaq waranqa iskay pachak suqta chunka profético p’unchawkuna kamachikuyninpi, paganisimoqa cheqaq Israel-ta saruch’arqa. Chay saruch’aymantaq qatiqta hamurqa huk waranqa iskay pachak suqta chunka profético p’unchawkuna, papalismoqa espiritual Israel-ta saruch’aspa.</w:t>
      </w:r>
    </w:p>
    <w:p>
      <w:pPr>
        <w:pStyle w:val="ArticleBody"/>
        <w:jc w:val="left"/>
      </w:pPr>
      <w:r>
        <w:rPr>
          <w:rFonts w:ascii="Times New Roman" w:hAnsi="Times New Roman" w:eastAsia="Times New Roman" w:cs="Times New Roman"/>
        </w:rPr>
        <w:t>Profecíaq semana, maypin Cristo pactota takyachirqan, iskay chunka kimsa pachak watakunaq rikuchisqan hunt’akuyta chayachispa, pichqa waranqa iskay chunka watakunaq rikuchisqantapas reqsisqa karqan. Milleritakuna iskay chunka kimsa pachak watakunaq profecíamanta hina suficiente reqsirqanku, Chawpi Tutaq Qapariynin willakuyta allinta willanankupaq; ichaqa ajllakurqanku mana chaskiyta wakin k’anchayta, chayta Gabrielpa qheshwaqnin tawaq ñiqinpi yuyachinampaq munasqa karqan.</w:t>
      </w:r>
    </w:p>
    <w:p>
      <w:pPr>
        <w:pStyle w:val="ArticleBody"/>
        <w:jc w:val="left"/>
      </w:pPr>
      <w:r>
        <w:rPr>
          <w:rFonts w:ascii="Times New Roman" w:hAnsi="Times New Roman" w:eastAsia="Times New Roman" w:cs="Times New Roman"/>
        </w:rPr>
        <w:t>Gabrielqa Danielman yachachirqan iskay rikch’ayninkunata allinta t’aqayta (yuyaypi sapankama churayta), “asunto” hinataq “rikch’ay” hina nisqawan rikuchisqa; chay yachachiy hunt’akusqanman hina, Panin White willawanchis kayqa Danielpa kikin llakikuy apaynin kasqanta, payqa maskhaspa yachayta munarqan qanchis chunka semanakunaq (“qanchis kuti”pa unanchaqnin) iskay chunka kimsa pachak watakunawan ima tupanakuyninta.</w:t>
      </w:r>
    </w:p>
    <w:p>
      <w:pPr>
        <w:pStyle w:val="ArticleBody"/>
        <w:jc w:val="left"/>
      </w:pPr>
      <w:r>
        <w:rPr>
          <w:rFonts w:ascii="Times New Roman" w:hAnsi="Times New Roman" w:eastAsia="Times New Roman" w:cs="Times New Roman"/>
        </w:rPr>
        <w:t>Adventismoqa “qanchis kuti” nisqanta mana chaskisqanrayku, chaywan paykuna huk kasqapi churakusqaku, chaypiqa mana atirqakuchu entiendenankupaq ñawpaq tawa pachak isqun chunka watakuna pacha, iskay chunka kimsa pachak watakunamanta kuchusqa kasqan, Moisés sut’ichasqan “paypa rimaymanta rimanakuynin” nisqa pactopa hatarikuyninta rikuchisqanta.</w:t>
      </w:r>
    </w:p>
    <w:p>
      <w:pPr>
        <w:pStyle w:val="ArticleBody"/>
        <w:jc w:val="left"/>
      </w:pPr>
      <w:r>
        <w:rPr>
          <w:rFonts w:ascii="Times New Roman" w:hAnsi="Times New Roman" w:eastAsia="Times New Roman" w:cs="Times New Roman"/>
        </w:rPr>
        <w:t>Paykunataqa hark’asqas karqanku mana reqsinankupaqmi semana chawpipi chakatasqa wañuyninqa mana p’unchayllata reqsichisqantaqa, aswanpas reqsichirqanmi kikin chawpinta Cristoqa Israilpa mana kasukuyninwan rimanakusqanpi, rimanakuypa yawarninwan. Ñawsasqas kasharqanku mana reqsinankupaqmi cruzpi achkakunapaq hich’asqa yawarqa, paypa rimanakuyninta takyachispa, hinallataq takyachisharqan Levitico iskay chunka phisqayuq, iskay chunka suqta-niyuqpi churakusqa rimanakuytapas.</w:t>
      </w:r>
    </w:p>
    <w:p>
      <w:pPr>
        <w:pStyle w:val="ArticleBody"/>
        <w:jc w:val="left"/>
      </w:pPr>
      <w:r>
        <w:rPr>
          <w:rFonts w:ascii="Times New Roman" w:hAnsi="Times New Roman" w:eastAsia="Times New Roman" w:cs="Times New Roman"/>
        </w:rPr>
        <w:t>Ñawpa Israel runakuna huk rimayniyuq kamachiyta umallirqanku; chaypi kikinkuna chay kamachiyta sut’ichirqanku kay willakuywan: “Tukuy imata Señor nisqantaqa, ruwasaqku,” nispa; ichaqa mana yachaspaqchu karqanku, Cristo qoykushasqan kamachiyqa munasqanta, Kamachisqanta sonqoman qillqasqa kananpaq. Fariseokunapa hina chay kamachiypa siminkunata sut’ichisqankurayku, cheqaq kamachiyta entiendenankupaq hinaspa chaskinankupaq hark’asqa karqanku.</w:t>
      </w:r>
    </w:p>
    <w:p>
      <w:pPr>
        <w:pStyle w:val="ArticleBody"/>
        <w:jc w:val="left"/>
      </w:pPr>
      <w:r>
        <w:rPr>
          <w:rFonts w:ascii="Times New Roman" w:hAnsi="Times New Roman" w:eastAsia="Times New Roman" w:cs="Times New Roman"/>
        </w:rPr>
        <w:t>Kunan pacha Israelqa, chay semanaq chawpinpi cruzpa yawarninmanta rimayta hinam sut’icharqan, chaymi kunan pacha Israelman kikin ñawsa kayta apamun, imaynan unay Israelman karqan Mesías-ta mana chaskispa, “manam rey­niyuqchu, Césarllam rey­niyku” nisqankukama.</w:t>
      </w:r>
    </w:p>
    <w:p>
      <w:pPr>
        <w:pStyle w:val="ArticleBody"/>
        <w:jc w:val="left"/>
      </w:pPr>
      <w:r>
        <w:rPr>
          <w:rFonts w:ascii="Times New Roman" w:hAnsi="Times New Roman" w:eastAsia="Times New Roman" w:cs="Times New Roman"/>
        </w:rPr>
        <w:t>Israel kunan p’unchawpiqa mana rikunchu chay historiata Gabriel Danielman sut’inchasqanta, mana ñawpaqllachu covenantota takyachisqanta apamun, aswanpas chay covenantota mana chaskiqkunaman chayasqa ch’iqiytapas; imaraykuchus chay versículokuna reqsichin pagano Romaqa (hamuq príncipe), llaqtatawan santuario-tapas thuñichinanpaq kasqanta, hinallataq guerraq tukukuyninkama (mayqinchus santuario-ta anfitrión-tawan saruchkarqan) “desolaciones,” pluralpi, kamasqa kasqanta.</w:t>
      </w:r>
    </w:p>
    <w:p>
      <w:pPr>
        <w:pStyle w:val="ArticleBody"/>
        <w:jc w:val="left"/>
      </w:pPr>
      <w:r>
        <w:rPr>
          <w:rFonts w:ascii="Times New Roman" w:hAnsi="Times New Roman" w:eastAsia="Times New Roman" w:cs="Times New Roman"/>
        </w:rPr>
        <w:t>Cristoqa askhanakunawan pactota allinta sayachinanpaq yawarninta hich’aspasqa historiapiqa, iskay ch’usaqchay atiykunaqa—pagano Romapas papal Romañataqpas—sut’inchasqa kanku. Chakatanapi hich’asqa yawarqa imatachus Cristo hanaq pacha santuarioman apan, chaymi paypa llamk’asqanta unanchan, chay llamk’aynintaq “mareh” sutiyuq iskay chunka kinsa pachak watakunapa rikuywan reqsichisqa kachkan. Chay historiaqa “chazon” sutiyuq iskay waranqa pichqa pachak iskay chunka watakunapa rikuy historiaywan awasqa kachkan, santuariota hostetapas saruch’ananpaq iskay ch’usaqchay atiykunawan reqsichisqa hina.</w:t>
      </w:r>
    </w:p>
    <w:p>
      <w:pPr>
        <w:pStyle w:val="ArticleBody"/>
        <w:jc w:val="left"/>
      </w:pPr>
      <w:r>
        <w:rPr>
          <w:rFonts w:ascii="Times New Roman" w:hAnsi="Times New Roman" w:eastAsia="Times New Roman" w:cs="Times New Roman"/>
        </w:rPr>
        <w:t>Millerpa musquyninpi cheqaqhina rikuchisqa chiqaqkuna inti hina lliphipirqanku, ichaqa mana hunt’asqachu karqanku. Qhepa p’unchaykunapi, Chawpi Tuta Waqyay kikin qillqasqa simikama kutichisqa kaptin, chay kikin musquykuna “allpa pichana Qhari” nisqawan musuq, aswan hatun kajonman churakunku, hinaspataq ñawpaqmanta chunka kuti aswan lliphiykunku. Chaykuna tukunku qhepa Chawpi Tuta Waqyay willakuypa pruebanman. Chay musquykuna sut’inchasqa karqanku Habacucpa willasqan iskay testigokunawan, tablaskuna hina. 1843 watayuq hinaspa 1850 watayuq ñawpaq pionerokunapa iskay tablankuna huknin patanpi huknin churakuspa “siq’imanta siq’iman” nisqahinata mast’arichisqa kaqtin, Millerpa musquyninkuna sut’inchasqa rikurinku, chayta ruwaspataq chay musquykuna qhepa Chawpi Tuta Waqyay willakuyta rikuchinku.</w:t>
      </w:r>
    </w:p>
    <w:p>
      <w:pPr>
        <w:pStyle w:val="ArticleBody"/>
        <w:jc w:val="left"/>
      </w:pPr>
      <w:r>
        <w:rPr>
          <w:rFonts w:ascii="Times New Roman" w:hAnsi="Times New Roman" w:eastAsia="Times New Roman" w:cs="Times New Roman"/>
        </w:rPr>
        <w:t>Iskay tabla iskayninpi kaq aswan achka cheqaqkunam 1844 wataman ñawpaqta hunt’asqa profecíakunata rikuchin, hinaqa Daniel qanchis kaqpi, pusaq kaqpi animalakunapa reqsichisqan hina. Daniel iskay kaqpa imagen-ninpas rikuchisqam. Roma-chu icha Antioquus Epífanes-chu visiónta sayachin nispa rimanakuyqa chaypim kachkan. Ñawpaq llakisqa suyakuypas, Habacucpa unaychasqa pacha, chunka sipaskunapaqpas chaypim kachkan. Kinsa kaq angelpa chayamunqanpas chaypim kachkan, hinallataq hanaq pacha santuario-pas. “Sapa p’unchay” paganismopa señalanan hina chaypim kachkan. Hinallataq, Islampa kimsa Ay-ninkunapas chaypim kachkan. Huñusqa kaspanku, tabla-kunaqa “yachay yapakusqan” nisqapa huk rikuchisqanmi kanku, chayqa Judá ayllupa Leon-nin huk profecía cheqaqta kicharispa mana sellosniyoqtaq ruwaptin pasaqmanta.</w:t>
      </w:r>
    </w:p>
    <w:p>
      <w:pPr>
        <w:pStyle w:val="ArticleBody"/>
        <w:jc w:val="left"/>
      </w:pPr>
      <w:r>
        <w:rPr>
          <w:rFonts w:ascii="Times New Roman" w:hAnsi="Times New Roman" w:eastAsia="Times New Roman" w:cs="Times New Roman"/>
        </w:rPr>
        <w:t>Ulai Mayu rikch’ayninmanta yuyaychasqanchista tukuchkaspanchik, chay mayuqa tukuy pacha tukukuyninpi, 1798 watapi, kicharisqa profétiko yachaypa unanchaqnin kasqanta, chay yachaymi wiñarispa William Millerpa musquyninpi mushuq, aswan hatun cajonpi joyakuna junt’achiq karqan, kunanqa kutimusaqku Milleritakunapa cheqaq yachachikuykunaman, paykunapa historiankupi mana hunt’asqa karqankuman. Wakinkunaqa paykuna kawsasqan historiapa pacha kasqanrayku mana hunt’asqa saqisqa karqanku, wakinkunataq mana hunt’asqa saqisqa karqanku, kinsa kaq angelpa ñawpaqman puriq k’anchayninwan kuska puriyta mana munaspa mana kasukusqankurayku.</w:t>
      </w:r>
    </w:p>
    <w:p>
      <w:pPr>
        <w:pStyle w:val="ArticleBody"/>
        <w:jc w:val="left"/>
      </w:pPr>
      <w:r>
        <w:rPr>
          <w:rFonts w:ascii="Times New Roman" w:hAnsi="Times New Roman" w:eastAsia="Times New Roman" w:cs="Times New Roman"/>
        </w:rPr>
        <w:t>Kay qhipa qillqapi kaykunataqa qatiqllam risunchik.</w:t>
      </w:r>
    </w:p>
    <w:p>
      <w:pPr>
        <w:pStyle w:val="ArticleScripture"/>
        <w:jc w:val="left"/>
      </w:pPr>
      <w:r>
        <w:rPr>
          <w:rFonts w:ascii="Times New Roman" w:hAnsi="Times New Roman" w:eastAsia="Times New Roman" w:cs="Times New Roman"/>
        </w:rPr>
        <w:t>“Diospa kachamusqan runakunaqa runallam kanku, ichaqa imam kayninmi apamusqanku willakuyqa? ¿Atinkichu kutiriyta, utaq pisichayta, chay willaykunaq waqyayninmanta, Dios mana tapusunkichu imam aswan munasqa kanman chaymanta? Diosqa qayarin runakunata rimananpaq, sinchita qaparinanpaq, mana qhispichispalla. Diosqa hatarichirqan kachaqninkunata kay p’unchawkunaq ruwanasqan ruwanankupaq. Wakinkunaqa Cristoq chanin kayninmanta willakuyta saqerqanku runakunata huch’uychaspa, paykunaq pantasqankunata qhawarispa, imaraykuchus mana llapa munasqa suma kaywan, allin allichasqa rimaywanpas cheqaq kay willakuyta rimankuchu. Ancha kallpachasqam kanku, ancha sonqowan hap’ipakusqam kanku, ancha takyaqta rimanku; chaymi achka sayk’usqa hinaspa ñak’arichisqa almaskunaman hampiyta, kawsayta, sonqochakuyta apamunanpaq kaq willakuyqa huk tupuqarqa qarqusqahina qhiparun. Imanasqa chayllataq, kallpayuq runakuna kikinkuq sonqonkuta wichq’aspa, kikinkuq munayninkuta sayarichispa Diospa nisqanman awqanakuptinku, chayhinallataq kallpachakunkumanmi qichuyta chay k’anchaypa huk rayunta, k’anchaypaq hinaspa kawsachiq kallpapaa unaymanta munaspa mañakusqankumanta. Cristoqa qillqarqan llapa ch’ulla, hatun sonqoyuq, asipayaq rimaykunata kamachisqan runankunapaq rimarisqankuta, kikinpaq rimarisqankunahinata.”</w:t>
      </w:r>
    </w:p>
    <w:p>
      <w:pPr>
        <w:pStyle w:val="ArticleScripture"/>
        <w:jc w:val="left"/>
      </w:pPr>
      <w:r>
        <w:rPr>
          <w:rFonts w:ascii="Times New Roman" w:hAnsi="Times New Roman" w:eastAsia="Times New Roman" w:cs="Times New Roman"/>
        </w:rPr>
        <w:t>“Kimsa angelpa willakuyninqa mana unanchasqa kanqachu; kay allpa kikin hatun k’anchayninwan k’anchachinanpaq k’anchayqa, llulla k’anchay sutichasqa kanqa, chay wiñaq k’anchayninpi puriyta mana munaspa qhepachakuqkunapaq. Ruwasqa kayman karqan chay llank’ayqa, cheqaq kayta qhespichiqkunapa mana iñisqankurayku mana ruwasqa saqisqa kanqa. Qankunata, cheqaq k’anchayta hark’aqkunata, valichisqayku Diospa llaqtanpa ñanninkumanta suqllaykuychis. Hanaq pacha kachamusqan k’anchayqa paykunaman sut’i, takyaq rayokunawan lliphipichun. Diosqa qankunata, pikunaman kay k’anchay chayamun, chayta imayna llamk’achisqaykichismanta mañakun. Mana uyariyta munaqkunaqa huchachasqa kanqaku; cheqaq kayqa paykunapa makinkuman chayasqa kaptinpas, paykunaqa aswan allin p’unchaykuna, atiyninkutaq pisipaq qhawarirqaku. Diospa llaqtanman kachamusqa willakuykunaqa Diosmanta kasqankuta qawachiq unanchayniyoq karqanku; Cristopa gloria, hatun kaynin, chanin kaynin, allin kaywan cheqaq kaywan hunt’asqa, rikuchisqa karqan; Jesus Cristo ukhupi Dios kaypa hunt’asqanqa sumaq kayninwan munay kayninwan ñawpaqman churakusqa karqan, mana chiqnikuywan sonqonkuta wisq’aqkunata llapanta munachinanpaq. Yachayku Diosqa noqayku ukhupi llamk’asqanta. Rikurqayku almas huchamanta chanin kayman tikrakuqta. Rikurqayku llakikuy sonqoyoqkunapa sonqonkupi iñiynin kawsarimusqanta. ¿Limpiasqa lepra onqoyoqkuna hinachu kanchis, ñanninkuta rispa, hukllataq kutimuspataq Diosman gloria qoyta? Aswanqa paypa allin kayninta rimarisun, hinaspa sonqowan, qillqawan, simiwanpas Diosta yupaychasun.” Review and Herald, 27 mayo,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Pisqa Chunka Pichqa Yupanayuq</dc:title>
  <dc:subject>Qhawariy: Gabrielpa Danielman rikuchisqan profético awaymanta qhawariy</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