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Yupay Pichqa Chunka Qanchisniyuq</w:t>
      </w:r>
    </w:p>
    <w:p>
      <w:pPr>
        <w:pStyle w:val="ArticleSubtitle"/>
        <w:jc w:val="left"/>
      </w:pPr>
      <w:r>
        <w:rPr>
          <w:rFonts w:ascii="Arial" w:hAnsi="Arial" w:eastAsia="Arial" w:cs="Arial"/>
        </w:rPr>
        <w:t>Qallarichispa Apocalipsispa proféticopa pakasqa yachayninkunata: tukukuy p’unchaykunapa profecíankunanta puriy huk ñanpi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Llapa profetakunaqa kay pachapa tukukuyninmanta rimanku, llapa profeciakunapas tantakuspa tukunku Apocalipsis libropi. Apocalipsis libropiqa, Daniel libropi hina kikin siq’ita hap’ipakullantaqmi, paykunam kikin libro kanku. Kay llapa profetismo prinsipio-kunaqa ñawpaq qillqasqa artikulukunapi sinchita qillqasqa kachkan. Apocalipsis libropiqa willasqanchikmi, probación wisq’ay tukuy manaraq chayashaqtin, huk profeciata sellasqa kasqanta, chaymanta kichasqa kananta. Kay artikulukunaqa rikuchisharqanku kunan kichakushan Apocalipsis libropi mensajeman tinkisqa profetismo imakunata. Chay mensajega manam sapallan huk profético cheqaq kaychu, aswanpas llapa imapas chay kichakushan mensajepa, Jesucristoq Apocalipsisninpa categoría nisqamanmi urman.</w:t>
      </w:r>
    </w:p>
    <w:p>
      <w:pPr>
        <w:pStyle w:val="ArticleBody"/>
        <w:jc w:val="left"/>
      </w:pPr>
      <w:r>
        <w:rPr>
          <w:rFonts w:ascii="Times New Roman" w:hAnsi="Times New Roman" w:eastAsia="Times New Roman" w:cs="Times New Roman"/>
        </w:rPr>
        <w:t>Willakuyqa kichasqa karqan allinta manaraq probación tukukuptin, maypachachus “tiempuqa qayllaña kashan” nisqa. Danielpa hinaspa Apocalipsispa librokuna, Profecía Espiritupa qelqasqanpi willakusqanwan kuska, ancha sut’ita rimanku imayna huk profétiko willakuy kichasqa kananmanta. Judá ayllumanta Leónmi chay kichayta ruwan, hinaspa chayta ruwaspanqa, huk allin wakichisqa ñanwanmi willakuyta rikuchin. Payqa Yayamanta chaskin willakuyta, paymi Biblia apaq hina rikuchisqa kashan qanchis sellokunawan sellasqa hina. Judá ayllumanta Leónqa, Davidpa saphinpas hinaspa wañuchisqa Corderopas kaspan, librotata Yayamanta hap’in hinaspa sellokunata hurqun.</w:t>
      </w:r>
    </w:p>
    <w:p>
      <w:pPr>
        <w:pStyle w:val="ArticleBody"/>
        <w:jc w:val="left"/>
      </w:pPr>
      <w:r>
        <w:rPr>
          <w:rFonts w:ascii="Times New Roman" w:hAnsi="Times New Roman" w:eastAsia="Times New Roman" w:cs="Times New Roman"/>
        </w:rPr>
        <w:t>Chaymantaqa Jesúsmi mensajeta Gabrielman qowan, payqa wakin angelkunawan kuska profetaman mensajeta apachin, paymi mensajeta qillqan hinaspa iglesiakunaman apachin. Proféticok mensajeta kichasqa kanampaq pacha qayllaypi kaptin, chay proféticok mensajepa kichariyninqa kimsa patapi huk pruebanata paqarichin, chayqa profetapa qillqasqanman uyarisqa iglesiakunapi kaqkunata prueban, hinaspa chay iglesia ukupi sapa runapa kutichisqanman hina kikinkuna yachakunku iskay clasekunamanta mayqinpi kasqankuta. Chay kichasqa mensajemanta paqarimuq yachay yapakuyninta chaskiqkunaqa “yachaqkuna” nisqawan reqsichisqa kanku; mana chaskiqkunataq Danielpa qillqasqanpi “mana allinkuna” nisqawan, Mateopa qillqasqanpitataq “upaqkuna” nisqawan reqsichisqa kanku.</w:t>
      </w:r>
    </w:p>
    <w:p>
      <w:pPr>
        <w:pStyle w:val="ArticleBody"/>
        <w:jc w:val="left"/>
      </w:pPr>
      <w:r>
        <w:rPr>
          <w:rFonts w:ascii="Times New Roman" w:hAnsi="Times New Roman" w:eastAsia="Times New Roman" w:cs="Times New Roman"/>
        </w:rPr>
        <w:t>Kay tukuy imakunam qhepa proféticopa qhechwasqa pakasqa yachayta kicharimusqanwan tupaqtinku, Apocalipsis chunka qanchisniyuqpa isqun kaq versiculonpi rimarisqa hinaspa sinchitawan reqsisqa kachkan, imaraykuchus Jesucristoq Revelaciónninmanta huk imata reqsichin, chaymi ishkay clase yupaychakuqkunata pruebanqa. Chayta ruwan, versiculopi willakuy p’unchawpaq qhepanta hamuq willakuyta “yuyaysapakunalla” entiendenqaku nispa reqsichisqanrayku.</w:t>
      </w:r>
    </w:p>
    <w:p>
      <w:pPr>
        <w:pStyle w:val="ArticleScripture"/>
        <w:jc w:val="left"/>
      </w:pPr>
      <w:r>
        <w:rPr>
          <w:rFonts w:ascii="Times New Roman" w:hAnsi="Times New Roman" w:eastAsia="Times New Roman" w:cs="Times New Roman"/>
        </w:rPr>
        <w:t>Kaymi yuyaymi yachayniyuq. Qanchis umakunaqa qanchis urqukunam, chaykunapi warmi tiyashan. Chaymantaq qanchis reykunam kanku: pichqa urmaqñam, hukñataq kan, wakintaq manaraq hamunichu; hinaspa hamuspanqa pisillataqmi unaychkanan. Chay animaltaq, ñawpaq kaq, kunantaq mana kaq, payqa pusaq kaqmi, qanchis kaqkunamantaq kashan, hinaspa chinkayman rin. Apocalipsis 17:9–11.</w:t>
      </w:r>
    </w:p>
    <w:p>
      <w:pPr>
        <w:pStyle w:val="ArticleBody"/>
        <w:jc w:val="left"/>
      </w:pPr>
      <w:r>
        <w:rPr>
          <w:rFonts w:ascii="Times New Roman" w:hAnsi="Times New Roman" w:eastAsia="Times New Roman" w:cs="Times New Roman"/>
        </w:rPr>
        <w:t>“Yachayniyuq yuyay” nisqaqa “yachaqkunaq” yuyayninmi. “Yachaqkuna” yachan yachaypa yapakuyninta, hinaspa chay yachaypa yapakuyninta, mayqinchus profético señalmanta qhipallapi rikuchisqa, chaymanta reqsichin huk cheqaqta, mayqintachus yachaqkuna entiendenqaku, mana allinkunaqa rechazanqaku. Chay cheqaqa tupan Bibliapi profeciakunapa qhapaq suyukunawan, chay qhipa ayllukunapi churakusqawan. Chay ayllukunaqa rikuchin Bibliapi profeciakunapa qhapaq suyukunamanta qhipa ejemplota, hinaspa qhipa p’unchaykunapi kichasqa kaqmi: chay pusaq qhapaq suyukunaqa ñawpaq ejemplopipas Bibliapi profeciakunapa qhapaq suyukunamanta Danielpa iskay ñiqin capítulo piñataq rikuchisqaña karqan.</w:t>
      </w:r>
    </w:p>
    <w:p>
      <w:pPr>
        <w:pStyle w:val="ArticleBody"/>
        <w:jc w:val="left"/>
      </w:pPr>
      <w:r>
        <w:rPr>
          <w:rFonts w:ascii="Times New Roman" w:hAnsi="Times New Roman" w:eastAsia="Times New Roman" w:cs="Times New Roman"/>
        </w:rPr>
        <w:t>Cheqaq kayninpaq rikuchisqanqa Bibliapi willakuykunaq qhapaq suyu-kunaq pisi rikuyta sayarichin, chaymi Millerpa huk ancha chanin quri-rumiynin karqan; ichaqa chunka kuti aswan k’anchariqmi karqan, imaraykuchus Miller qatiqkunaq pisi historiankumanta hamuq rikuy nirqankumanta aswan achka cheqaq kayniyuqmi, hinallataq “chunka” yupaywan rikuchisqa hina huk pruebaytam represintan, hinaspa qallariy willakuypa waqyay qhapaq unanchanwanpas: “kaypi yachayniyuq yuyaymi kachkan,” nisqawan, profetap hina sut’inchasqa: qhipaman hamuq cheqaq kaymi pruebanqa iglesiakunata, paykunaman kachamusqa willakuy kichasqa kashaqta, gracia p’unchay tukukuy manaraq chayamuchkaptin.</w:t>
      </w:r>
    </w:p>
    <w:p>
      <w:pPr>
        <w:pStyle w:val="ArticleBody"/>
        <w:jc w:val="left"/>
      </w:pPr>
      <w:r>
        <w:rPr>
          <w:rFonts w:ascii="Times New Roman" w:hAnsi="Times New Roman" w:eastAsia="Times New Roman" w:cs="Times New Roman"/>
        </w:rPr>
        <w:t>Apocalipsis chunka qanchisniyuqpi Juanqa pusasqa karqa chunka iskay pachak soqtachunka watakuna papal tutayayman ch’in pampa-man. Chay pacha tukukuyninpi, 1798 watapi, churakusqa karqa; chayqa kikillan historiami Apocalipsis chunka kimsayuqpipas churakusqa karqa.</w:t>
      </w:r>
    </w:p>
    <w:p>
      <w:pPr>
        <w:pStyle w:val="ArticleScripture"/>
        <w:jc w:val="left"/>
      </w:pPr>
      <w:r>
        <w:rPr>
          <w:rFonts w:ascii="Times New Roman" w:hAnsi="Times New Roman" w:eastAsia="Times New Roman" w:cs="Times New Roman"/>
        </w:rPr>
        <w:t>Hinaspapiq aquchunpi sayarirqani, hinaspataq qhawarirqani lamar qochamanta huk uywa lloqsimuqta, qanchis umayuq, chunka waqrayuq; waqrankunap patanpitaq chunka coronakuna karqan, umankunap patanpitaq Diosta phiñachiq sutikuna qillqasqa karqan. Apocalipsis 13:1.</w:t>
      </w:r>
    </w:p>
    <w:p>
      <w:pPr>
        <w:pStyle w:val="ArticleBody"/>
        <w:jc w:val="left"/>
      </w:pPr>
      <w:r>
        <w:rPr>
          <w:rFonts w:ascii="Times New Roman" w:hAnsi="Times New Roman" w:eastAsia="Times New Roman" w:cs="Times New Roman"/>
        </w:rPr>
        <w:t>“Lamar quchupa” nisqaqa 1798 watata rikuchin, chaymi rikhurichin Juanman qawachisqa historiapi maymanta papadotaq kamachiy (lamar quchumanta bestia) ñawpaq pacha rimaypi qawachisqa karqa, hinallataq Estados Unidos (allpamanta bestia) hatarimusqanta, chaymanta tukukuyninpi dragón hina rimarinanpaq, utqay hamuq domingo kamachiy law nisqapi. Chaymanta allpamanta bestiaq kay pachapi llapa runakunata kallpanchan “bestiapa rikch’ayninta” chaskinanpaq; chaymi rimanqa hinaspa domingo kamachiyta llapa pachapi churayman apamunqa.</w:t>
      </w:r>
    </w:p>
    <w:p>
      <w:pPr>
        <w:pStyle w:val="ArticleScripture"/>
        <w:jc w:val="left"/>
      </w:pPr>
      <w:r>
        <w:rPr>
          <w:rFonts w:ascii="Times New Roman" w:hAnsi="Times New Roman" w:eastAsia="Times New Roman" w:cs="Times New Roman"/>
        </w:rPr>
        <w:t>“Papakuy kamachikuynin kallpanmanta qichusqa kaspa qatiykachaymanta sayayman churasqa karqan chay pacha, Juanqa huk musuq atiyniyoqta rikarqan, dragónpa rimayninta waqyarichinampaq, hinallataq chay kikin sinchi mana kuyapay atipanakuyta, Diosta rimaypi p’inqachiytawan, ñawpaqman apananpaq. Kay atiyniyoqqa, iglesiapa contranpi Diospa kamachinkunapa contranpiwan maqanankupaq qhipa kaqmi, cordero hina waqrayuq bestiawan rikuchisqa kachkan. Ñawpaq kaq bestiakunaqa lamar qochamanta lluqsisqaku karqan; ichaqa kayqa allpa ukhumanta lluqsirqan, chaywanmi allin hawkalla sayariyniyoq nacionta, paymi unanchasqan karqan — Estados Unidos nisqata — rikuchirqan.” Signs of the Times, February 8, 1910.</w:t>
      </w:r>
    </w:p>
    <w:p>
      <w:pPr>
        <w:pStyle w:val="ArticleBody"/>
        <w:jc w:val="left"/>
      </w:pPr>
      <w:r>
        <w:rPr>
          <w:rFonts w:ascii="Times New Roman" w:hAnsi="Times New Roman" w:eastAsia="Times New Roman" w:cs="Times New Roman"/>
        </w:rPr>
        <w:t>Juanqa apasqa kachkan kikillan historiapa qhawariyninman, Bibliaq willakuy proféticokunaq reyinakunaq qhipa rikuchisqanta chaskinanpaq, chunka qanchisniyuq kaq kapitulupe. Chay qhawariy nisqapi sayaspa, reyinakunaqa rikuchisqa kanku. Ñawpaqtaqa willasqa kachkan uywaqa iglesiatawan estadotawan kamachisqanta, payqa tiyashan manam qanchis umakunallapichu, ichaqa qanchis urqukunapipas. Chay hatun wayna warmiq tiyayninqa reqsispa rikuchin payqa uywata montakusqanta, hinaspa pichus uywata montakun, paymi uywata kamachin.</w:t>
      </w:r>
    </w:p>
    <w:p>
      <w:pPr>
        <w:pStyle w:val="ArticleScripture"/>
        <w:jc w:val="left"/>
      </w:pPr>
      <w:r>
        <w:rPr>
          <w:rFonts w:ascii="Times New Roman" w:hAnsi="Times New Roman" w:eastAsia="Times New Roman" w:cs="Times New Roman"/>
        </w:rPr>
        <w:t>Warmiqa, qam rikurqanki chayqa, kay pachapi reykunapa patanpi kamachiq hatun llaqtam. Apocalipsis 17:18.</w:t>
      </w:r>
    </w:p>
    <w:p>
      <w:pPr>
        <w:pStyle w:val="ArticleBody"/>
        <w:jc w:val="left"/>
      </w:pPr>
      <w:r>
        <w:rPr>
          <w:rFonts w:ascii="Times New Roman" w:hAnsi="Times New Roman" w:eastAsia="Times New Roman" w:cs="Times New Roman"/>
        </w:rPr>
        <w:t>“Reigneth” nisqa simiqa nin: hapiy hinaspa kamachiy. Uywataq patanpi tiyakuqqa riendasta hap’ispa uywata kamachin. Papakuna kamachiyninqa qanchis umakunata kamachin, chaymantaq qanchis urqukunatapas. Daniel qillqapi iskay kaq kapitulumpi, Danielqa Nabucodonosorman willan payqa quripa “uma” kasqanta. Isaías qillqapi qanchis kaq kapitulumantaq “uma” nisqapas huk rey, huk capital llaqta utaq huk qhapaq suyupas kan.</w:t>
      </w:r>
    </w:p>
    <w:p>
      <w:pPr>
        <w:pStyle w:val="ArticleScripture"/>
        <w:jc w:val="left"/>
      </w:pPr>
      <w:r>
        <w:rPr>
          <w:rFonts w:ascii="Times New Roman" w:hAnsi="Times New Roman" w:eastAsia="Times New Roman" w:cs="Times New Roman"/>
        </w:rPr>
        <w:t>Siria suyupa umanqa Damasco llaqtanmi; Damasco umanqa Rezínmi. Chaymanta soqta chunka pichqa watakunapi Efraínqa pakisqa kanqa, manaña llaqtachu kananpaq. Efraín umanqa Samaria llaqtanmi, Samaria umanqa Remalíaspa churinmi. Mana creeqkuna kaptiykichikqa, cheqaqtapuni mana takyachisqachu kankichik. Isaías 7:7, 8.</w:t>
      </w:r>
    </w:p>
    <w:p>
      <w:pPr>
        <w:pStyle w:val="ArticleBody"/>
        <w:jc w:val="left"/>
      </w:pPr>
      <w:r>
        <w:rPr>
          <w:rFonts w:ascii="Times New Roman" w:hAnsi="Times New Roman" w:eastAsia="Times New Roman" w:cs="Times New Roman"/>
        </w:rPr>
        <w:t>Papa kamachiq, uywaqaq warmi hina mancharisqa uywapi tiyashaq, kay pachapi llapa reykunata kamachin. Chay reykunaqa “chunka reykuna” nisqa hinam rikuchisqa kanku; paykunaqa qhepa p’unchaykunapa dragón-pa atiyninmi. Paykunam Tiro llaqta qharichasqa warmiwan huchallikuyta ruwanku. Chay “chunka reykuna”qa papa kamachiqpa atiyñinta chaskiyta qaparichisqa kanku, ichaqa chay chunka reykunamanta ñawpaq reyiqa Estados Unidos llaqtam. Chayraykum Estados Unidos llaqtaqa Ahab nisqa reywanpas rikuchisqa, paymi Israelpa chunka uray ayllukunapa reynin karqa. “Qanchis” yupayqa “hunt’asqa” niyta rikuchin, chaymi papa kamachiq kay pachapi reykunapa hawanpi kamachiq hina rikuchisqa kaptinqa, chay chunka reykunapa hawanpipas kamachishan, hinaspataq qanchis umakunapa hawanpim tiyashan.</w:t>
      </w:r>
    </w:p>
    <w:p>
      <w:pPr>
        <w:pStyle w:val="ArticleBody"/>
        <w:jc w:val="left"/>
      </w:pPr>
      <w:r>
        <w:rPr>
          <w:rFonts w:ascii="Times New Roman" w:hAnsi="Times New Roman" w:eastAsia="Times New Roman" w:cs="Times New Roman"/>
        </w:rPr>
        <w:t>Kaymi yuyaymi yachayniyuq, imaraykuchus qhipa p’unchaykunapi yachaqkuna “siq’i patapi siq’i” nisqa rurayñanta llamk’achkanku, hinaspan reqsinku warmi qhapaqta kamachisqan kamachiy simikuna sapa hukninpis chaylla cheqaq kayta rikuchisqanta. Payqa qanchis urqukunapipas kamachin, hinallataq Millerita sutiyuqkuna Biblia qhelqapi willakuykunapi “urqu” nisqata huk qhapaq suyuq unanchan kasqanta reqsirqanku; ichaqa unanchakuna hukmanta aswan huknin yuyayniyuq kasqantapas reqsirqanku.</w:t>
      </w:r>
    </w:p>
    <w:p>
      <w:pPr>
        <w:pStyle w:val="ArticleBody"/>
        <w:jc w:val="left"/>
      </w:pPr>
      <w:r>
        <w:rPr>
          <w:rFonts w:ascii="Times New Roman" w:hAnsi="Times New Roman" w:eastAsia="Times New Roman" w:cs="Times New Roman"/>
        </w:rPr>
        <w:t>Urqukunapas iglesiataq huk unanchanapas kanku. Qelqasqa Qelqakunapi “hatun lliklla santu urqu” nisqaqa Diospa iglesianta reqsichin.</w:t>
      </w:r>
    </w:p>
    <w:p>
      <w:pPr>
        <w:pStyle w:val="ArticleScripture"/>
        <w:jc w:val="left"/>
      </w:pPr>
      <w:r>
        <w:rPr>
          <w:rFonts w:ascii="Times New Roman" w:hAnsi="Times New Roman" w:eastAsia="Times New Roman" w:cs="Times New Roman"/>
        </w:rPr>
        <w:t>Kay qillqa, Amozpa churin Isaiaspa rikusqan, Judamanta, Jerusalénmantawan. Qhipa p’unchaykunapi pasananmi: Señorpa wasinpa orqon orqokunapa umanpi sayachisqa kanqa, urqukunamantapas aswan hatunchasqa; llapa nacionkunataqmanmi purinqaku. Askha llaqtakunan rinqaku, nispa: Hamuychik, hinaspa wicharisunchik Señorpa orqonman, Jacobpa Diosninpa wasinman; paymi yachachiwanchik ñanninkunamanta, ñankunapitaq purisunchik; Sionmantan ley lluqsinqa, Señorpa siminpas Jerusalénmanta. Isaías 2:1–3.</w:t>
      </w:r>
    </w:p>
    <w:p>
      <w:pPr>
        <w:pStyle w:val="ArticleBody"/>
        <w:jc w:val="left"/>
      </w:pPr>
      <w:r>
        <w:rPr>
          <w:rFonts w:ascii="Times New Roman" w:hAnsi="Times New Roman" w:eastAsia="Times New Roman" w:cs="Times New Roman"/>
        </w:rPr>
        <w:t>“Señorpa wasin” paypa iglesianmi, chayqa huk “orqon.” Hatun q’achulla qanchis orqokunapi tiyashan, chaywanri reqsichin tukuy iglesiakunapa hawanpi kamachisqanta, imaynan tukuy reykunapa hawanpipas kamachin, chayhinata. Payqa tukuy iglesiakunata, tukuy estadokunatawan, tukuy pachapi, munayninpi charin.</w:t>
      </w:r>
    </w:p>
    <w:p>
      <w:pPr>
        <w:pStyle w:val="ArticleBody"/>
        <w:jc w:val="left"/>
      </w:pPr>
      <w:r>
        <w:rPr>
          <w:rFonts w:ascii="Times New Roman" w:hAnsi="Times New Roman" w:eastAsia="Times New Roman" w:cs="Times New Roman"/>
        </w:rPr>
        <w:t>Isaíaspa reqsichisqan musquynin, payman “Judámanta Jerusalénmantawan” hamusqan, ñaqa chayraq citarqanchik, astawanraqmi purin, hinaspataq kikin pasajellam kachkan tawa capítulo ukhupi; hinaspa Isaíasman hinaqa chayqa “kikin p’unchaymi” runakuna ninankupaq: “Hamuychik, wichariychik Señorpa orqonman, Jacobpa Diosninpa wasinman.” Chay kikin pacha tiempo ukhupillataq “qanchis warmikuna” reqsichisqa kanku.</w:t>
      </w:r>
    </w:p>
    <w:p>
      <w:pPr>
        <w:pStyle w:val="ArticleScripture"/>
        <w:jc w:val="left"/>
      </w:pPr>
      <w:r>
        <w:rPr>
          <w:rFonts w:ascii="Times New Roman" w:hAnsi="Times New Roman" w:eastAsia="Times New Roman" w:cs="Times New Roman"/>
        </w:rPr>
        <w:t>Chay punchawpi qanchis warmikuna huk qhariyta hap’inqaku, nispanku: Ñuqaykuqa kikin t’antaykuta mikusunchik, kikin p’achaykutataq churakusunchik; sutiykiwan sutichasqa kayllaña, p’enqayniykuta apaqtin. Chay punchawpi Señorpa mallkin sumaqtaq k’anchariqmi kanqa, hallp’amanta rurunpis allinmi, kuyayllapaqmi kanqa Israelmanta qespisqakunapaq. Hinaspa pasaqmi, Sionpi puchuq kaqpas, Jerusalénpi qhepaq kaqpas, ch’uya sutichasqa kanqa, Jerusalénpi kawsayniyoqkunawan qelqasqa sapa hukninpas. Señor Sionpa ususinkunapa map’ayninta mayllaspataq, Jerusalénpa yawarninta chawpinmanta pichaspataq, taripaypa espiritunwan, ruphaypa espiritunwan. Hinaspa Señorqa Sion orqopa sapa tiyanan patapi, huñunakusqankunapipas, punchawpi phuyuwan qosñiwan, tutapi nina rawraypa lliplliq k’anchayninwan kamaqmi kanqa; tukuy hatun k’anchay patanpi amparaqmi kanqa. Chaymanta huk toldo kanqa punchawpi ruphaymanta llanthupa, pakakuna wasita hina ayqekunapaq, wayramanta, para mantapas pakakuna wasita hina. Isaías 4:1–6.</w:t>
      </w:r>
    </w:p>
    <w:p>
      <w:pPr>
        <w:pStyle w:val="ArticleBody"/>
        <w:jc w:val="left"/>
      </w:pPr>
      <w:r>
        <w:rPr>
          <w:rFonts w:ascii="Times New Roman" w:hAnsi="Times New Roman" w:eastAsia="Times New Roman" w:cs="Times New Roman"/>
        </w:rPr>
        <w:t>Isaiaspa rikch’ayninpa yuyayninmanta “p’unchay”qa Apocalipsis chunka hukniyuq qhapaqta kapitulumanta “hora” nisqapmi, hatun allpachukuywan. Yachaqkunaqa, 2020 wata julio killapa 18 p’unchayninpi llakikuy qhepamanta “kutimuychis” nisqa yuyachikuyman chaskispa, Levitico iskay chunka suqta qillqapi mañakusqankunata hunt’aspa, Ezequielpa ñawpaq kaq willakuyninwan huñusqa kaqkuna, Ezequielpa iskay kaq willakuyninta chaskispanku, Islammanta tawa wayrakunapa willakuyninta, sellasqa kanku. Chaymantaqa hanaq pachaman oqarisqa kanku huk unancha hina, hinaspan Diospa wakin wawakuna Babiloniapi kashaqkuna qallariyku kutichiyta waqyasqaman, Babiloniamanta lluqsiyta, terremotopi qallariqman, chayqa qaylla chayamuq domingo kamachikuymin. Diospa wakin uwijankunaqa Babiloniamanta lluqsiy willakuyta uyarispa, willakunku: “Hamuychis, hinasun wichariysun Señorpa urqunman, Jacobpa Diosninpa wasinman.”</w:t>
      </w:r>
    </w:p>
    <w:p>
      <w:pPr>
        <w:pStyle w:val="ArticleBody"/>
        <w:jc w:val="left"/>
      </w:pPr>
      <w:r>
        <w:rPr>
          <w:rFonts w:ascii="Times New Roman" w:hAnsi="Times New Roman" w:eastAsia="Times New Roman" w:cs="Times New Roman"/>
        </w:rPr>
        <w:t>Chay “hora”-pi hatun qhari warmi takiyninkunata takiyta qallarin, kay pachapa reykunawanpas huachuy huchata ruwashan. Corderopa kawsay libro-ninpi mana qillqasqakunaqa chay qhari warmita qatikunku, hinaspa iglesiankunapas paypa kamachikuynin uraman yaykunku. Chay iglesiakunaqa Isaiaspa nisqanman hina “qanchis warmikuna” nisqawan rikuchisqa kanku. Chay “qanchis warmikunaqa” papadopa kamachisqan “qanchis orqokuna” kanku, imaynachus Estados Unidos llapa kay pachata kallpachin animalpa rikchayninta sayarichinankupaq, chay rikchayqa rimanqapas, hinaspapas llapankuta papadopa kamachikuyninpa señalninta chaskichinqa.</w:t>
      </w:r>
    </w:p>
    <w:p>
      <w:pPr>
        <w:pStyle w:val="ArticleBody"/>
        <w:jc w:val="left"/>
      </w:pPr>
      <w:r>
        <w:rPr>
          <w:rFonts w:ascii="Times New Roman" w:hAnsi="Times New Roman" w:eastAsia="Times New Roman" w:cs="Times New Roman"/>
        </w:rPr>
        <w:t>Chay “qanchis warmikuna huk qhariyta hap’inqaku”, chay “qhari”qa “hucha qhari” nisqami, Pablo payta chayhina riqsichin. Chay pruebay tiempopeqa, “Jerusalén llaqtapi qhipaqkunaqa, santu sutichasqa kanqaku, arí, sapaqnin Jerusalénpi kawsakkuqkunapa chawpinpi qelqasqa kaqkuna.” Diospa llaqtanqa chay pacha-tiempopi kaqkuna, sutinkuku kawsay libropi qelqasqa, wañuchisqa Corderopa libroyninpi, kay pachapa qallariyninmanta pacha. Huk clase runakunaqa, “hucha qhariyta” hap’iqkuna, Apocalipsis chunka kimsayuq capítulope kaqkunam, hucha qharita yupaychanku.</w:t>
      </w:r>
    </w:p>
    <w:p>
      <w:pPr>
        <w:pStyle w:val="ArticleScripture"/>
        <w:jc w:val="left"/>
      </w:pPr>
      <w:r>
        <w:rPr>
          <w:rFonts w:ascii="Times New Roman" w:hAnsi="Times New Roman" w:eastAsia="Times New Roman" w:cs="Times New Roman"/>
        </w:rPr>
        <w:t>Kay pachapi tiyakkunapas payta yupaychanqaku, pichqakunapa sutin mana qelqasqa kashaqtin Kawsay Libropi, pacha qallariymantapacha wañuchisqa Corderopa libro nispapi. Sichus pipas rinriyuq kan, uyariychun. Apocalipsis 13:8, 9.</w:t>
      </w:r>
    </w:p>
    <w:p>
      <w:pPr>
        <w:pStyle w:val="ArticleBody"/>
        <w:jc w:val="left"/>
      </w:pPr>
      <w:r>
        <w:rPr>
          <w:rFonts w:ascii="Times New Roman" w:hAnsi="Times New Roman" w:eastAsia="Times New Roman" w:cs="Times New Roman"/>
        </w:rPr>
        <w:t>“Hatun pachakuti urasqa” nisqa, chaymi domingo kamachikuy sasachakuy, taripakuy maskhaypa tukukuyninmi; hinaspa chay taripakuyqa sayk’ukun sutiyki kawsay libro ukhupi qillqasqa tarikukunmanchu mana tarikukunmanchu nisqapi sayasqa. Chayrayku chay p’unchawkunaq pachanpi iskay laya runakuna, kawsay librowan tupanakuyninkuwan rikuchisqa, taripakuyq tukukuy escenas nisqakunata kikintapuni reqsichin. Paykuna huchayuq runata hap’iqkunaqa willakunmi paykunaqa paykunaq “kikin t’antanta mikhusqankuta, hinaspa kikin p’achankuta churakusqankuta”; ichaqa aswan ñawpaq munayninkuqa “sutiykiwan sutichasqa kay” nisqaqa.</w:t>
      </w:r>
    </w:p>
    <w:p>
      <w:pPr>
        <w:pStyle w:val="ArticleBody"/>
        <w:jc w:val="left"/>
      </w:pPr>
      <w:r>
        <w:rPr>
          <w:rFonts w:ascii="Times New Roman" w:hAnsi="Times New Roman" w:eastAsia="Times New Roman" w:cs="Times New Roman"/>
        </w:rPr>
        <w:t>Paykunaqa kikinkupa yachachiy nisqankuta waqaychankaqku (kikinkupa t’antankuta mikunku), hinallataq denominaciónmanta rimasqankutapas waqaychankaqku (kikinkupa p’achankuta), ichaqa “hucha runa”pa sutinta chaskinkaqku. “Hucha runa”pa sutinqa “católico” nisqa, chayqa “llapanpaq” utaq “universal” niyta munan. Pipas “hucha runata” jap’iqkunaqa, “iglesia universal” nisqaman yaykuyta munanku, chayqa Iglesia Católica kashan. Chay t’aqayta munanku, “p’enqakuyninkuta” “qichunapaq.”</w:t>
      </w:r>
    </w:p>
    <w:p>
      <w:pPr>
        <w:pStyle w:val="ArticleBody"/>
        <w:jc w:val="left"/>
      </w:pPr>
      <w:r>
        <w:rPr>
          <w:rFonts w:ascii="Times New Roman" w:hAnsi="Times New Roman" w:eastAsia="Times New Roman" w:cs="Times New Roman"/>
        </w:rPr>
        <w:t>“Pinqay” nisqaqa iskay ancha hatun imakunata rimariyku, chay bestiamanta, paymi qhipa p’unchaykunapi llapa iglesiakunata, llapa nacionkunatapas kamachin. Apocalipsis chunka hukniyuqpi nisqa “hatun pachakutiypa horanpi”, “kimsa kaq llaquy utqayllam hamun”. “Kimsa kaq llaquyqa” Islam nisqam. Apocalipsis chunka hukniyuqpi nisqa “hatun pachakutiypa horanpi”, Qanchis kaq Corneta waqyamun. Qanchis kaq Cornetaqa Islam nisqam. Islamqa chay “hatun pachakutiypa horanpi” maqan, imaraykuchus llapa Cornetakunaqa Diospa profetismo nisqa llamk’anankunam karqan, juzgamientopi apaykusqanpaq, llapan pacha historiapi kallpachisqa domingo yupaychaypa contranpi.</w:t>
      </w:r>
    </w:p>
    <w:p>
      <w:pPr>
        <w:pStyle w:val="ArticleBody"/>
        <w:jc w:val="left"/>
      </w:pPr>
      <w:r>
        <w:rPr>
          <w:rFonts w:ascii="Times New Roman" w:hAnsi="Times New Roman" w:eastAsia="Times New Roman" w:cs="Times New Roman"/>
        </w:rPr>
        <w:t>Estados Unidos nisqapa “llaqta thuñiy” chay hamuqlla domingo kamachiywan apamukusqa kaptin, “naciónkuna phiñakunkaku.” Bibliapa profecianpiqa Islammi naciónkunata phiñachin, imaynachus Génesis librupi Islammanta ñawpaq rimariywan sut’inchasqa kashan hina.</w:t>
      </w:r>
    </w:p>
    <w:p>
      <w:pPr>
        <w:pStyle w:val="ArticleScripture"/>
        <w:jc w:val="left"/>
      </w:pPr>
      <w:r>
        <w:rPr>
          <w:rFonts w:ascii="Times New Roman" w:hAnsi="Times New Roman" w:eastAsia="Times New Roman" w:cs="Times New Roman"/>
        </w:rPr>
        <w:t>Hinaspa Señorpa angelnin nirqan payman: Qhawariy, wiksayuqmi kanki, huk qhari wawatataq wachanki, sutintaq churanki Ismael; imaraykuchus Señorqa ñak’ariynikita uyarin. Payqa sallqa runa kanqa; makinqa tukuy runakunapa contranpi kanqa, tukuy runakunapa makintaq paypa contranpi; llapa wawqinkunapa ñawpaqenpin tiyakonqa. Génesis 16:11, 12.</w:t>
      </w:r>
    </w:p>
    <w:p>
      <w:pPr>
        <w:pStyle w:val="ArticleBody"/>
        <w:jc w:val="left"/>
      </w:pPr>
      <w:r>
        <w:rPr>
          <w:rFonts w:ascii="Times New Roman" w:hAnsi="Times New Roman" w:eastAsia="Times New Roman" w:cs="Times New Roman"/>
        </w:rPr>
        <w:t>Qhipa p’unchaykunapa “p’enqay” nisqaqa Islam nisqa religionmi. Iglesiakunapas kay pachapi nacionkunapas Huk Musuq Mundo Kamachiy, Naciones Unidas nisqapa uranman churakusqankum, chaytaqa Iglesia Católica kamachin. Papataqa huk-sapa-mundo sistema patapim tiyachisqa kanqa, imaynatachus Constantino papadoman tiyananta quwarqan watapi 330, hinallataq. Nacionkunaqa tantiyankum runakayninman Islammanta maqanakuy apamuskanta allinta atipaytaqa hukllachasqa kallpallawanmi atisqanta, chaymi mañanqa mayqin moral autoridadman uraykuyta, chay autoridadta Estados Unidos nisqaqa Iglesia Romana kasqanta nispa allinchasqa mañanqa. Imaynatachus Justiniano watapi 533 Iglesia Católicaman hatun autoridadninta quwarqan, chay hinallataq historiapas yapamanta kutimun. Estados Unidos nisqaqa soldadokunapa atiyninwanmi pachapa nacionninkunata kallpachinqa kasukuyta, imaynatachus Clovis watapi 496 Iglesia Católicapaq ruwarqan, hinallataq. Apocalipsis chunka kimsayuqmanta iskay versiculopa historianninqa yapamanta hunt’akapunqa.</w:t>
      </w:r>
    </w:p>
    <w:p>
      <w:pPr>
        <w:pStyle w:val="ArticleScripture"/>
        <w:jc w:val="left"/>
      </w:pPr>
      <w:r>
        <w:rPr>
          <w:rFonts w:ascii="Times New Roman" w:hAnsi="Times New Roman" w:eastAsia="Times New Roman" w:cs="Times New Roman"/>
        </w:rPr>
        <w:t>Uywa rikuchkani ñawpaqpiqa huk uturunku hinam karqa, chakinñataq ukhumariq chakin hina karqa, simintaq leonpa simin hina karqa; dragontaq payman qusqan atiynta, tiyananta, hinaspa ancha hatun kamachikuyninta. Apocalipsis 13:2.</w:t>
      </w:r>
    </w:p>
    <w:p>
      <w:pPr>
        <w:pStyle w:val="ArticleBody"/>
        <w:jc w:val="left"/>
      </w:pPr>
      <w:r>
        <w:rPr>
          <w:rFonts w:ascii="Times New Roman" w:hAnsi="Times New Roman" w:eastAsia="Times New Roman" w:cs="Times New Roman"/>
        </w:rPr>
        <w:t>Ñawpaqta siq’i churakusqanmanta qhipaman, kay pachapi reykuna, islampa maqanakusqanrayku phiñakusqa kasqankumanta, reqsinkakuqmi islam contra llapa pacha “pinqaychasqa” nisqa rimay, mayqenchus llapa pachapi animalpa siq’in ruwasqa kananmanta apamurqa, mana karqachu chay “pinqaychasqa” mayqenmantachus “huchayoq runa” (Jezabel) cheqaqtapuni llakikurqa. Ancha qhipallaña, kay pacha yachayta tarinqa Jezabelqa islammanta mana imatapas llakikunchu, aswanpas sonqon munan Elías-ta wañuchiyta, imaynatachus Herodías Juan Bautista-ta wañuchirqan hina.</w:t>
      </w:r>
    </w:p>
    <w:p>
      <w:pPr>
        <w:pStyle w:val="ArticleBody"/>
        <w:jc w:val="left"/>
      </w:pPr>
      <w:r>
        <w:rPr>
          <w:rFonts w:ascii="Times New Roman" w:hAnsi="Times New Roman" w:eastAsia="Times New Roman" w:cs="Times New Roman"/>
        </w:rPr>
        <w:t>“Yuyayniyuq yachayniyuq sonqoqa”, “yachaqkunapa sonqonmi”, hinaspa “yachaqkunaqa” chaykunan kanku ima “yachay yapayta” unanchanku, Judá ayllumanta León, Jesucristopa Revelacionninta kichariptin, mana unanchasqa sellokunata pasqariptin, pantaymanta kutikuy puchukanankama manaraq chayashaqtin, chaymanta paqarimuqta.</w:t>
      </w:r>
    </w:p>
    <w:p>
      <w:pPr>
        <w:pStyle w:val="ArticleScripture"/>
        <w:jc w:val="left"/>
      </w:pPr>
      <w:r>
        <w:rPr>
          <w:rFonts w:ascii="Times New Roman" w:hAnsi="Times New Roman" w:eastAsia="Times New Roman" w:cs="Times New Roman"/>
        </w:rPr>
        <w:t>Hinaspanmi: “Ama sellaychu kay qillqasqa qillqakuy willakuyta, pacha qayllaña kasqanrayku. Mana allin ruraqqa, chay hinallataq mana allinta ruraspa qhipariychun; millay kawsayniyuqpas, chay hinallataq millay kawsayniyuqlla qhipariychun; chaninnaq kaqpas, chay hinallataq chaninnaqlla qhipariychun; ch’uya kaqpas, chay hinallataq ch’uyalla qhipariychun.” Apocalipsis 22:10, 11.</w:t>
      </w:r>
    </w:p>
    <w:p>
      <w:pPr>
        <w:pStyle w:val="ArticleBody"/>
        <w:jc w:val="left"/>
      </w:pPr>
      <w:r>
        <w:rPr>
          <w:rFonts w:ascii="Times New Roman" w:hAnsi="Times New Roman" w:eastAsia="Times New Roman" w:cs="Times New Roman"/>
        </w:rPr>
        <w:t>“qanchis umakunaqa qanchis urqukuna kanku, maypi warmi tiyashan,” nisqaqa chay cheqaqta rikuchin: papakuna kamachiq kayninqa iglesiatawan estadotawan kamachinqa. Unanchakunaqa hukmanta aswan achka niyuqmi kanku, chay unanchakunataqa sut’inchaspa hamut’anapaqmi kanan, mayqin pasajepi chay unanchakuna rikuchisqa kasqanmanta contextonman hina. Chay versículomanta huk rimay hatarimun: umakunaqa urqukuna kasqanta sut’inchan, chay hinaqa imataq chaninnaq kayman umakunamanta (estado kamachiy) urqukunamanta (iglesia kamachiy) t’aqayta reqsispa sut’inchanapaq? Chay t’aqayqa Daniel pa qanchis kaq, pusaq kaq kapitulumkunapi sayachisqa kashan. Qanchis kaq kapitulumpiqa, pagano Roma hinallataq papal Roma pas, ñawpaqman hamuq animalakunamanta “hukniray” nisqa sutipi reqsisqa kanku.</w:t>
      </w:r>
    </w:p>
    <w:p>
      <w:pPr>
        <w:pStyle w:val="ArticleBody"/>
        <w:jc w:val="left"/>
      </w:pPr>
      <w:r>
        <w:rPr>
          <w:rFonts w:ascii="Times New Roman" w:hAnsi="Times New Roman" w:eastAsia="Times New Roman" w:cs="Times New Roman"/>
        </w:rPr>
        <w:t>Qanchis kaq capítulo pusaq kaq capítulo pataman churakuspa (siki patapi siki hinata), pusaq kaq capítulopi Romaq huch’uy waqran rikurimun, qari, warmi, qari, warmi nispa kuyukuq. Huk unanchakuylla (huch’uy waqra), iskay atiyniyuqkuna­ta reqsichin. Chay capítulokunapi, waqraqa huk qhapaq suyu kachkan, chaymanta huk qhapaq suyuqa umapas kachkanmi. Pusaq kaq capítulopi, huch’uy waqra iskay qhapaq suyukunata reqsichin, Bibliamanta willakuy qhawaypi tawañiqinmanta pisqañiqin qhapaq suyumanta. Huch’uy waqraqa unanchasqa hinam iskay qhapaq suyukunata reqsichin, chay iskay qhapaq suyukuna reqsichisqanqa estado umalliywan iglesiaq umalliywan huñusqasqa kasqankuta reqsichin. Qanchis umakunaqa, qanchis orqokuna hina kaspapas, iskay qhapaq suyukunata reqsichinku, huk qhapaq suyuqa iglesiaq umalliymi, hukñataq estado umalliy.</w:t>
      </w:r>
    </w:p>
    <w:p>
      <w:pPr>
        <w:pStyle w:val="ArticleBody"/>
        <w:jc w:val="left"/>
      </w:pPr>
      <w:r>
        <w:rPr>
          <w:rFonts w:ascii="Times New Roman" w:hAnsi="Times New Roman" w:eastAsia="Times New Roman" w:cs="Times New Roman"/>
        </w:rPr>
        <w:t>Danielpa iskay ñiqin capitulopin, kay proféticopa simbolismonman huk testigoqpas kashan, chaypi qhipa reinoqa, maytataq Milleritakuna Romaq tawa ñiqin reinon kasqanta entienderqanku, fierrowan llamp’u allpawanmi representasqa kashan. Fierrowan llamp’u allpaqa huñusqas kanku, ichaqa cheqaqpiqa fierroqa manam llamp’u allpawan huñukunchu. Chaywanpas, Hermana White “fierro y llamp’u allpa” nisqanmanta rimashaqtin, payqa chayta iglesiapa rurayninwan estadopa rurayninpa simbolon kasqanta reqsichin, imaynachus capítulo ochoq huch’uy waqranwan representasqa kashan hina, hinallataq Apocalipsis chunka qanchispi umakuna, mayqenkunachus orqokunapas kanku.</w:t>
      </w:r>
    </w:p>
    <w:p>
      <w:pPr>
        <w:pStyle w:val="ArticleScripture"/>
        <w:jc w:val="left"/>
      </w:pPr>
      <w:r>
        <w:rPr>
          <w:rFonts w:ascii="Times New Roman" w:hAnsi="Times New Roman" w:eastAsia="Times New Roman" w:cs="Times New Roman"/>
        </w:rPr>
        <w:t>“Chayamuskanchis huk tiempo-manña, maypim Diospa sagrado rurananqa uyarichisqa kachkan chay estatuaq chakinkuna nisqapi, maypim fierroqa t’uruwan chapusqa karqa. Diosqa huk llaqtayuqmi kachkan, akllasqa llaqtata, paykunaq yuyaychanankuqa santifikasqa kananpaq, mana qhellichasqa kananpaq cimientopi kaspi, q’achu, hinaspa oqsa q’iru churaykuspa. Sapa alma, Diospa kamachikuyninkunaman cheqaq sonqowan kasukoq, rikunqaqmi ñawpaqchasqa señaltañata fe-ninchispaqa qanchis p’unchaw sábado kasqanta. Sichus gobiernuqa sábadota yupaychanman Dios kamachisqan hina, sayanmanmi Diospa kallpanpi hinaspa ñawpaqmanta santo-kunaman qoykusqa fe-pi amachakuspalla. Ichaqa estadista-kunaqa llulla sábadota sayarichinqaku, hinaspa paykunaq religioso fe-ninkuta chapunqaku kay papadoq wawan nisqa qhawariyninwan, Señor santifikasqan hinaspa bendecisqan sábadomanta aswan hanaqman churaykuspa, runapaq sapaqchasqa kasqanman hinallataq santopi waqaychananpaq, paywan llaqtanwan chawpipi señal hina waranqa miraykunakama. Iglesia-p yachayrurayninwan estadopa yachayrurayninwan chapukuyninqa uyarichisqa kachkan fierrowan t’uruwan. Kay huñuyninqa tukuy iglesiakunapa atiyninta pisiyaqchkan. Iglesiata estadoq atiyninwan churasqa kayqa mana allin ruraykunata apamunqa. Runakunaqa ñañam Diospa muchuyllawan suyakuynta pasasqakuña. Paykunaqa kallpankuta políticapi churakusqaku, hinaspa papadowan hukllaychakusqaku. Ichaqa hamunqami tiempo, maypim Diosqa castiganqa paypa leyninta mana baliqman tukuchiqkunata, hinaspa mana allin rurayninku kikinkuman kutirimunqa.” The Seventh-day Adventist Bible Commentary, volume 4, 1168, 1169.</w:t>
      </w:r>
    </w:p>
    <w:p>
      <w:pPr>
        <w:pStyle w:val="ArticleBody"/>
        <w:jc w:val="left"/>
      </w:pPr>
      <w:r>
        <w:rPr>
          <w:rFonts w:ascii="Times New Roman" w:hAnsi="Times New Roman" w:eastAsia="Times New Roman" w:cs="Times New Roman"/>
        </w:rPr>
        <w:t>Qatiq qillqapi kay yachayta qhatiq qillqapi continuarisaqku.</w:t>
      </w:r>
    </w:p>
    <w:p>
      <w:pPr>
        <w:pStyle w:val="ArticleScripture"/>
        <w:jc w:val="left"/>
      </w:pPr>
      <w:r>
        <w:rPr>
          <w:rFonts w:ascii="Times New Roman" w:hAnsi="Times New Roman" w:eastAsia="Times New Roman" w:cs="Times New Roman"/>
        </w:rPr>
        <w:t>“Escenapi Cristoqa ñoqanchisrayku llamk’asqanta, hinaspataq Satanaspa ñoqanchis contra mana kuyakuq ch’atakuyninta rikuchiqpi, Josuéqa hatun cura hina sayan, hinaspataq mañakun Diospa kamachikuyninkunata waqaychaq llaqtanapaq. Chay pachallapitaq Satanasqa Diospa llaqtanta hatun huchasapa runakuna hina rikuchin, hinaspataq Diospa qayllanman apamun kawsayninkupa tukuy tiempo ruwachisqan huchakunapa listanta, paykunata chaykunaman urmachinanpaq watukusqan huchakunata; hinaspataq sinchita mañakun, huchallikusqankurayku, paypa makinkunaman entregasqa kanankupaq, chinkachisqa kanankupaq. Chaynallataq mañakun, mana angelkuna yanapaq sirviqkunawan amachasqa kanankupaq, mana allinpa huñunakusqan contra. Payqa phiñasqa hunt’asqan kachkan, imaraykuchus mana atisqanrayku Diospa llaqtanta kay pachawan kuska wataykunaman huñuyta, tukuy sonqowan payman hunt’a kasukuyta qonankupaq. Reyes, kamachiqkuna, gobernadorkuna ima, kikinkumanta anticristopa señalninta churakunku, hinaspataq dragón hina rikuchisqa kanku, santo runakunawan maqanakunankupaq riq—Diospa kamachikuyninkunata waqaychaqkunawan, Jesucristoq fe sapaqchasqanta charikuqkunawan. Diospa llaqtan contra cheqnikusqankupi, Barabasta Cristo randin akllasqankurayku huchayuq kasqankutapas rikuchinku.”</w:t>
      </w:r>
    </w:p>
    <w:p>
      <w:pPr>
        <w:pStyle w:val="ArticleScripture"/>
        <w:jc w:val="left"/>
      </w:pPr>
      <w:r>
        <w:rPr>
          <w:rFonts w:ascii="Times New Roman" w:hAnsi="Times New Roman" w:eastAsia="Times New Roman" w:cs="Times New Roman"/>
        </w:rPr>
        <w:t>“Diosqa kay pachawan churanakuyta charin. Juzgakuy tiyayman hamuptin, librokunapas kichasqa kaptin, payqa manchayman churay atina yupaychasqa cuentata allinchaypaqmi kanqa; chayqa kunan pachallapipas kay pachata mancharichinman, katkatichinmanpas, runakuna mana supaymanta llullachiykunawan, pantachiykunawan ñawsaqasqa, musphachisqa kanmanchu chayqa. Diosqa kay pachata cuentata mañanqa sapan Churinpa wañusqanrayku; paytaqa, tukuy imapaqpas, kay pacha musuqmanta chakatan, llaqtapa rikunanpi p’enqayman churayta rurashan, llaqtan runakunata qatiqchasqanpi. Kay pachaqa Cristotaqa santosninkunapa personanpi qhespichispa qharqorqan, profetakunapa, apostolkunapa, mensajerokunapa willakuyninkunata mana chaskisqanwan, paypa mensajenkunatapas mana chaskirqanchu. Cristo wan llamk’aqmasinkuna kasqankunata qhespirqankuta mana chaskirqankuchu, chayraykutaq paykunaqa cuentata qunankupaqmi kanqa.”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Yupay Pichqa Chunka Qanchisniyuq</dc:title>
  <dc:subject>Qallarichispa Apocalipsispa proféticopa pakasqa yachayninkunata: tukukuy p’unchaykunapa profecíankunanta puriy huk ñanpi</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