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Pichqa Chunka Pusaqniyuq</w:t>
      </w:r>
    </w:p>
    <w:p>
      <w:pPr>
        <w:pStyle w:val="ArticleSubtitle"/>
        <w:jc w:val="left"/>
      </w:pPr>
      <w:r>
        <w:rPr>
          <w:rFonts w:ascii="Arial" w:hAnsi="Arial" w:eastAsia="Arial" w:cs="Arial"/>
        </w:rPr>
        <w:t>Yachay Kichasqa: Kimsa-kutin Tinkuyta hinaspa 666 yupaypa watuchayninta rimaykunapi maskay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Askha testigokunapi qhawarichisqanmi, historiapipas hinallataq profecíapipas Romaqa sapa kuti pusaj kaqman lluqsispa, qanchis kaqkunamanta kasqanta. Kay símbolop profético watuchayninqa Judá ayllumanta Leónpa kicharisqanmi, graciapa tiempo tukukuyninman qayllapi. Cristoqa hayk’aqpas manam cambianchu, hinaspa Millerita historiapa ñawpaq Hatun hinaspa Hatunlla Pantasqankunapi, paymi huk cheqaqta rikuchirqan, chay pantasqapa pakasqa imayna kasqanta sut’inchananpaq.</w:t>
      </w:r>
    </w:p>
    <w:p>
      <w:pPr>
        <w:pStyle w:val="ArticleBody"/>
        <w:jc w:val="left"/>
      </w:pPr>
      <w:r>
        <w:rPr>
          <w:rFonts w:ascii="Times New Roman" w:hAnsi="Times New Roman" w:eastAsia="Times New Roman" w:cs="Times New Roman"/>
        </w:rPr>
        <w:t>Milleritakunapa ñawpaq llakisqa pantay qhipaman, Payqa makinmi hurqorqa 1843 watapa tablapi rikuchisqa yupaykunamanta huk pantaymanta. Chay pantayqa rikuchirqanmi llakikuyman apaq willakuy proféticopi mana allin hamut’asqata. Milleritakunaqa tukukuyninpi pusasqa karqanku huk qatunta yachaykunaman, chaykunam allinta takyasqa ruwarqanku ishkay waranqa kinsa pachak p’unchaykunapa qallariynin p’unchayta. Sinchi qallariy p’unchaywan, mayqinmi aswan hatunmanta chakatasqa p’unchaypa fechampi sayasqa karqa, chaymanta qhawarirqanku kikin prueba proféticota mayqintachus 1843 watata reqsinankupaq llamk’achisqanku, chiqaqtapuni reqsichisqa kasqanta manam 1844 watallatachu, aswanpas 1844 watapa octubre killapa 22 p’unchayta.</w:t>
      </w:r>
    </w:p>
    <w:p>
      <w:pPr>
        <w:pStyle w:val="ArticleBody"/>
        <w:jc w:val="left"/>
      </w:pPr>
      <w:r>
        <w:rPr>
          <w:rFonts w:ascii="Times New Roman" w:hAnsi="Times New Roman" w:eastAsia="Times New Roman" w:cs="Times New Roman"/>
        </w:rPr>
        <w:t>Iskay hatun jatun llakikuy qhipaman, Señorqa huk kutitaq sut’i cheqaqta rikuchirqan, chaymi kutichirqan llapa profetakuq sasachakuyninkunata, paykuna pantasqa willakuyninkurayku, 1844 wata, octubre killapa 22 p’unchawninpi Cristoqa iskay kutita hamusqan kasqanta nispa. Señorqa Santuario nisqamanta yachachiyta kicharirqan, chaywan tinkisqa cheqaqkunatawan, hinaspataq chay jatun llakikuy sut’inchasqa karqan.</w:t>
      </w:r>
    </w:p>
    <w:p>
      <w:pPr>
        <w:pStyle w:val="ArticleScripture"/>
        <w:jc w:val="left"/>
      </w:pPr>
      <w:r>
        <w:rPr>
          <w:rFonts w:ascii="Times New Roman" w:hAnsi="Times New Roman" w:eastAsia="Times New Roman" w:cs="Times New Roman"/>
        </w:rPr>
        <w:t>“Llaqta hina, ñoqanchikqa profecíakunapa sapaq yachaqnin kasqanchikmi kanan; ama samaykuchunchu, santuario nisqamanta allinta yuyayniyuq kananchikkama, chaymantaqa Danielpa, Juanpa rikuykunapi sut’inchasqa kashan. Kay yachachiyqa kunan kasqanchikman, llamk’asqanchikmanpas hatun k’anchayta qowanchik, hinaspataq mana iskayrayay atina qhawachiyta qowanchik Diosqa ñawpaq kausayniykupi pusasqanchikmanta. Chaymi 1844 watapi llakikuyninchikta sut’inchan, qhawachispa mayllanapaq santuarioqa mana kay pachachu kasqa, imaynatachus ñoqanchik yuyarqanchik hina, aswanpas chaypacha Cristoqa hanaq pacha santuarioq aswan santo ukhuman haykuspa, chaypi sacerdoten hina llamk’anpa tukukuynin llamk’ayta ruwashan, angelpa profeta Danielman nisqan simikunata hunt’aspa: ‘Iskay waranqa kimsa pachak p’unchawkunakama; chaymantataq santuarioqa mayllasqa kanqa.’”</w:t>
      </w:r>
    </w:p>
    <w:p>
      <w:pPr>
        <w:pStyle w:val="ArticleScripture"/>
        <w:jc w:val="left"/>
      </w:pPr>
      <w:r>
        <w:rPr>
          <w:rFonts w:ascii="Times New Roman" w:hAnsi="Times New Roman" w:eastAsia="Times New Roman" w:cs="Times New Roman"/>
        </w:rPr>
        <w:t>“Noqanchikpa iñiyninchik, ñawpaq, iskay kaq, kimsa kaq angelkunapa willakuyninkunamanta rimashaqtin, allinmi karqa. Hatun ñanniyuq señalkuna, mayqenkunata pasashanchik, mana kuyuriqmi kanku. Ukhu pacha supaykunapa ejercitonku anchata munaykuyman chaykunata saphiyninkumanta qichuyta, hinaspa atiparusqankuta yuyarispa kusikuyta atinman chaypas, manam chiqaqpi atinkuchu. Kay cheqaq kaypa sayayninkuna wiñay urqukunahinam sinchita sayanku, mana kuyurisqa runakunapa llapan kallpankuwan Satanaspa hinaspa paypa ejercitonpa kallpankuwan tantalla ruwasqankumantapas. Anchata yachayta atisun, hinaspa Escrituras-ta sapa kuti maskhashalla kasunchik, kay imakunachus chayna kasqanta qhawananchikpaq. Kunanqa Diospa llaqtanpa ñawinkuna hanaq pacha santuario-man fijasqa kanan tiyan, maypichus Hatun Sacerdotenchikpa qhipa ministrasqanmanta, taripanakuy rurasqapi, rikhurishan,—maypichus payqa llaqtanrayku mañakushan.” Review and Herald, 27 de noviembre de 1883.</w:t>
      </w:r>
    </w:p>
    <w:p>
      <w:pPr>
        <w:pStyle w:val="ArticleBody"/>
        <w:jc w:val="left"/>
      </w:pPr>
      <w:r>
        <w:rPr>
          <w:rFonts w:ascii="Times New Roman" w:hAnsi="Times New Roman" w:eastAsia="Times New Roman" w:cs="Times New Roman"/>
        </w:rPr>
        <w:t>Crucifixiónpi discípulokunapa llakikuyninqa sayasqa karqa, Cristoq cruzpi sayachinan kasqanmanta qhapaq kamachiyta mana allinta entiendesqankurayku. Juan Bautistapa hinaspa apóstol Pabloq ministerionkunaqa chay ruwayta hinallataq hap’irqaku: literal Israelpa dispensasiónninpas, literal kay pacha santuarioqpas, espiritual Israelman hinaspa espiritual hanaq pacha santuarioyman t’ikrasqanta reqsichiy. Judá ayllumanta Leónqa sapa kuti “yachaqkunaman” chay llakikuyta sut’inchan. Roma “pusaj kaqmi, ichaqa qanchismantam” nisqa profético watuchakuypa sut’inchayninqa, Judá Leónpa ruwasqan llamk’ayninmanta hukninmi, 18 julio 2020 p’unchawpi karqa chay llakikuyta sut’inchananpaq.</w:t>
      </w:r>
    </w:p>
    <w:p>
      <w:pPr>
        <w:pStyle w:val="ArticleBody"/>
        <w:jc w:val="left"/>
      </w:pPr>
      <w:r>
        <w:rPr>
          <w:rFonts w:ascii="Times New Roman" w:hAnsi="Times New Roman" w:eastAsia="Times New Roman" w:cs="Times New Roman"/>
        </w:rPr>
        <w:t>Miller llaqtakunapa qatikuqkunaqa Romata rikurqanku Bibliamanta profecíakunapa tawa kaq qhapaq suyunta hina, hinaspataq paganismomanta papalismokama kasqankuta reqsirqanku, ichaqa manam atirqankuchu papal Romata Bibliamanta profecíakunapa pichqa kaq qhapaq suyunta hina rikuyta. 1844 watamanta pisillata qhipamanmi, ñawpaq pionero-kunaqa rikurqanku Estados Unidos nisqaqa Bibliamanta profecíakunapa qatiqnin qhapaq suyu kasqanta.</w:t>
      </w:r>
    </w:p>
    <w:p>
      <w:pPr>
        <w:pStyle w:val="ArticleBody"/>
        <w:jc w:val="left"/>
      </w:pPr>
      <w:r>
        <w:rPr>
          <w:rFonts w:ascii="Times New Roman" w:hAnsi="Times New Roman" w:eastAsia="Times New Roman" w:cs="Times New Roman"/>
        </w:rPr>
        <w:t>Chay reqsiyqaqaqa 1850 watapi ñawpaq puriqkunapa siq’ipi rikuchisqa kashan, ichaqa paykunapa atiyñinku Bibliaq willakuy profecíapi kawsay suyukunapa hunt’asqa rikch’ayninta reqsinankupaq, Apocalipsis qanchis chunka qanchisniyuq capítulope rikuchisqa hina, mana hamut’anankupaq atisqachu karqan; imaraykuchus 1863 watapi “qanchis kuti” nisqata qhispichisqankumanta qhipaman Laodicea chunlla purina chakrampi pantayta qallarisqanku.</w:t>
      </w:r>
    </w:p>
    <w:p>
      <w:pPr>
        <w:pStyle w:val="ArticleScripture"/>
        <w:jc w:val="left"/>
      </w:pPr>
      <w:r>
        <w:rPr>
          <w:rFonts w:ascii="Times New Roman" w:hAnsi="Times New Roman" w:eastAsia="Times New Roman" w:cs="Times New Roman"/>
        </w:rPr>
        <w:t>Ñawpa Israel llaqtapa willakuyninqa ñawpa pacha Adventista cuerpopa pasasqanman sut’i, kallpachaq rikuchiy hinam. Diosqa ayllunkunata pusarqan advenimiento kuyuypi, imaynatachus Israelpa churinkunata Egiptomanta pusarqan chay hina. Hatun llakikuypi iñiyninku pruebaman churakurqan, imaynatachus Hebreokunapa iñiyninku Puka Lamar qochapi pruebaman churakurqan chay hina. Sichus paykunaqa ñawpa pasasqankupi paykunawan kashaq pusariq makinmanraq atiniykuta churashaqku karqanman chayqa, Diospa qespichisqanta rikunqaku karqan. Llapa 1844 watapi huk sonqolla kay llamk’aypi llamk’aqkunaqaqa kinsa kaq angelpa willakuyninta chaskispa, Santo Espírituypa atiyninwan willakuspa karqanku chayqa, Señorqa paykunapa kallpachakuyninkunawan ancha atiyniyoqta llamk’anman karqan. Achka k’anchaymi kay pachaman achikyachisqa kanman karqan. Achka watakuna ñawpaqtañam kay pachapi tiyaqkuna willasqa kanman karqan, tukukuq llamk’ay tukuchisqa kanman karqan, Cristotaq hamunman karqan ayllunta rantispa qespichinapaq.</w:t>
      </w:r>
    </w:p>
    <w:p>
      <w:pPr>
        <w:pStyle w:val="ArticleScripture"/>
        <w:jc w:val="left"/>
      </w:pPr>
      <w:r>
        <w:rPr>
          <w:rFonts w:ascii="Times New Roman" w:hAnsi="Times New Roman" w:eastAsia="Times New Roman" w:cs="Times New Roman"/>
        </w:rPr>
        <w:t>“Manam karqan Diospa munayninchu Israel llaqta chunka tawayoq watata ch’in pampa-pi purinanta; payqa munarqan paykunata chaylla Canaán suyuman pusayta hinaspa chaypi takyachiyta, huk llaqtata santu, kusisqa. Ichaqa ‘mana haykuyta atirqankuchu mana iñiyninkurayku.’ Hebreos 3:19. Kutirikusqankurayku hinaspa apostasiankurayku ch’in pampa-pi wañupurqanku, hukkunañataq hatarichisqa karqanku Aqsisqa Hallp’aman haykunankupaq. Chay hinallataq, manam karqanchu Diospa munaynin Cristopa hamuynin unayta qhipachisqa kananpaq hinaspa llaqtan kay hucha hinaspa llakiy pacha-pi achka watakunata qhiparinanpaq. Ichaqa mana iñiy paykunata Diosmanta t’aqarqan. Paykunam mana munarqankuchu pay churapusqanku llamk’ayta ruwanankuta, chayrayku hukkuna hatarichisqa karqanku willakuyta willanankupaq. Kay pachapaq khuyapayakuyninrayku, Jesusqa hamuyninta qhipachin, huchasapakunaq yuyaychasqa willakuyta uyariyninkupaq oportunidad kanampaq hinaspa paypi pakakuna tarinankupaq manaraq Diospa phiñakuynin taqyasqa kachkaptin.” The Great Controversy, 458.</w:t>
      </w:r>
    </w:p>
    <w:p>
      <w:pPr>
        <w:pStyle w:val="ArticleBody"/>
        <w:jc w:val="left"/>
      </w:pPr>
      <w:r>
        <w:rPr>
          <w:rFonts w:ascii="Times New Roman" w:hAnsi="Times New Roman" w:eastAsia="Times New Roman" w:cs="Times New Roman"/>
        </w:rPr>
        <w:t>Santiago y Elena de White, ambos, identificaron que el movimiento había pasado a ser el movimiento de Laodicea en 1856, y en el pasaje anterior ella señala que “si todos los que habían trabajado unidos en la obra en 1844 hubiesen recibido el mensaje del tercer ángel y lo hubiesen proclamado con el poder del Espíritu Santo, el Señor habría obrado poderosamente con sus esfuerzos”. Luego dice: “De igual manera”, el “retroceso y la apostasía” que manifestó el antiguo Israel hicieron que el antiguo Israel “pereciera en el desierto”. El pasaje está señalando que el adventismo laodicense comenzó a vagar por el desierto en el período de tiempo cuando quienes habían proclamado el mensaje del Clamor de Medianoche aún estaban vivos.</w:t>
      </w:r>
    </w:p>
    <w:p>
      <w:pPr>
        <w:pStyle w:val="ArticleBody"/>
        <w:jc w:val="left"/>
      </w:pPr>
      <w:r>
        <w:rPr>
          <w:rFonts w:ascii="Times New Roman" w:hAnsi="Times New Roman" w:eastAsia="Times New Roman" w:cs="Times New Roman"/>
        </w:rPr>
        <w:t>Kunan p’unchaw teólogokunaqa (yachaqkunaqa) Rikch’ariy 17 ñiqin kapítulopi imaymana ruranakunaq aplicacionninta reqsichkanku; chaykunaqa ichaqa Jesuitakuna ruwasqan futurismo nisqa metodología-manta lloqsisqa kanku, utaq waqlliychasqa, apostata Protestantismoq teología ruranankunamanta. Rikch’ariy 17 ñiqipi kaq símbolokunaqa ancha sasachaqchu, aswanpas ancha sutin kanku. Ñuqaykuqa munasqa símbolokunata reqsirqanchikña; chayrayku kutirisun chaypi rikuchisqa qhapaq suyukunaman, hinaspa chaykunata Daniel 2 ñiqin kapítulopi kaq qhapaq suyukunawan tupachispa churaykusun, imaraykuchus Jesúsqa sapa kuti imapas tukukuyninta, qallariyninwanmi sut’inchan.</w:t>
      </w:r>
    </w:p>
    <w:p>
      <w:pPr>
        <w:pStyle w:val="ArticleScripture"/>
        <w:jc w:val="left"/>
      </w:pPr>
      <w:r>
        <w:rPr>
          <w:rFonts w:ascii="Times New Roman" w:hAnsi="Times New Roman" w:eastAsia="Times New Roman" w:cs="Times New Roman"/>
        </w:rPr>
        <w:t>Hinaspa qanchis reykuna kan: pichqan urmaqñam, hukninmi kachkan, huktaq manaraq hamunraqchu; hinaspa pay hamuptinqa pisi tiempollañam qhiparinan. Hinallataq uywa, mayqinchus karqa, kunantaq mana kanchu, payqa pusajñam, qanchismantataq kashan, hinaspa chinkayman rin. Chay qanchis wagrakuna, qam rikurqanki, chunka reykunam, mayqinkunachus manaraq suyu chaskirqankuchu; ichaqa rey hina atiyninta chaskinkunku uywawan kuska huk ratollapaq. Apocalipsis 17:10–12.</w:t>
      </w:r>
    </w:p>
    <w:p>
      <w:pPr>
        <w:pStyle w:val="ArticleBody"/>
        <w:jc w:val="left"/>
      </w:pPr>
      <w:r>
        <w:rPr>
          <w:rFonts w:ascii="Times New Roman" w:hAnsi="Times New Roman" w:eastAsia="Times New Roman" w:cs="Times New Roman"/>
        </w:rPr>
        <w:t>Kimsa versículopi, Juanqa espírituwan apasqa karqa 1798 wataman. Chay pacha historiapi qhawarisqanmantan nisqa karqa pichqa qhapaq suyukunaña urmasqaña kasqankuta. Chay qhapaq suyukuna karqanku Babilonia, Medo-Persia, Grecia, mana cristiano Roma, hinallataq papaq Roma. William Millerqa mana atirqachu kay qanchis chunka t’aqapi kay pasajeta allinta paskayta, imaraykuchus mana reqsirqachu papaq Romaqa mana cristiano Romamanta sapaq qhapaq suyu kasqanta. Ichaqa kay qatipayninqa Apocalipsispa chunka iskayniyuq hinallataq chunka kimsayuq t’aqankunapi rimarisqa kashan, imaraykuchus chunka iskayniyuq t’aqapi dragónqa mana cristiano Romata rikch’arichirqan, chunka kimsayuq t’aqapi lamar qochamanta lluqsimuq bestiaqa papadota rikch’arichirqan, allpamanta bestiataq Estados Unidos nisqata. Hermana Whiteqa kay kimsa bestiakunata sut’inchan dragón, bestia, hinaspa llulla profeta nispa. Testimonionta quspa, payqa qhapaq suyukunapa qatipayninta sut’inchan, hinaspa chay qatipayqa Apocalipsis chunka qanchisniyuqta imayna aplicasqaykuwanmi tupakun.</w:t>
      </w:r>
    </w:p>
    <w:p>
      <w:pPr>
        <w:pStyle w:val="ArticleScripture"/>
        <w:jc w:val="left"/>
      </w:pPr>
      <w:r>
        <w:rPr>
          <w:rFonts w:ascii="Times New Roman" w:hAnsi="Times New Roman" w:eastAsia="Times New Roman" w:cs="Times New Roman"/>
        </w:rPr>
        <w:t>“Hatun puka dragón nisqap, leopardo-hina uywa nisqap, hinaspa cordero-hina waqrachayuq uywa nisqap unanchasqan ukhupi, kay pachapi gobiernokuna, Diospa leyninta saruchaypi hinaspa Paypa llaqtanta qatikachaypi aswan hina llamk’anankupaq kaqkuna, Juanman rikuchisqa karqanku. Chay maqanakuyqa pacha tukukuyninkama purichisqa kachkan. Diospa llaqtantan, huk ch’uya warmi hinaspa wawankuna nisqawan unanchasqa, ancha pisilla kaq hina rikuchisqa karqanku. Qhepa p’unchaykunapiqa huk puchuqllaña kawsarqa. Paykunamanta Juan rimarin: ‘Diospa kamachikuykunata waqaychaqkuna, hinaspa Jesucristoq testimoniunta hap’iqkuna’ nispa.”</w:t>
      </w:r>
    </w:p>
    <w:p>
      <w:pPr>
        <w:pStyle w:val="ArticleScripture"/>
        <w:jc w:val="left"/>
      </w:pPr>
      <w:r>
        <w:rPr>
          <w:rFonts w:ascii="Times New Roman" w:hAnsi="Times New Roman" w:eastAsia="Times New Roman" w:cs="Times New Roman"/>
        </w:rPr>
        <w:t>“Mana paganu kaynin, chaymanta Papadowanpis, Satanásqa achka pachak watakuna tukuypi atiniynta rurachkarqan, Diospa fidel testigonkuna kay pachamanta chinkachinapaq. Paganokunapas papistakunapas hukllam kasharqanku chay dragónpa espiritunwan kuyuchisqa. Sapaqlla hukninmanta hukninman karqanku kayllapi: Papadoqa, Diosta sirvichkaspas hina rikuchikuspa, aswan peligrosa, aswan sinchi millay awqaqa karqan. Romanismopa rurayninwanmi Satanásqa kay pachata prisionerorqan. Diospa iglesian nisqaqqa kay pantasqapa filasninman apasqa karqan, hinallataq waranqa watamanta aswanmi Diospa llaqtanqa dragónpa piñakuynin uraman ñak’arirqaku. Hinaspa Papadoqa, kallpanta qichusqa kashaspa, qatiykachaymanta sayarinanpaq kallpachasqa kaptin, Juanqa huk musuq atiyta rirqamushajta rikurqan, dragónpa siminta waqyachinapaq, chay kikillan sinchi millay hinaspa Diosta rimaykachaq rurayta ñawpaqman apananpaq. Kay atiymi, qhipa kaq iglesiatawan Diospa leynintawan maqanakunanpaq, ovejapa waqrankuna hina kaq waqrayuq animalwan unanchasqa karqan.”</w:t>
      </w:r>
    </w:p>
    <w:p>
      <w:pPr>
        <w:pStyle w:val="ArticleScripture"/>
        <w:jc w:val="left"/>
      </w:pPr>
      <w:r>
        <w:rPr>
          <w:rFonts w:ascii="Times New Roman" w:hAnsi="Times New Roman" w:eastAsia="Times New Roman" w:cs="Times New Roman"/>
        </w:rPr>
        <w:t>“Pero profecíaq lapizninpa sinchi trazanqanmi kay hawka rikch’ayninpi huk tikrayta rikuchin. Corderohina waqrayuq uywaqa dragónpa siminwanmi rimarin, hinaspa ‘ñawpaq kaq uywapa llapa atiynta ñawpaqninpi ruwachkan.’ Profecíaqa willakun: kay pachapi tiyaqkunamanmi nispa, uywapaq huk rikch’ayninta ruwanankupaq; hinaspa ‘llapankunata, huch’uyta hatunta, qhapaqta wakchata, libreta kamachisqata, paña makinpi utaq urqunkunapi huk señalta chaskinankupaqmi kamachin; hinaspa mana pipas rantiyta nitaq rantichiyta atinmanchu, señalniyuq, utaq uywapa sutinyoq, utaq sutinpa yupayninyoq kaqlla mana kaptinqa.’ Chayhinapin Protestantismoqa Papadopa purisqan ñanninta qatipan.” Signs of the Times, November 1, 1899.</w:t>
      </w:r>
    </w:p>
    <w:p>
      <w:pPr>
        <w:pStyle w:val="ArticleBody"/>
        <w:jc w:val="left"/>
      </w:pPr>
      <w:r>
        <w:rPr>
          <w:rFonts w:ascii="Times New Roman" w:hAnsi="Times New Roman" w:eastAsia="Times New Roman" w:cs="Times New Roman"/>
        </w:rPr>
        <w:t>Qhipa pasajepa ñawpaq párrafonpi, Hermana Whiteqa sut’inchan Roma pagana, Roma papal, hinallataq Estados Unidos nisqanta “kay pachapi gobiernokuna” kasqankuta. Iskay kaq párrafonpin sut’inchan chay gobiernokuna qatipasqa kasqankuta, nispan: “paganismomanta, hinaspataq Papadomanta,” hinallataq “Papadom, kallpanta qichusqa, ñak’ariykunawan qatiqeymanta sayarinanpaq kallpachasqa kaptin, Juanqa rikurqan musuq atiyta wicharimuqta, amarupa siminta qaparichinanpaq, hinaspataq chay kikin millay, Diosta muspaychaq ruwanakunata ñawpaqman apananpaq.” Ichaqa manan chayllapichu sayan, imaraykuchus kinsa kaq párrafonpi sut’inchan Estados Unidosqa huk qhapaq kamachiyta tukuy pachaman churananpaq kasqanta. Payqa nin: “Corderohina waqrayuq bestiaqa amaruq siminwan rimarin, hinaspataq ‘ñawpaq bestiaq llapa atininta ñawpaqninpi rurachkan.’ Profecíaqa willakun kay pachapi tiyaqkunaman ninqa bestiaman huk rikch’ayninta ruranankupaq.”</w:t>
      </w:r>
    </w:p>
    <w:p>
      <w:pPr>
        <w:pStyle w:val="ArticleBody"/>
        <w:jc w:val="left"/>
      </w:pPr>
      <w:r>
        <w:rPr>
          <w:rFonts w:ascii="Times New Roman" w:hAnsi="Times New Roman" w:eastAsia="Times New Roman" w:cs="Times New Roman"/>
        </w:rPr>
        <w:t>Apocalipsis qillqapa chunka iskayniyuq, chunka kimsa­niyuq kapitulukunaqa reqsichinku Roma pagana nisqanta, Roma papal nisqanta, Estados Unidos nisqanta, hinaspa animalpa rikchayninta pachapi, chayqa Estados Unidospa sayarichisqan. “Animalpa rikchaynin” nisqapa sut’i kayninqa Iglesiatawan Estadota huñusqa kaymi; hinaspa llapa pachapa animalpa rikchayninta sayarichinankupaqa, sut’inchasqa kayninman hina, reqsichin tukukuynin p’unchaykunapi huk-sapalla pachapa gobiernon llapan kay pachaman kallpawan churakusqanta. Chay reinoqa huk Estadomanta hinaspa huk Iglesiamanta ruwasqa kanqa, Iglesiataq chay tinkuyninpi kamachiq kanqa. Apocalipsis qillqapa chunka iskayniyuq, chunka kimsayuq kapitulukunaqa tawa qatiq reino­kunata reqsichinku; hinaspataq chay kikin reinokunaqa chunka qanchisniyuq kapitulumantapas rikuchisqa kachkanku, hinaspataq Daniel qillqapa iskayniyuq kapitulumantapas.</w:t>
      </w:r>
    </w:p>
    <w:p>
      <w:pPr>
        <w:pStyle w:val="ArticleBody"/>
        <w:jc w:val="left"/>
      </w:pPr>
      <w:r>
        <w:rPr>
          <w:rFonts w:ascii="Times New Roman" w:hAnsi="Times New Roman" w:eastAsia="Times New Roman" w:cs="Times New Roman"/>
        </w:rPr>
        <w:t>1798 watapi, Juanqa rikurqan Bibliapi profeciakunapa ñawpaq phisqa qhapaq suyukunaña urmaykushasqanta, hinaspataq 1798 watapi huk qhapaq suyu chayraq kasqanta. Bibliapi profeciakunapaq 1798 watapi qallarisqa qhapaq suyuqa, Apocalipsis chunka kimsayuqpi kay allpa animalmi karqan; chayqa oveja hina qallarin, ichaqa tukukuyninpi dragón hina rimarin. Estados Unidosqa Bibliapi profeciakunapa iskay waqrayuq soqta kaq qhapaq suyum, pichqa kaq qhapaq suyumanta qatiq, chay espíritu Babilonia, wañuchiq ch’akiyta chaskisqa karqan. Pichqa kaq qhapaq suyuqa espíritu Babiloniam karqan, paymi cheqaq Babilonia nisqa ñawpaq kaq qhapaq suyupi rikuchisqa karqan. Iskay waqrayuq soqta kaq qhapaq suyuqa qolqe manta iskay brazokunawan ñawpaqmanta rikuchisqa karqan.</w:t>
      </w:r>
    </w:p>
    <w:p>
      <w:pPr>
        <w:pStyle w:val="ArticleBody"/>
        <w:jc w:val="left"/>
      </w:pPr>
      <w:r>
        <w:rPr>
          <w:rFonts w:ascii="Times New Roman" w:hAnsi="Times New Roman" w:eastAsia="Times New Roman" w:cs="Times New Roman"/>
        </w:rPr>
        <w:t>1798 watapim karqa huk qhapaq suyu hamunanraq kashaq, imaraykuchus 1798 watapiqa, “hukñataq manaraqmi hamunchu” nisqa kachkarqa. Chay qanchis kaq qhapaq suyu historiaman hamuptinqa, “pisi pacha”llam sayanqa. Pisqa kaq qhapaq suyupaqa wañuywan kikinchasqa nanaymi chaskirqan, suqta kaq qhapaq suyupaqa iskay waqram karqan, qanchis kaq qhapaq suyutaq pisi pachallam sayan. Qillqasqa rimaypa contexto-ninmi reqsichin qanchis kaq qhapaq suyuta “chunka reykuna” nisqawan rikuchisqa kasqanta; “chunka reykuna” huk qhapaq suyu tukuspaqa, “huk hora”llam kamachinku, huk “hora”qa pisi “pacha”mi. “Chunka reykuna” kamachiq kaptinkuqa, chay “huk hora”pim bestiawan kuska kamachinku.</w:t>
      </w:r>
    </w:p>
    <w:p>
      <w:pPr>
        <w:pStyle w:val="ArticleScripture"/>
        <w:jc w:val="left"/>
      </w:pPr>
      <w:r>
        <w:rPr>
          <w:rFonts w:ascii="Times New Roman" w:hAnsi="Times New Roman" w:eastAsia="Times New Roman" w:cs="Times New Roman"/>
        </w:rPr>
        <w:t>Qan rikusqayki chunka waqrankunaqa chunka reykunami, manaraqmi chaskinkuchu suyu; ichaqa uywakuna hina atiyniyuq reykuna kaspa, huk pisi pachallata uywawan kuska chaskinqaku. Apocalipsis 17:12.</w:t>
      </w:r>
    </w:p>
    <w:p>
      <w:pPr>
        <w:pStyle w:val="ArticleBody"/>
        <w:jc w:val="left"/>
      </w:pPr>
      <w:r>
        <w:rPr>
          <w:rFonts w:ascii="Times New Roman" w:hAnsi="Times New Roman" w:eastAsia="Times New Roman" w:cs="Times New Roman"/>
        </w:rPr>
        <w:t>“Chunka waqrankuna” qanchisñiqin qhapaq suyumi, ichaqa salqa uywawan kuska kamachinku “huk pisi ratullañan” pachakama. “Huk pisi ratulla”qa domingo ley sasachakuy pacha kashan, chaymi qallarin mana unaypi hamuq domingo leymanta Estados Unidos llaqtapi. Paykuna acuerdonta ruranku salqa uywawan kuska kamachinankupaq, imaraykuchus chayta ruranankupaq kallpachasqa kanku ñawpaq kaq qhapaq kamachiqmanta, chayqa Estados Unidosmi. Hermana Whiteqa, kayraq citesqanchik pasajepi, reqsichin Diospa llaqtanta qatiqchaspa ñak’arichiq qhipa atiyniyuqqa allpa uywa kasqanta.</w:t>
      </w:r>
    </w:p>
    <w:p>
      <w:pPr>
        <w:pStyle w:val="ArticleScripture"/>
        <w:jc w:val="left"/>
      </w:pPr>
      <w:r>
        <w:rPr>
          <w:rFonts w:ascii="Times New Roman" w:hAnsi="Times New Roman" w:eastAsia="Times New Roman" w:cs="Times New Roman"/>
        </w:rPr>
        <w:t>“Juanqa rikurqan musuq atiyniyuq sayarimuqta, dragónpa siminta waqaychaspa qaparichinanta, hinaspataq chay kikin saqra, Diospa contran rimayniyuq llamk’ayta ñawpaqman aparinanta. Kay atiyniyuqqa, qhipa kaq iglesiapa hinaspa Diospa kamachikuyninpa contran maqanakunanpaq, ovejapa waqrayuq uywawanmi unanchasqa karqan.” Signs of the Times, November 1, 1899.</w:t>
      </w:r>
    </w:p>
    <w:p>
      <w:pPr>
        <w:pStyle w:val="ArticleBody"/>
        <w:jc w:val="left"/>
      </w:pPr>
      <w:r>
        <w:rPr>
          <w:rFonts w:ascii="Times New Roman" w:hAnsi="Times New Roman" w:eastAsia="Times New Roman" w:cs="Times New Roman"/>
        </w:rPr>
        <w:t>Bibliapa qhelqasqa profecíakunapa qhipa qhapaqsuyunqa Estados Unidospa llullachiywanmi sayarichisqa, Llulla Profeta hina. Chay qhapaqsuyunqa 1798 watapi huk cordero hina qallarisqa, ichaqa qhipa p’unchaykunapiqa kay pachapi runakunata kallpachin uywakunaq llikllinpa llapan pachapi imageninta chaskinankupaq; chaymi sut’inchasqa kasqanman hina Iglesiawan Estadopaq huñuy, Iglesiapa chay tupanakuyta kamachisqanwan. Chay qhapaqsuyunqa kimsa-muyu huñuy hinallataq reqsisqa kachkan.</w:t>
      </w:r>
    </w:p>
    <w:p>
      <w:pPr>
        <w:pStyle w:val="ArticleScripture"/>
        <w:jc w:val="left"/>
      </w:pPr>
      <w:r>
        <w:rPr>
          <w:rFonts w:ascii="Times New Roman" w:hAnsi="Times New Roman" w:eastAsia="Times New Roman" w:cs="Times New Roman"/>
        </w:rPr>
        <w:t>“Estados Unidos llaqtapi protestantekunaqa ñawpaqpi kanqaku makin̄kuta mast’arispanku chay hatun t’uqru patata chimpaspa Espiritismopa makinta hap’inankupaq; ukhamallataqmi chay ukhu wayq’u patamantapas mast’arinqaku Roma atiyniyuqwan makinkuta tinkuchinankupaq; kay kimsa kutin hukllachasqa tinkuyninpa kallpachakusqan urapiqa, kay llaqtam Roma llaqtapa purisqan ñanta qatinqa, yuyayniyuq sonqopa derechonkuna saruch’aspan.” The Great Controversy, 588.</w:t>
      </w:r>
    </w:p>
    <w:p>
      <w:pPr>
        <w:pStyle w:val="ArticleBody"/>
        <w:jc w:val="left"/>
      </w:pPr>
      <w:r>
        <w:rPr>
          <w:rFonts w:ascii="Times New Roman" w:hAnsi="Times New Roman" w:eastAsia="Times New Roman" w:cs="Times New Roman"/>
        </w:rPr>
        <w:t>Kimsa kuti huñuyqa dragónpa, bestiapa, llulla profetapa huñuyninmi; chaymi Apocalipsis chunka suqtayuqpi kay pachapa reykunaman lluqsispa, kay pachata Armagedónman pusanku.</w:t>
      </w:r>
    </w:p>
    <w:p>
      <w:pPr>
        <w:pStyle w:val="ArticleScripture"/>
        <w:jc w:val="left"/>
      </w:pPr>
      <w:r>
        <w:rPr>
          <w:rFonts w:ascii="Times New Roman" w:hAnsi="Times New Roman" w:eastAsia="Times New Roman" w:cs="Times New Roman"/>
        </w:rPr>
        <w:t>Hinaspanmi kimsa q’añu espiritukunata hamp’atu hina lloqsimuqta dragónpa siminmanta, uywapa siminmantapas, llulla profetapa siminmantapas. Paykunan supaykunapa espiritunkuna, milagrokunata ruwaspa, kay pachapa reykunaman, hinallataq llapa kay pachapa reykunaman rinku, paykunata huñunankupaq Tukuy-Atiyniyuq Diospa chay hatun p’unchaypa maqanankama. Apocalipsis 16:13, 14.</w:t>
      </w:r>
    </w:p>
    <w:p>
      <w:pPr>
        <w:pStyle w:val="ArticleBody"/>
        <w:jc w:val="left"/>
      </w:pPr>
      <w:r>
        <w:rPr>
          <w:rFonts w:ascii="Times New Roman" w:hAnsi="Times New Roman" w:eastAsia="Times New Roman" w:cs="Times New Roman"/>
        </w:rPr>
        <w:t>“Roma kamachiy”qa papakuykamachiymin, uywaqa hinallataq Bibliaq willakuy profecíapi pichqaq kamachiytaq, wañuchikuq ch’akiyta chaskiq. “Protestantekuna”qa Estados Unidos suyuta rikuchinku, llulla profetata, Bibliaq willakuy profecíapi soqta kaq, tukukuq kamachiyta. “Espiritualismo”qa Naciones Unidas nisqamin, dragónqa hinallataq chay kamachiytaq uywawan huk hora kamachinankupaq acuerdota ruran. Kimsa kutiy hukllachasqa tinkuyqa “huk hora” ukhupi hunt’akun, chay “hora”qa Revelación chunka hukniyuqpi kaq “hatun allpa kuyuy”pa “hora”n, chaymi utqaylla hamuq domingo kamachiy.</w:t>
      </w:r>
    </w:p>
    <w:p>
      <w:pPr>
        <w:pStyle w:val="ArticleScripture"/>
        <w:jc w:val="left"/>
      </w:pPr>
      <w:r>
        <w:rPr>
          <w:rFonts w:ascii="Times New Roman" w:hAnsi="Times New Roman" w:eastAsia="Times New Roman" w:cs="Times New Roman"/>
        </w:rPr>
        <w:t>“Papadopa sayarichisqa kamachiyta Diospa kamachinwan p’anpachispa sayachiq decreto rayku, suyunchikqa hunt’asqa hinam allin kaymanta t’aqakunqa. Protestantisimo makinta mast’arinqa hatun chinkay patapi Romapa atiyninpa makinta hapiqpaq; ukhu p’uytumanta chimpaspa Espiritualismowan makikukunku chayqa; kay kimsa-manta hukllachasqa tinkuypa kallpachaynin urapi suyunchikqa Constitucionninpa sapa kamachiy principiosninkunata, gobierno protestante republicanopaq kasqanta, ñiqikunman mana allinchaspa qichunqa, hinaspa papal llullakuyninkunapa chinkachikuyninkunapa mast’arikuyninpaq kamachiykunata wakichinqa, chaypim yachananchik tiyan Satanaspa musphay atiywan rurayninpaq pachaq chayamushasqanta, tukukuyqa qayllapiña kasqanta.” Testimonies, volumen 5, 451.</w:t>
      </w:r>
    </w:p>
    <w:p>
      <w:pPr>
        <w:pStyle w:val="ArticleBody"/>
        <w:jc w:val="left"/>
      </w:pPr>
      <w:r>
        <w:rPr>
          <w:rFonts w:ascii="Times New Roman" w:hAnsi="Times New Roman" w:eastAsia="Times New Roman" w:cs="Times New Roman"/>
        </w:rPr>
        <w:t>Daniel iskay kaqpi, Babilonia, Bibliamanta willakuy qelqapi ñawpaq kaq qhapaq suyukuna, qori umallawan rikuchisqa, espiritu Babiloniam sut’inchan, Bibliamanta willakuy qelqapi phisqa kaq qhapaq suyuta. Medokunap Persakunap iskaychasqa qhapaq suyun, qolqe rikrakunawan makikunawan rikuchisqa, Daniel iskaypi Bibliamanta willakuy qelqapi iskay kaq qhapaq suyu, iskay waqrachayuq allpa uywata sut’inchan, Estados Unidos nacionta, Bibliamanta willakuy qelqapi soqta kaq qhapaq suyuta. Daniel iskaypi kaq wakinchaq anta, Grecia-ta rikuchispa, Bibliamanta willakuy qelqapi kimsa kaq qhapaq suyu kaspa, Naciones Unidas-ta rikuchin, qanchis kaq umata, mayqenchus “huk hora” hina hinaq, hinaspa dragón, bestia, llulla willaqpa kimsachasqa huñunakuyninpi huk chana hap’iyta chaskinman chaskispa acuerdota ruwan.</w:t>
      </w:r>
    </w:p>
    <w:p>
      <w:pPr>
        <w:pStyle w:val="ArticleBody"/>
        <w:jc w:val="left"/>
      </w:pPr>
      <w:r>
        <w:rPr>
          <w:rFonts w:ascii="Times New Roman" w:hAnsi="Times New Roman" w:eastAsia="Times New Roman" w:cs="Times New Roman"/>
        </w:rPr>
        <w:t>Danielpa iskay kaq capitulopi fierrum nisqa reinoqa, Bibliapa profecíanpi tawa kaq reinoqa, pusaq kaq reinota rikuchin, qanchismantam kashan. Literal pagano Roma, tawa kaq reinoqa, kunan pacha Romata rikuchin, mayqan reinochas Iglesiayoq Estadomanta huñusqa ruwasqa kashan, Iglesiataq chay t’inkisqapi kamachin. Chay reinoqa kimsachakusqa kasqayuqmi; “chunka reyes” nisqakunapa ñawpaq reymin soqta kaq reinoqa, mayqinchus allpa uywa kashan. Soqta kaq reinoqa Acabmi, mayqinchus Jezabelwan casarasqa karqa. Soqta kaq reinoqa kimsachakusqa huñuyninpi rikuchisqa kaspanqa kunan pacha Romam, mayqanta ñawpaqchasqa karqa pichqa kaq reinoqa, mayqinchus papal Roma karqa; chaytaq ñawpaqchasqa karqa tawa kaq reino pagano Romawan.</w:t>
      </w:r>
    </w:p>
    <w:p>
      <w:pPr>
        <w:pStyle w:val="ArticleBody"/>
        <w:jc w:val="left"/>
      </w:pPr>
      <w:r>
        <w:rPr>
          <w:rFonts w:ascii="Times New Roman" w:hAnsi="Times New Roman" w:eastAsia="Times New Roman" w:cs="Times New Roman"/>
        </w:rPr>
        <w:t>Milleritakunaqaqqa Romallataqmi rikurqanku tawa kaq, qhipa kaq qhapaq suyu hina. Paykuna yacharqanku iskaychasqa kasqanta, ichaqa manam rikuyta atirqankuchu mayqinpas huk qhepaman hamuq kay pachapi qhapaq suyuta. Tawa kaq qhapaq suyuqa karqan ñawpa Roma, chaymi ñawpaqman purirqan papal Roma, pichqa kaq qhapaq suyu; chaymanta qatiqninmi kunan pacha Roma, suqta kaq qhapaq suyu. Suqta kaq qhapaq suyuqa kinsa Roman manifestacionkunaq kimsan kaqninmi.</w:t>
      </w:r>
    </w:p>
    <w:p>
      <w:pPr>
        <w:pStyle w:val="ArticleBody"/>
        <w:jc w:val="left"/>
      </w:pPr>
      <w:r>
        <w:rPr>
          <w:rFonts w:ascii="Times New Roman" w:hAnsi="Times New Roman" w:eastAsia="Times New Roman" w:cs="Times New Roman"/>
        </w:rPr>
        <w:t>Kimsa hukllaypi dragón, uywa, llulla profeta hukllakusqankuqa kunan pacha Roma hina kachkan, hinallataq Babilonia Hatunpas, wañuchiq k’irisqan hampisqa. Estados Unidos, Naciones Unidas, Tiro llaqta qhari warmi qhawasqa mana allin warmiwan kuska rikuchkanku pusaq ñiqin, tukuynin qhipa qhapaq suyu, ichaqa kimsankutaq suqta ñiqin qhapaq suyupa kimsa hukllaypi yanapakuqmasinkuna kanku, chaymi qhipa atiyniyuq “iglesiapaq ch’aqwayta rurananpaq, Diospa kamachikuyninwanpas.”</w:t>
      </w:r>
    </w:p>
    <w:p>
      <w:pPr>
        <w:pStyle w:val="ArticleBody"/>
        <w:jc w:val="left"/>
      </w:pPr>
      <w:r>
        <w:rPr>
          <w:rFonts w:ascii="Times New Roman" w:hAnsi="Times New Roman" w:eastAsia="Times New Roman" w:cs="Times New Roman"/>
        </w:rPr>
        <w:t>Estados Unidosqa qanchis suqtaq kamachiq suyupaq huk kimsa kaqninmi. Naciones Unidaspas, kimsa kuti huñusqa tinkuyman hina, chay qanchis suqtaq kamachiq suyupaq huk kimsa kaqninmi, papadupas chay qanchis suqtaq kamachiq suyupaq huk kimsa kaqninmi. Kay nivelpi, Estados Unidospaq yupayninqa SOQTAM, Naciones Unidaspaq yupayninpas SOQTAM, papadupa yupayninpas SOQTAM. Chay kimsa kuti huñusqa tinkuyqa runapa yupayninta rikuchin, “huchayoq runa”pa, hinaspa paypa yupayninqa SOQTA-SOQTA-SOQTAM.</w:t>
      </w:r>
    </w:p>
    <w:p>
      <w:pPr>
        <w:pStyle w:val="ArticleScripture"/>
        <w:jc w:val="left"/>
      </w:pPr>
      <w:r>
        <w:rPr>
          <w:rFonts w:ascii="Times New Roman" w:hAnsi="Times New Roman" w:eastAsia="Times New Roman" w:cs="Times New Roman"/>
        </w:rPr>
        <w:t>Kaymi yachaymi. Yuyayniyoq runaqa uywaqa yupayniyta yupachun: runap yupayniyninmi; hinaspa yupayniyninqa Soqta pachak, soqta chunka, soqta. Apocalipsis 13:18.</w:t>
      </w:r>
    </w:p>
    <w:p>
      <w:pPr>
        <w:pStyle w:val="ArticleBody"/>
        <w:jc w:val="left"/>
      </w:pPr>
      <w:r>
        <w:rPr>
          <w:rFonts w:ascii="Times New Roman" w:hAnsi="Times New Roman" w:eastAsia="Times New Roman" w:cs="Times New Roman"/>
        </w:rPr>
        <w:t>Soqta kaq qhipa sapallan qhapaq suyuqa Estados Unidosmi, ichaqa payqa llapan pachatam llullachin, llulla profetapas kasqanrayku.</w:t>
      </w:r>
    </w:p>
    <w:p>
      <w:pPr>
        <w:pStyle w:val="ArticleScripture"/>
        <w:jc w:val="left"/>
      </w:pPr>
      <w:r>
        <w:rPr>
          <w:rFonts w:ascii="Times New Roman" w:hAnsi="Times New Roman" w:eastAsia="Times New Roman" w:cs="Times New Roman"/>
        </w:rPr>
        <w:t>Payqa ñawpaq kaq bestiap llapan atiyninta ñawpaqninpi rurarin, hinallataq kay pachata, chaypi tiyaqkunatapas, ñawpaq kaq bestiata yupaychanankupaq kamachin, wañuywan tukuqnan k’irisqan hampisqa kasqanrayku. Hatun admirakuna rurallantaq, runakunapa ñawpaqninpi hanaq pachamanta nina uraykuchimun kay pachaman. Hinallataq kay pachapi tiyaqkunata pantachin, chay bestiapa ñawpaqninpi rurananpaq atiyniyuq kasqan milagrokunawan; kay pachapi tiyaqkunata nispa, espadawan k’irisqa karqa, ichaqa kawsarirqan chay bestiapa rikch’ayninta ruranankupaq. Apocalipsis 13:12–14.</w:t>
      </w:r>
    </w:p>
    <w:p>
      <w:pPr>
        <w:pStyle w:val="ArticleBody"/>
        <w:jc w:val="left"/>
      </w:pPr>
      <w:r>
        <w:rPr>
          <w:rFonts w:ascii="Times New Roman" w:hAnsi="Times New Roman" w:eastAsia="Times New Roman" w:cs="Times New Roman"/>
        </w:rPr>
        <w:t>“Ñawpaq kaq mancharikuq animalpa qhepanpi atiynin” nisqaqa, Europamanta reykuna papadoman qoykuq atiyta reqsichin, qallarispa Clovismanta wata 496-pi. Estados Unidosqa soldadokuna atiywan, qullqi-ima atiywan kuska, llapan pachatam pantachin hinallataq kallpachin. Estados Unidosqa llapan pachata papadota yupaychanankupaq kallpachin, domingo p’unchaw yupaychayta kamachispa hunt’achisqanwan. Estados Unidosqa hatun musphaykunatam ruwan, ninata rurachispa hanaq pachamanta uraykamunankupaq, (willakuypa unancha kasqanrayku), chayqa Información Super-Autopista nisqawan hunt’akunanpaqmi, chaymi umata mayllaypa hinaspa propaganda-pa llapa hunt’asqa wiñayninta reqsichin, chaymi kunan p’unchaw hipnosispa rikchaynin. Islam rayku allpaman aswan-aswan wiñaq sasachakuy hamusqanrayku, paykuna nacionkunata phiñachiypi ruwanan ruranankuta hunt’achkaptinku, pachaqa pantachasqam tukuy pachapi Iglesiawan Estado huñusqa sistema chaskinampaq, chayqa dragón, animal hinaspa llulla profeta-manta ruwasqa.</w:t>
      </w:r>
    </w:p>
    <w:p>
      <w:pPr>
        <w:pStyle w:val="ArticleBody"/>
        <w:jc w:val="left"/>
      </w:pPr>
      <w:r>
        <w:rPr>
          <w:rFonts w:ascii="Times New Roman" w:hAnsi="Times New Roman" w:eastAsia="Times New Roman" w:cs="Times New Roman"/>
        </w:rPr>
        <w:t>Apocalipsis chunka kimsayuqta tawaq chunka pusaqniyuq versículopi “uywakunaq yupayninta yupaychay” nispa nin chayqa, chay yupayqa kinsa atiykunam, hukllachasqa kaspa soqta kaq, tukukuq qhapaq suyuta ruwanku. Chay 666 qhapaq suyu churakuspaqa, hunt’asqam kanqa chay profético watuchakuypa nisqan: pusaq kaq qhapaqqa qanchis kaqkunamanta kasqanta. Chay profético watuchakuyqa cheqaq kaymanta hukninmi, Judá ayllumanta León nisqa, Jesucristopa Revelacionninta kicharispa, chaymanta unsealashqanpi rikuchisqan.</w:t>
      </w:r>
    </w:p>
    <w:p>
      <w:pPr>
        <w:pStyle w:val="ArticleBody"/>
        <w:jc w:val="left"/>
      </w:pPr>
      <w:r>
        <w:rPr>
          <w:rFonts w:ascii="Times New Roman" w:hAnsi="Times New Roman" w:eastAsia="Times New Roman" w:cs="Times New Roman"/>
        </w:rPr>
        <w:t>Chayraykum, kimsakutin kay qhipa suyupa watuchisqan, chay kimsa kutiyuq soqta kaq qhipa suyu kasqanmanta, chaytaq iskaychasqa Babilonia espirituales kasqanmanta, qanchis chunka watakuna simbolikukunapi qunqakusqa karqan, chaytaq kunan pacha Roma kasqanmanta, chaytaq tukuynin pachapi uywaq rikch’aynin kasqanmanta, ñawpaq Babilonia suyuwan, hinaspa tawa kaq suyu pagano Roma suyuwan unanchasqa karqan, iskay kuti testigowan sut’inchasqa kachkan, “yachaqkuna” kay chiqaqta entiendenqanku nisqawan; imaraykuchus 666 yupaypa enigma-ninqa yachayniyuqkunaman sayasqa kachkan, imaynachus pusaq kaq rey qanchismantapuni kasqanmanta enigmaqa chay hinallataq.</w:t>
      </w:r>
    </w:p>
    <w:p>
      <w:pPr>
        <w:pStyle w:val="ArticleScripture"/>
        <w:jc w:val="left"/>
      </w:pPr>
      <w:r>
        <w:rPr>
          <w:rFonts w:ascii="Times New Roman" w:hAnsi="Times New Roman" w:eastAsia="Times New Roman" w:cs="Times New Roman"/>
        </w:rPr>
        <w:t>Kayqaqmi yachayqa. Yuyayniyuq runaqa uywapa yupayninta yupachun: runapa yupayninmi chayqa; hinaspa yupayninqa Soqta pachak soqta chunka suqtañam. Apocalipsis 13:18.</w:t>
      </w:r>
    </w:p>
    <w:p>
      <w:pPr>
        <w:pStyle w:val="ArticleScripture"/>
        <w:jc w:val="left"/>
      </w:pPr>
      <w:r>
        <w:rPr>
          <w:rFonts w:ascii="Times New Roman" w:hAnsi="Times New Roman" w:eastAsia="Times New Roman" w:cs="Times New Roman"/>
        </w:rPr>
        <w:t>Kaymi yuyaymi yachayniyuq. Qanchis umakunaqa qanchis urqukuna kanku, chaykunapi warmi tiyashan. Apocalipsis 17:9.</w:t>
      </w:r>
    </w:p>
    <w:p>
      <w:pPr>
        <w:pStyle w:val="ArticleBody"/>
        <w:jc w:val="left"/>
      </w:pPr>
      <w:r>
        <w:rPr>
          <w:rFonts w:ascii="Times New Roman" w:hAnsi="Times New Roman" w:eastAsia="Times New Roman" w:cs="Times New Roman"/>
        </w:rPr>
        <w:t>Jesucristopa Revelacionnin kichasqa kaytaqa “yachaqkuna” entienden, mana millay runakunaqa. Yachaymanta iskaynin willakuykuna Revelación libropiqa kanku “entiendeyuqkunamanta”; chay “yachaqkuna” ima entienden chayqa “yachaypa yapakusqanmi.” “Yachaypa yapakusqan” nisqa, Jesucristopa Revelacionnin kasqanqa, chay revelacionmi qhepaq pusaqniyuq gobierno, mayqenmi 666 nisqapa kimsa-hina gobierno, Danielpa iskay kaq capítulopinapas rikuchisqa kasqanta; imaraykuchus Millerpa musquyninpi joyakunaqa qhepa p’unchaykunapi chunka kuti aswan k’anchariytaq.</w:t>
      </w:r>
    </w:p>
    <w:p>
      <w:pPr>
        <w:pStyle w:val="ArticleBody"/>
        <w:jc w:val="left"/>
      </w:pPr>
      <w:r>
        <w:rPr>
          <w:rFonts w:ascii="Times New Roman" w:hAnsi="Times New Roman" w:eastAsia="Times New Roman" w:cs="Times New Roman"/>
        </w:rPr>
        <w:t>Kay qatiq yachayta hamuq qillqapi ñawpaqman apasaqku.</w:t>
      </w:r>
    </w:p>
    <w:p>
      <w:pPr>
        <w:pStyle w:val="ArticleScripture"/>
        <w:jc w:val="left"/>
      </w:pPr>
      <w:r>
        <w:rPr>
          <w:rFonts w:ascii="Times New Roman" w:hAnsi="Times New Roman" w:eastAsia="Times New Roman" w:cs="Times New Roman"/>
        </w:rPr>
        <w:t>“Apocalipsispiqa Diospa ukhupi aswan sunqu yachaykuna rikuchisqa kanku. Chay qillqasqa p’anqakunaman qusqa sutin kikin, ‘Apocalipsis’, kayqa wisq’asqa p’anqa kasqanmanta nisqawan churakuyninta pantachin. Revelación nisqaqa imapas rikuchisqa kasqanmi. Señor kikinmi sirvientenman kay p’anqapi kaq pakasqa yachaykunata rikuchirqan, hinaspataq munan llapallan runakuna yachayman kichasqa kananpaq. Chay cheqaq kayninkunaqa kay pachapa historianninqa qhipa p’unchaykunapi kawsakukunapaqmi rimarisqa kanku, hinallataq Juanpa p’unchayninkunapi kawsakukunapaqpas. Wakinkuna kay profecíapi rikuchisqa escenakunaqa ñawpaqmanña pasan, wakinkunaqa kunanmi pasachkan, wakinkunaqa tutayay atiyniyuqkunawan hanaq pacha Príncipepa chawpinpi hatun maqanakuy tukukuyninta qhawarichin; wakinkunataq musuqchasqa hallp’api salvasqa runakunapa atipayninkunata kusikuyninkunatawan rikuchin.”</w:t>
      </w:r>
    </w:p>
    <w:p>
      <w:pPr>
        <w:pStyle w:val="ArticleScripture"/>
        <w:jc w:val="left"/>
      </w:pPr>
      <w:r>
        <w:rPr>
          <w:rFonts w:ascii="Times New Roman" w:hAnsi="Times New Roman" w:eastAsia="Times New Roman" w:cs="Times New Roman"/>
        </w:rPr>
        <w:t>Ama pipas mana yuyaqchu, Apocalipsispi kaq sapa unanchaqpa nisqanta mana llapanta sut’inchayta atisqanrayku, chay libruta maskhayqa paykunapaq mana allinpaq kasqanta, chaypi kaq cheqaq kaypa nisqanta yachanankupaq. Kay pakasqa imakunata Juanta qhawaykachiq Hukninmi, cheqaq kayta allinta maskhaqman hanaqpacha imakunamanta ñawpaq malliyta qonqa. Sonqonkuna cheqaq kayta chaskinankupaq kichasqa kaqkunaqa, yachachisqankunata unanchayta atinqaku, hinallataq chaskinqaku chay bendicionsita, mayqenkunachus “kay profecíapa siminkunata uyariqkuna, hinaspa chaypi qelqasqa kaqkunata waqaychaqkuna” nisqaman prometisqa karqa.</w:t>
      </w:r>
    </w:p>
    <w:p>
      <w:pPr>
        <w:pStyle w:val="ArticleScripture"/>
        <w:jc w:val="left"/>
      </w:pPr>
      <w:r>
        <w:rPr>
          <w:rFonts w:ascii="Times New Roman" w:hAnsi="Times New Roman" w:eastAsia="Times New Roman" w:cs="Times New Roman"/>
        </w:rPr>
        <w:t>“Apocalipsispiqa llapa Bibliapa libronkuna tinkunakunku hinaspa tukukunku. Kayqa Danielpa libroyninpa hunt’ayninmi. Hukninqa huk willakuy ñawpaqmantaraq; hukninña huk qespichisqa rikuchiy. Sellasqa karqa manam Apocalipsischu, aswanpas Danielpa willakuyninmanta chay qhepa p’unchaykunaman tupaq rak’inmi. Angelqa kamachirqan: ‘Qanri, Daniel, kay simikunata wichq’ay, hinaspa librotapas sellay tukuy p’unchaykuna chayamunan kama.’ Daniel 12:4.” Hechos de los Apóstoles,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Pichqa Chunka Pusaqniyuq</dc:title>
  <dc:subject>Yachay Kichasqa: Kimsa-kutin Tinkuyta hinaspa 666 yupaypa watuchayninta rimaykunapi maskay</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