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Pichqa Chunka Qanchisniyuq Isqunniyuq</w:t>
      </w:r>
    </w:p>
    <w:p>
      <w:pPr>
        <w:pStyle w:val="ArticleSubtitle"/>
        <w:jc w:val="left"/>
      </w:pPr>
      <w:r>
        <w:rPr>
          <w:rFonts w:ascii="Arial" w:hAnsi="Arial" w:eastAsia="Arial" w:cs="Arial"/>
        </w:rPr>
        <w:t>Qhipa p’unchaykunapa proféticopa pakasqa qhepa secretonta rikuchiy: Judá ayllumanta Leónpa tukukuyninpi kichasqan hatun unsealingnin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2024-01-23</w:t>
      </w:r>
    </w:p>
    <w:p>
      <w:pPr>
        <w:pStyle w:val="ArticleBody"/>
        <w:jc w:val="left"/>
      </w:pPr>
      <w:r>
        <w:rPr>
          <w:rFonts w:ascii="Times New Roman" w:hAnsi="Times New Roman" w:eastAsia="Times New Roman" w:cs="Times New Roman"/>
        </w:rPr>
        <w:t>Probación wichay tukukuyninman manaraq chayaykaptinmi, qhepa proféticopa pakasqa sirinqa Judá ayllumanta Leonwan kichasqa kachkan, chay kichasqamanta paqarimuq yachay yapakuyninta yachaqkunaqa entienden. Apocalipsispi iskay testigokunaqa chay pacha kichasqaman huk parteman k’anchayta churanku.</w:t>
      </w:r>
    </w:p>
    <w:p>
      <w:pPr>
        <w:pStyle w:val="ArticleScripture"/>
        <w:jc w:val="left"/>
      </w:pPr>
      <w:r>
        <w:rPr>
          <w:rFonts w:ascii="Times New Roman" w:hAnsi="Times New Roman" w:eastAsia="Times New Roman" w:cs="Times New Roman"/>
        </w:rPr>
        <w:t>Kaymi yachay kashan. Yuyayniyuq runaqa uywaqa yupaynta yupachachun: runapa yupayninmi; hinaspa yupayninqa Soqta pachak, soqta chunka, soqta. … Kaypim kashan yachayniyuq yuyay. Qanchis umakunaqa qanchis urqukunam, chaykunapi warmi tiyashan. Apocalipsis 13:18, 17:9.</w:t>
      </w:r>
    </w:p>
    <w:p>
      <w:pPr>
        <w:pStyle w:val="ArticleBody"/>
        <w:jc w:val="left"/>
      </w:pPr>
      <w:r>
        <w:rPr>
          <w:rFonts w:ascii="Times New Roman" w:hAnsi="Times New Roman" w:eastAsia="Times New Roman" w:cs="Times New Roman"/>
        </w:rPr>
        <w:t>“Iglesiatawan Diospa kamachinwan maqanakunapaq qhipa atiyniyuqqa, ovejapa waqranhina waqrayuq uywawanmi unanchasqa karqa”, nisqaqa, Estados Unidos llaqtam. Payqa Bibliapi profecíakunapa soqtan kaq qhapaq suyum. Hinallataq paypa qhapaq suyupa sayayninqa kikin sayaymi (imagen), imaynachus Bibliapi profecíakunapa phisqan kaq qhapaq suyupa sayaynin karqa. Chaymantaqa Iglesiam Estado patapi kamachiq qhapaq suyu tukupun, hinaspataq tukuy pachata kallpachin chay kikin churakuyninta chaskinankupaq. Iglesiapaqwan Estadopaqwan huñusqankuq sayayninqa llapan hunt’asqaña kachkan Estados Unidospi, utqay hamuq domingo kamachipi.</w:t>
      </w:r>
    </w:p>
    <w:p>
      <w:pPr>
        <w:pStyle w:val="ArticleScripture"/>
        <w:jc w:val="left"/>
      </w:pPr>
      <w:r>
        <w:rPr>
          <w:rFonts w:ascii="Times New Roman" w:hAnsi="Times New Roman" w:eastAsia="Times New Roman" w:cs="Times New Roman"/>
        </w:rPr>
        <w:t>“‘Uywawanman rikch’ nisqaqa sut’inchan chay apostataman urmay Protestantismo nisqata, mayqanmanmi wiñachisqa kanqa, hayk’aq Protestant iglesiakuna maskhanqaku kamachiq llaqtapa yanapayninta paykunapa yachachikuyninkuta kallpachananpaq. ‘Uywapa señalen’ nisqaqa manaraqmi sut’inchasqa kachkan.” The Great Controversy, 445.</w:t>
      </w:r>
    </w:p>
    <w:p>
      <w:pPr>
        <w:pStyle w:val="ArticleBody"/>
        <w:jc w:val="left"/>
      </w:pPr>
      <w:r>
        <w:rPr>
          <w:rFonts w:ascii="Times New Roman" w:hAnsi="Times New Roman" w:eastAsia="Times New Roman" w:cs="Times New Roman"/>
        </w:rPr>
        <w:t>Uywaqpa rikch’ayninwan uywaqpa señalninqa iskay sapan simbolokuna kanku; ichaqa domingo p’unchay kamachikuyllapi uywaqpa rikch’ayninqa hunt’asqa wiñayninman chayan.</w:t>
      </w:r>
    </w:p>
    <w:p>
      <w:pPr>
        <w:pStyle w:val="ArticleScripture"/>
        <w:jc w:val="left"/>
      </w:pPr>
      <w:r>
        <w:rPr>
          <w:rFonts w:ascii="Times New Roman" w:hAnsi="Times New Roman" w:eastAsia="Times New Roman" w:cs="Times New Roman"/>
        </w:rPr>
        <w:t>“Protestante iglesiakuna domingo p’unchayta waqaychanankuta kallpachasqankuqa papapa yupaychayninta—manchay uywapa yupaychayninta—kallpachaymi. Pichqankuna tawa kaq kamachiypa mañakusqanta entiendespa, chiqap samana p’unchaypa rantinpi llulla kaqta waqaychanankupaq akllanku, chaywanmi chay kamachiq atiyniyuqllaman hatun yupaychayta qusachkanku. Ichaqa huk religiosu ruwanata secular atiyniyoqwan kallpachaspa, iglesiakuna kikinkum manchay uywapa rikch’ayninta ruranku; chayrayku, Estados Unidos llaqtapi domingo p’unchay waqaychanata kallpachayqa manchay uywatawan rikch’aynintawan yupaychayta kallpachaymi kanman.” The Great Controversy, 448, 449.</w:t>
      </w:r>
    </w:p>
    <w:p>
      <w:pPr>
        <w:pStyle w:val="ArticleBody"/>
        <w:jc w:val="left"/>
      </w:pPr>
      <w:r>
        <w:rPr>
          <w:rFonts w:ascii="Times New Roman" w:hAnsi="Times New Roman" w:eastAsia="Times New Roman" w:cs="Times New Roman"/>
        </w:rPr>
        <w:t>Domingo p’unchay kamachiypiqa, Estados Unidospa Constituciónninqa tukuyta urmachisqa kachkan, hinallataq llaqtapas hunt’asqata ruwasqa kachkan allin kaymanta t’aqasqa kananpaq. Chaymantaqa, Satanaspa hunt’asqa kamachikuynin uraypi, Estados Unidosqa kay pachapi llapa runakunata kallpachin Estados Unidospi chayraq sayarichisqa kasqan iglesiawan estadomanta hukllachasqa sistemata chaskinankupaq. Kay pachapa gobiernonqa Naciones Unidas nisqami, Romanapa iglesiataqmi chay t’inkiyta kamachiq Iglesiaqa.</w:t>
      </w:r>
    </w:p>
    <w:p>
      <w:pPr>
        <w:pStyle w:val="ArticleScripture"/>
        <w:jc w:val="left"/>
      </w:pPr>
      <w:r>
        <w:rPr>
          <w:rFonts w:ascii="Times New Roman" w:hAnsi="Times New Roman" w:eastAsia="Times New Roman" w:cs="Times New Roman"/>
        </w:rPr>
        <w:t>“Kay pachakuti phutiywan, awqanakuywan, ch’aqwaywan hunt’asqa kachkan. Chaywanpas huk umallapa uranpi—papal atiynin uranpi—runakuna huñunakuspa Diospa contra sayarinqaku, Paypa testigonkuna personankupi.” Testimonies, volumen 7, 182.</w:t>
      </w:r>
    </w:p>
    <w:p>
      <w:pPr>
        <w:pStyle w:val="ArticleBody"/>
        <w:jc w:val="left"/>
      </w:pPr>
      <w:r>
        <w:rPr>
          <w:rFonts w:ascii="Times New Roman" w:hAnsi="Times New Roman" w:eastAsia="Times New Roman" w:cs="Times New Roman"/>
        </w:rPr>
        <w:t>Iglesiawan Estaduwan sistema, profecíapi animalpa imagennin hina rikuchisqa kaq, chayqa kikillanmi kimsa hukllaymanta kasqa: dragón, animal, llulla profeta ima. Apocalipsis chunka qanchisniyuqpi chunka reykuna, qanchis kaq uman kasqankuta, dragónpa atiniynta representan.</w:t>
      </w:r>
    </w:p>
    <w:p>
      <w:pPr>
        <w:pStyle w:val="ArticleScripture"/>
        <w:jc w:val="left"/>
      </w:pPr>
      <w:r>
        <w:rPr>
          <w:rFonts w:ascii="Times New Roman" w:hAnsi="Times New Roman" w:eastAsia="Times New Roman" w:cs="Times New Roman"/>
        </w:rPr>
        <w:t>“Reykuna, kamachiqkuna, hinallataq apu kurakakuna kikinkumanmi churakurqanku anticristopa señalninta, hinaspataq rikuchisqa kanku dragón hina, santoakunawan maqanakunapaq riykuq hina—Diospa kamachinkunata waqaychaqkunawan, hinallataq Jesuspa iñiyniyuqkunawan.” Testimonies to Ministers, 38.</w:t>
      </w:r>
    </w:p>
    <w:p>
      <w:pPr>
        <w:pStyle w:val="ArticleBody"/>
        <w:jc w:val="left"/>
      </w:pPr>
      <w:r>
        <w:rPr>
          <w:rFonts w:ascii="Times New Roman" w:hAnsi="Times New Roman" w:eastAsia="Times New Roman" w:cs="Times New Roman"/>
        </w:rPr>
        <w:t>“Chunka kurak aqakuna” ninqa Naciones Unidas-ta sutichan, paykunaq religionninqa espiritismo kasqanrayku; llulla profetaq religionnintaq protestantismo apóstata-mi; bestiaq religionnintaq catolicismo-mi, chayqa mana huk imapaschu, aswanpas cristianismo nisqawan p’isturikusqa espiritismo-mi.</w:t>
      </w:r>
    </w:p>
    <w:p>
      <w:pPr>
        <w:pStyle w:val="ArticleScripture"/>
        <w:jc w:val="left"/>
      </w:pPr>
      <w:r>
        <w:rPr>
          <w:rFonts w:ascii="Times New Roman" w:hAnsi="Times New Roman" w:eastAsia="Times New Roman" w:cs="Times New Roman"/>
        </w:rPr>
        <w:t>“Papakuna kamachikuyninta Diospa kamachinman churakuspa sayachiq kamachiywan, suyuyninchikqa hunt’asqa hina cheqaq kaymanta t’aqasqa kanqa. Protestantismom huk makinta mast’arispa chay hatun chinkay patapi Romapa atiyninwan makikukunanpaq, hukman mast’arispa uku wayq’u patapi Espiritualismowan makikukunanpaq, hinallataq kay kimsa-kutin huñukuypa kallpachasqan urapi, suyuyninchik Protestante hinallataq republicano gobiernopa Constituciónninpa llapa prinsipionkunata ñiqichaspa saqerpanqa, papal llullakuykunapaq ch’awkiykunapaqpas ñan-kamayta ruraranqa, chaypim yachasunman Satanaspa musphay atiywan rurasqan tiempo chayamushasqanta, tukukuypas qayllaña kasqanta.” Testimonies, volumen 5, 451.</w:t>
      </w:r>
    </w:p>
    <w:p>
      <w:pPr>
        <w:pStyle w:val="ArticleBody"/>
        <w:jc w:val="left"/>
      </w:pPr>
      <w:r>
        <w:rPr>
          <w:rFonts w:ascii="Times New Roman" w:hAnsi="Times New Roman" w:eastAsia="Times New Roman" w:cs="Times New Roman"/>
        </w:rPr>
        <w:t>Domingo p’unchaw kamachikuypi, dragónpa, uywapa, llulla willakuqpa kimsa-hukllachasqa tinkuynin hunt’akun. Chaymantataq Estados Unidosqa kay pachata kallpachawan apachin Naciones Unidaspa huklla-mundu kamachikuyninta chaskinankupaq, imaraykuchus domingo p’unchaw kamachikuypi kay pacha hatun sasachakuyman wikch’uykusqa kachkan, Islamtaq Estados Unidospa contranpi taripayta apamun inti yupaychayta kamachisqanrayku. Chaymantaq Satanásqa Cristota rikch’akuq hina rikhurin; hinaspataq Estados Unidosqa kay pachata iglesiawan estadopa huklla-mundu huñuyninta chaskinankupaq kallpachachkaspaymi, domingo p’unchawta samana p’unchaw hina chaskinankupaqpas kallpachachin. Estados Unidospi kasqa kikillan pruebanakuy rurayqa chaymanta llapa kay pachaman apamusqa kachkan.</w:t>
      </w:r>
    </w:p>
    <w:p>
      <w:pPr>
        <w:pStyle w:val="ArticleScripture"/>
        <w:jc w:val="left"/>
      </w:pPr>
      <w:r>
        <w:rPr>
          <w:rFonts w:ascii="Times New Roman" w:hAnsi="Times New Roman" w:eastAsia="Times New Roman" w:cs="Times New Roman"/>
        </w:rPr>
        <w:t>“Sapan llaqtakunapas nacionkunaqa Estados Unidospa rurayninta qatiqkama hamunqaku. Payqa ñawpaqman pusaspapas, chaylla kikin sasa pachakutiqa ñuqanchik llaqtanchikman hamunqa kay pachapa tukuy cheqenkunapi.” Testimonies, volumen 6, 395.</w:t>
      </w:r>
    </w:p>
    <w:p>
      <w:pPr>
        <w:pStyle w:val="ArticleBody"/>
        <w:jc w:val="left"/>
      </w:pPr>
      <w:r>
        <w:rPr>
          <w:rFonts w:ascii="Times New Roman" w:hAnsi="Times New Roman" w:eastAsia="Times New Roman" w:cs="Times New Roman"/>
        </w:rPr>
        <w:t>Llaqtakuna hucha-man urmayninmanta qhepanta llaqtap aswan urmaynin hamun nisqa kamachiyqa sapa llaqtaman chayamun, intipa p’unchayninta yupaychay p’unchay hina chaskisqanku chaykama. Aswan-aswan wiñaq sasachakuymi chay “huk hora” kan, chaypi chunka reykuna papawan kuska kamachinku, chay “huchapa runa”wan. Paykuna rimanakurqanku qanchis ñiqin qhapaq suyunko papal atiyninman qunankupaq, imaraykuchus yachachisqa kanku papap moral atiyninmi nesesario kasqanta pacha muyuntin kayta hukllachinapaq, Islam contra aswan-aswan wiñaq maqanakuyta sayachinapaq. 1798 watapiqa, Naciones Unidas manaraqmi historiaman chayamusqachu karqan.</w:t>
      </w:r>
    </w:p>
    <w:p>
      <w:pPr>
        <w:pStyle w:val="ArticleScripture"/>
        <w:jc w:val="left"/>
      </w:pPr>
      <w:r>
        <w:rPr>
          <w:rFonts w:ascii="Times New Roman" w:hAnsi="Times New Roman" w:eastAsia="Times New Roman" w:cs="Times New Roman"/>
        </w:rPr>
        <w:t>Chunka chay qhawaykuyki chunka waqrankunaqa chunka reykunam, manaraqmi ima qhapaq suyutapas chaskinkurqankuchu; ichaqa uywawan kuska huk horallañam reykuna hina atiyniyoq kayta chaskinqaku. Paykunaqa huk yuyayllayuqmi kanku, hinaspan atiyninkuta, kallpankutapas uywaman qusqanku. Paykunaqa Corderowan maqanakunqaku, ichaqa Corderoqa atipaykunqam; payqa señorkunap Señor, reykunap Reyninmi. Paywan kuska kaqkunaqa waqyasukuna, akllasqa, hinallataq cheqaq sonqoyoqmi kanku. Apocalipsis 17:12–14.</w:t>
      </w:r>
    </w:p>
    <w:p>
      <w:pPr>
        <w:pStyle w:val="ArticleBody"/>
        <w:jc w:val="left"/>
      </w:pPr>
      <w:r>
        <w:rPr>
          <w:rFonts w:ascii="Times New Roman" w:hAnsi="Times New Roman" w:eastAsia="Times New Roman" w:cs="Times New Roman"/>
        </w:rPr>
        <w:t>Imaynanpas Papaqaqa karqan hina, reykunaqa kallpata qunqaku papadoman, Diospa llaqtanta qatiykuyta rurachinampaq; chay chunka reykunam Corderowan maqanakunku, ichaqa huchapa “runan” kamachisqanman hina chayta rurashanku. Huchapa “runa”qa kaylla “runa”mi, Isaiaspa tawa ñiqin capitulonpi qanchis iglesiakuna hap’ipakusqan.</w:t>
      </w:r>
    </w:p>
    <w:p>
      <w:pPr>
        <w:pStyle w:val="ArticleScripture"/>
        <w:jc w:val="left"/>
      </w:pPr>
      <w:r>
        <w:rPr>
          <w:rFonts w:ascii="Times New Roman" w:hAnsi="Times New Roman" w:eastAsia="Times New Roman" w:cs="Times New Roman"/>
        </w:rPr>
        <w:t>Chay p’unchaypi qanchis warmikuna huk qhariyta hap’inqaku, nispa: Ñuqayku kikin t’antaykuta mikhusqayku, kikin p’achaykutapas churakusqayku; sutiykiwanlla sutichasqa kayta saqewayku, p’enqakuyniykuta qichunaykipaq. Chay p’unchaypi Señorpa k’allmasqan sumaqmi, hatun yupaychasqañam kanqa, hallp’amanta rurunpas allin ancha munaymi kanqa Israelmanta qispisqa runakunapaq. Isaías 4:1, 2.</w:t>
      </w:r>
    </w:p>
    <w:p>
      <w:pPr>
        <w:pStyle w:val="ArticleBody"/>
        <w:jc w:val="left"/>
      </w:pPr>
      <w:r>
        <w:rPr>
          <w:rFonts w:ascii="Times New Roman" w:hAnsi="Times New Roman" w:eastAsia="Times New Roman" w:cs="Times New Roman"/>
        </w:rPr>
        <w:t>“Qanchis warmikuna”qa ninanmi papadupis (huchapa qari) kay pachapi llapa iglesiakunata kamachisqanta, imaynatachus payqa llapa nacionkunatapas kamachin, chay hinata. Iglesiakuna mana chaskiyta munasqan “pinqayqa”, domingo punchawpi yupaychanapa mañakusqanta mana chaskisqamanta hamuq “pinqaymi”. Sábado punchawta sutinchaspa hunt’aq fidel runakunaqa chay fidelidadninkurayku qatiykachasqa kanqaku, hinallataq Islampas inti punchawta mana waqaychanqachu. Estados Unidospa papadupiswan Naciones Unidaswan chawpipi allichisqan rimanakuyqa kaymi: huchapa qaripa moral autoridadninmi munasqa kachkan kay pachata pusananpaq, Islam contra maqanata chaskinanpaq, chaywan kay pachapi thak kayta sayachinapaq.</w:t>
      </w:r>
    </w:p>
    <w:p>
      <w:pPr>
        <w:pStyle w:val="ArticleScripture"/>
        <w:jc w:val="left"/>
      </w:pPr>
      <w:r>
        <w:rPr>
          <w:rFonts w:ascii="Times New Roman" w:hAnsi="Times New Roman" w:eastAsia="Times New Roman" w:cs="Times New Roman"/>
        </w:rPr>
        <w:t>Ichaqa wawqikuna, pacha hinallataq mit’akunaqmantaqa mana nistachu qankunaman qillqamunaypaq. Qankunaqa allinta yachankichikmi Señorpa p’unchaynin tutapi suwa hina hamusqanta. Paykuna “Thak kay, seguridad” nispa rimariptinkuqa, chaypacha usqhaylla chinkachiy paykunaman hamunqa, wawayuq warmiman nanay hamuq hina; manataqmi ayqekuyta atinqakuchu. Qankunaqa ichaqa, wawqikuna, manam tutayaypichu kankichik, chay p’unchay suwa hina hap’inanpaq. Llapa qankunam k’anchaypa wawakunan kankichik, p’unchaypa wawakunataq; manam tutapaqchu kanchis, nitaq tutayaypaqqa. 1 Tesalonicenses 5:1–5.</w:t>
      </w:r>
    </w:p>
    <w:p>
      <w:pPr>
        <w:pStyle w:val="ArticleBody"/>
        <w:jc w:val="left"/>
      </w:pPr>
      <w:r>
        <w:rPr>
          <w:rFonts w:ascii="Times New Roman" w:hAnsi="Times New Roman" w:eastAsia="Times New Roman" w:cs="Times New Roman"/>
        </w:rPr>
        <w:t>Profecía bíblicaq “thak kaywan allin kawsaywan” nisqa willakuyqa, imaymana kuti llullaq willakuy hina rikuchisqa kasqanrayku, allin kaywan hawka kay mana kasqan pacha ukhullapi chaylla yuyayllapaq allinmi. Mana ima rayku kanchu “thak kaywan allin kawsaywan” nisqa willakuyta rikuchinapaq, hawka kaypas allin kawsaypas kashaqtin. Islamqa llapan hawka kaytawan allin kawsaytawan chinkachin. Chay llullaq willakuywan tinkisqa “utqaylla chinkachiy” nisqaqa wiñaypaq aswan hatunyachkaq chinkachiymi, imaraykuchus “warmikuna nanaypi” hina kasqanrayku. Kimsa kaq Ay nisqaqa ñawpaq wachakuy nanaynin Septiembre 11, 2001 watapi karqan.</w:t>
      </w:r>
    </w:p>
    <w:p>
      <w:pPr>
        <w:pStyle w:val="ArticleBody"/>
        <w:jc w:val="left"/>
      </w:pPr>
      <w:r>
        <w:rPr>
          <w:rFonts w:ascii="Times New Roman" w:hAnsi="Times New Roman" w:eastAsia="Times New Roman" w:cs="Times New Roman"/>
        </w:rPr>
        <w:t>Elías wan Juan Bautistaq profetapa siq’inpiqa papakuna atiypa llullakuyninmi rikuchisqa kachkan. Acab Samariaman kutirqan Jezabelman willanampaq Elíaspa Diosnin cheqaq Dios kasqanta, payqa hanaqpachamanta ninata uraykachimusqanrayku; chaymantataq Acab yacharqun Jezabel payta llullachisqanta Elíasman chiqnikusqanmanta. Chaylla hina chiqniywan llullakuymi rikuchisqa karqan Herodespa p’unchayninpi Salomeman suyuynin kuskakamata qonanpaq nisqanpi. Saloméqa Herodiaspa ususin karqan; chayrayku Herodesqa dragónmi karqan, Herodiasqa papakuna atiywan sut’inchasqa karqan, Salométaq llulla profetawan sut’inchasqa karqan.</w:t>
      </w:r>
    </w:p>
    <w:p>
      <w:pPr>
        <w:pStyle w:val="ArticleBody"/>
        <w:jc w:val="left"/>
      </w:pPr>
      <w:r>
        <w:rPr>
          <w:rFonts w:ascii="Times New Roman" w:hAnsi="Times New Roman" w:eastAsia="Times New Roman" w:cs="Times New Roman"/>
        </w:rPr>
        <w:t>Willakuypiqa, Salomépa tusuyninpa llullachiq atipayninmi Herodesta (chunka reykunata) pusarqa paypa qhapaq suyuyninpa kuskanta huk iglesiaman (huk warmiman) qunanpaq. Chay warmiqa (Salomé) mamanpa (Catolicismopa) kamachiynin uranpi kasharqa, hinaspa Herodesqa qhipamantaña yacharqa Herodíaspa Juanta qhawanayninqa Jezabelpa Elíasman qhawariyninwan kikillanta kasqanta. Iskaynin kaqpiqa, samana p’unchaw waqaychaqkunaqa wañuchisqa kananmi.</w:t>
      </w:r>
    </w:p>
    <w:p>
      <w:pPr>
        <w:pStyle w:val="ArticleBody"/>
        <w:jc w:val="left"/>
      </w:pPr>
      <w:r>
        <w:rPr>
          <w:rFonts w:ascii="Times New Roman" w:hAnsi="Times New Roman" w:eastAsia="Times New Roman" w:cs="Times New Roman"/>
        </w:rPr>
        <w:t>Islamqa astawanmi ichaqa utqayllata kay pachamanta hawka kayta, allin kawsaytaqa qichun, chay hinallataq runakuna llapanta Islam contra huñuchin. Islampa maqanakuyñinqa utqayllata sinchiykusqan, qhepa p’unchaykunapi uywaqpa rikch’aynin llapan kay pachapi sayarichinapaq apaykachakusqan yuyaychaytam rikuchin. Kay pachaman apamusqa llullakuyqa (chunka reykuna), Estados Unidosmanta (Salomé) apamusqam, hinaspan kay pachata yuyachin Islam contra huñunakunankupaq kasqanta; ichaqa ancha qhipallam yachakunku chay wakichikuyqa huk llullakuylam kasqanta, sábado p’unchaw waqaychaqkunata qatiykacharqanku chaypaq. Chay llullakuyqa chunka reykuna qharichata cheqnikunankupaq huk rak’itan, mayqinpi ñak’ariy ukhumanta qispichiyta munaspa qanchis kaq reinonta payman quyta ari nisqankumanta chaypas.</w:t>
      </w:r>
    </w:p>
    <w:p>
      <w:pPr>
        <w:pStyle w:val="ArticleScripture"/>
        <w:jc w:val="left"/>
      </w:pPr>
      <w:r>
        <w:rPr>
          <w:rFonts w:ascii="Times New Roman" w:hAnsi="Times New Roman" w:eastAsia="Times New Roman" w:cs="Times New Roman"/>
        </w:rPr>
        <w:t>Chay chunka waqrankunataq, uywapi rikurqayki chaykunam, warmi qollananpaq cheqnikunqaku; paytataq ch’inniqta, q’ala q’arata ruwankuq, aychanta mikhuq, ninawan ruphachinqaku. Diosmi sonqonkuman churaran munayninta hunt’achinankupaq, huk yuyayllapi kanankupaq, kamachikuyninkutapas uywaman qunankupaq, Diospa rimayninkuna hunt’akunan kama. Apocalipsis 17:16, 17.</w:t>
      </w:r>
    </w:p>
    <w:p>
      <w:pPr>
        <w:pStyle w:val="ArticleBody"/>
        <w:jc w:val="left"/>
      </w:pPr>
      <w:r>
        <w:rPr>
          <w:rFonts w:ascii="Times New Roman" w:hAnsi="Times New Roman" w:eastAsia="Times New Roman" w:cs="Times New Roman"/>
        </w:rPr>
        <w:t>Naciones Unidas nisqapi llapa pacha globalistakunaqa manam kay pachapa “reykuna”lla kanchu, aswanpas “qhatuqkuna” hinapas rikuchisqa kanku; chayrayku globalistakunaqa política hinallataq economía atiyniyuqkunamantam ruwasqa kanku. Apocalipsis chunka qanchisniyuqtawan chunka pusaqniyuqta Juanman apamurqanku chay angelpa chay visiónta apamusqanraykuqa, Tiro llaqta hatun warmi wayqeyuqpa taripayninta Juanman rikuchinampaqmi karqa. Globalistakunap iskaynin clasekunapas papadopa wañusqanmanta llakikunku.</w:t>
      </w:r>
    </w:p>
    <w:p>
      <w:pPr>
        <w:pStyle w:val="ArticleScripture"/>
        <w:jc w:val="left"/>
      </w:pPr>
      <w:r>
        <w:rPr>
          <w:rFonts w:ascii="Times New Roman" w:hAnsi="Times New Roman" w:eastAsia="Times New Roman" w:cs="Times New Roman"/>
        </w:rPr>
        <w:t>Chaymi raykutaq huk punchawllapi hamunqan mana allin chaykunan: wañuy, llakiy, yarqay ima; ninawanpas tukuyta rupachisqa kanqa; sinchi kachkan Señorninchik Dios, paymi juzgan. Kay pachapi reykuna, paywan huchallikuspa kawsarqanku, qhapaq kawsaypi kusisqa kawsarqanku, paymanta waqanku, llakiywan qaparinku, rupachisqa kasqan q’usñinta rikuspanku. Ñak’ariyninmanta manchakuspa karullapi sayaspa ninqanku: “Ay, ay, hatun llaqta Babilonia, chay atiyniyuq llaqta! Huk horallapiña juzgasqa kanki.” Kay pachapi rantikuy ruraq runakunapas paymanta waqanku, llakiywan qaparinku; manañam pipas rantinñachu rantikunankupaq apamusqankuta. Apocalipsis 18:8–11.</w:t>
      </w:r>
    </w:p>
    <w:p>
      <w:pPr>
        <w:pStyle w:val="ArticleBody"/>
        <w:jc w:val="left"/>
      </w:pPr>
      <w:r>
        <w:rPr>
          <w:rFonts w:ascii="Times New Roman" w:hAnsi="Times New Roman" w:eastAsia="Times New Roman" w:cs="Times New Roman"/>
        </w:rPr>
        <w:t>Qhatunakunaqpas reykunaqpas karu llaqtapi sayaspa “ay, ay” nispa waqachkanku. Griegopi “alas” nisqa rimayqa Apocalipsis pusaq kapítulopi “ay” nisqaman tikrasqa kachkan.</w:t>
      </w:r>
    </w:p>
    <w:p>
      <w:pPr>
        <w:pStyle w:val="ArticleScripture"/>
        <w:jc w:val="left"/>
      </w:pPr>
      <w:r>
        <w:rPr>
          <w:rFonts w:ascii="Times New Roman" w:hAnsi="Times New Roman" w:eastAsia="Times New Roman" w:cs="Times New Roman"/>
        </w:rPr>
        <w:t>Hinaspanqaraqmi rikurirqani, uyariqmi karqani huk angelta hanaq pacha chawpinta phawayta, ancha hatunwan rimarispa: “¡Ay, ay, ay, kay pachapi tiyaqkunapaq, huk kimsan angelkunapaq waq trompetakunamanta lloqsiq qapariyninkunarayku, chaykunaqa manaraq waqyasqa kaptinku!” Apocalipsis 8:13.</w:t>
      </w:r>
    </w:p>
    <w:p>
      <w:pPr>
        <w:pStyle w:val="ArticleBody"/>
        <w:jc w:val="left"/>
      </w:pPr>
      <w:r>
        <w:rPr>
          <w:rFonts w:ascii="Times New Roman" w:hAnsi="Times New Roman" w:eastAsia="Times New Roman" w:cs="Times New Roman"/>
        </w:rPr>
        <w:t>Kimsa Ayqokunakqa pichqaq, soqtayuq, qanchisniyuq Cornetakunata riksichinku, hinaspataq Islamta unanchanku. Reykuna, qhatuqkuna, barkokunapa kamachiqninkunapas llapaqmi waqyarinku: “ay, ay”, nispa kimsa kutita chunka pusaqniyuq qillqapi.</w:t>
      </w:r>
    </w:p>
    <w:p>
      <w:pPr>
        <w:pStyle w:val="ArticleScripture"/>
        <w:jc w:val="left"/>
      </w:pPr>
      <w:r>
        <w:rPr>
          <w:rFonts w:ascii="Times New Roman" w:hAnsi="Times New Roman" w:eastAsia="Times New Roman" w:cs="Times New Roman"/>
        </w:rPr>
        <w:t>Kay pachapi reykunaqa, paywan huchallikuqkuna, hinallataq paywan kusisqa qhapaq kawsayta kawsaqkunaqa, paymanta waqaychanqaku, llakikunqaku ima, ruphasqan qosñinta rikuspanku. Ñak’ariyninmanta mancharispa karullapi sayaspa ninqaku: “Ay, ay, hatun llaqta Babilonia, chay atiyniyuq llaqta! huk p’unchay horallapim juzgasqasqa hamusunki.” … Chay imakunata rantikuqkuna, payrayku qhapaqyachisqa karqanku chaykunaqa, ñak’ariyninmanta mancharispa karullapi sayanqaku, waqaspa, llakispa ima, nispanku: “Ay, ay, hatun llaqta, allin linu p’achawan p’achallisqa, púrpura colorwan, escarlata colorwan p’achallisqa, qurihuan, ancha chanin rumikunawan, perlakunawan sumaqchasqa! huk horallapim chay hina hatun qhapaq kayqa tukusqa mana imamanña.” Hinallataq llapa barkopi kamachiqkuna, barkokunapi puriq llapa runakuna, lamar qochapi llamk’aq marinerokuna, hinallataq llapa lamar qochapi rantikuywan llamk’aqkunapas, karullapi sayarqanku. Paypa ruphasqan qosñinta rikuspankutaq qaparirqanku, nispanku: “¿Ima llaqtataq kay hatun llaqtaman rikch’akunman?” Umankuman allpata wikch’uspa, qaparirqanku waqaspa llakispa ima, nispanku: “Ay, ay, hatun llaqta, maypichus lamar qochapi barkoyuq llapa runakuna paypa ancha chanin kayninta rayku qhapaqyachisqa karqanku! huk horallapim ch’inyaykuchisqa qhiparqan.” Apocalipsis 18:9-10, 15–19.</w:t>
      </w:r>
    </w:p>
    <w:p>
      <w:pPr>
        <w:pStyle w:val="ArticleBody"/>
        <w:jc w:val="left"/>
      </w:pPr>
      <w:r>
        <w:rPr>
          <w:rFonts w:ascii="Times New Roman" w:hAnsi="Times New Roman" w:eastAsia="Times New Roman" w:cs="Times New Roman"/>
        </w:rPr>
        <w:t>Papadopa taripaspa taripaynin hunt’asqan “hora”qa Apocalipsis chunka hukniyuqpi kaq “hora” kikinmi; chayqa “hatun allpacha kuyuy hora” nisqam, hinaspa Estados Unidospi domingo kamachiy qallarisqanmantapacha qallariq, Michael sayariykama, runakunapa probaciónnin wichq’akusqankama puriq domingo kamachiy pacha muyunta rikuchin. Warmi qhelliwan cheqnikuq globalistakunaqa, ichaqa huk hora qhapaqsuyunkuta payman qusqankuwan acuerdopi kaspanku, “ay, ay” nispa kimsa kuti kutichinku, chaymantapas tapunku: “¿Ima llaqtataq kay hatun llaqtahina kanman?” Chay tapuytapas Ezequiel qillqapipis rurasqankum.</w:t>
      </w:r>
    </w:p>
    <w:p>
      <w:pPr>
        <w:pStyle w:val="ArticleScripture"/>
        <w:jc w:val="left"/>
      </w:pPr>
      <w:r>
        <w:rPr>
          <w:rFonts w:ascii="Times New Roman" w:hAnsi="Times New Roman" w:eastAsia="Times New Roman" w:cs="Times New Roman"/>
        </w:rPr>
        <w:t>Hinaspanqa qam contra rimayninkuta uyachinqaku, ancha llakikuqta waqaychaspa, umankuman allpata wisch’uykunku, uchpapi kutirikunku. Qanraykuqa llapan chukchankuta rutukapunqaku, llaqtapacha q’ipiwan chumpikapunqaku, sonqonkuq ancha k’iriyninwan, sinchi waqayllawan qanrayku waqanqaku. Waqayninkupiqa qanrayku waqay taki hap’inqaku, qanmanta llakikuspataq ninqaku: “¿Ima llaqtataq Tiro hina kanman, lamar qochapa chawpinpi chinkachisqa hina?” Lamar qochakunamanta rantikuykikuna lluqsimuspaqa achka runakunatan junt’achirqanki; qhapaq kayniykiwan, rantikuyki achka kayninwanpas kay pachapa reykunatan qhapaqyachirqanki. Qan lamar qochakuna rayku unu ukhu patapi p’akikapusqayki p’unchawpiqa rantikuyki, qan ukhupi llapa huñusqa runaykikunapas urmanqaku. Islakunapi llapa tiyakuqkunan qanmanta mancharisqa qhiparinqaku, reykunkupas sinchita mancharinqaku, uyankupipas ch’ukyasqa kanqaku. Runakuna chawpipi rantikuqkunan qanmanta phukuywan asinqaku; manchanapaqmi kanki, manataq hayk’aqpas kanqachuña.” Ezequiel 27:30–36.</w:t>
      </w:r>
    </w:p>
    <w:p>
      <w:pPr>
        <w:pStyle w:val="ArticleBody"/>
        <w:jc w:val="left"/>
      </w:pPr>
      <w:r>
        <w:rPr>
          <w:rFonts w:ascii="Times New Roman" w:hAnsi="Times New Roman" w:eastAsia="Times New Roman" w:cs="Times New Roman"/>
        </w:rPr>
        <w:t>Ezequielqa llaqtata “Tyrus” nispa reqsichin, paymi “lamar qochapa chawpinpi chinkachisqa” kanman? Isaiasqa, Tiro (Tyrus) llulla warmimanta rimarispa, mayqanmi Apocalipsispipas jatun llulla warmi, mayqanmi Iglesia Católica, hinallataq payta coronayuq llaqta nispa reqsichin.</w:t>
      </w:r>
    </w:p>
    <w:p>
      <w:pPr>
        <w:pStyle w:val="ArticleScripture"/>
        <w:jc w:val="left"/>
      </w:pPr>
      <w:r>
        <w:rPr>
          <w:rFonts w:ascii="Times New Roman" w:hAnsi="Times New Roman" w:eastAsia="Times New Roman" w:cs="Times New Roman"/>
        </w:rPr>
        <w:t>¿Kaychu kay kusisqa llaqtayki, mayqenpa ñawpaqmanta kananqa unay p’unchaykunamanta kashan? kikin chakinkunanmi payta karu karuman apapunqa, chaypi tiyarinanpaq. ¿Pitaq kay yuyayta churarqan Tiro llaqtapa contranpi, chay coronayuq llaqta contra, mayqenpa rantikuqkunaqaqa kamachiqkuna kanku, mayqenpa qhatuq puriqkunaqaqa kay pachapi yupaychasqa runakuna kanku? Ayllukunapa Señor Diosninmi chayta munaspa kamachirqan, llapa hatunchakuq k’anchaypa hatun kayninta p’enqayman churaypaq, hinallataq kay pachapi llapa yupaychasqa runakunata pisiyachisqa qhawariyman urmachiypaq. Isaías 23:7–9.</w:t>
      </w:r>
    </w:p>
    <w:p>
      <w:pPr>
        <w:pStyle w:val="ArticleBody"/>
        <w:jc w:val="left"/>
      </w:pPr>
      <w:r>
        <w:rPr>
          <w:rFonts w:ascii="Times New Roman" w:hAnsi="Times New Roman" w:eastAsia="Times New Roman" w:cs="Times New Roman"/>
        </w:rPr>
        <w:t>Papakuna kamachiyqa “coronachisqa llaqta” nisqaqa, paymi kikin nin kimsa kuti huñusqa hukllachasqa patapi reina hina tiyayta.</w:t>
      </w:r>
    </w:p>
    <w:p>
      <w:pPr>
        <w:pStyle w:val="ArticleScripture"/>
        <w:jc w:val="left"/>
      </w:pPr>
      <w:r>
        <w:rPr>
          <w:rFonts w:ascii="Times New Roman" w:hAnsi="Times New Roman" w:eastAsia="Times New Roman" w:cs="Times New Roman"/>
        </w:rPr>
        <w:t>Hayka achkata pay kikinta hatunchasqa, hinaspa mishk’i kawsaypi tiyasqa, chay hina ñak’ariytawan llakikuytawan qoychis payman; sonqonpi nispanmi: Ñuqaqa reyna hina tiyani, mana viudachu kani, manataqmi ima llakiytapas rikusaqchu. Apocalipsis 18:7.</w:t>
      </w:r>
    </w:p>
    <w:p>
      <w:pPr>
        <w:pStyle w:val="ArticleBody"/>
        <w:jc w:val="left"/>
      </w:pPr>
      <w:r>
        <w:rPr>
          <w:rFonts w:ascii="Times New Roman" w:hAnsi="Times New Roman" w:eastAsia="Times New Roman" w:cs="Times New Roman"/>
        </w:rPr>
        <w:t>Ezequielqa nirqan, Tiro llaquipayasqanpi, pampachaq warmi juzgasqa kasqanta “lama qochapa chawpinpi” hunt’asqa kasqanmanta.</w:t>
      </w:r>
    </w:p>
    <w:p>
      <w:pPr>
        <w:pStyle w:val="ArticleScripture"/>
        <w:jc w:val="left"/>
      </w:pPr>
      <w:r>
        <w:rPr>
          <w:rFonts w:ascii="Times New Roman" w:hAnsi="Times New Roman" w:eastAsia="Times New Roman" w:cs="Times New Roman"/>
        </w:rPr>
        <w:t>Señorpa simin yapamanta ñoqaman hamurqan, nispa: Kunanqa, runapa churin, Tiro llaqtapaq waqay taki hoqaríy. … Tarsispa büquenakankunam qanmanta takirqanku qhatuynikipi; qamqa hunt’asqa karqanki, ancha hatun yupaychasqa qochakunapa chawpimpi. Remadornikikunan qamta hatun yakukunaman apamurqanku; inti lloqsimuymanta wayraqa qamta pakirparin qochakunapa chawpimpi. Ezequiel 27:1, 2, 25, 26.</w:t>
      </w:r>
    </w:p>
    <w:p>
      <w:pPr>
        <w:pStyle w:val="ArticleBody"/>
        <w:jc w:val="left"/>
      </w:pPr>
      <w:r>
        <w:rPr>
          <w:rFonts w:ascii="Times New Roman" w:hAnsi="Times New Roman" w:eastAsia="Times New Roman" w:cs="Times New Roman"/>
        </w:rPr>
        <w:t>Tiro llaqta, coronasqa llaqta, chay qharicha warmipa patanman taripachiq juicioqa “inti lluqsimuymanta wayra”mi; hinaspataq “inti lluqsimuymanta wayra”qa Islam-pa unanchaqninmi. Chunka reykuna Islam contra apamusqanku maqanakuyqa puchukay p’unchaykunapi papadota tukuchin. Chunka reykuna engañasqa kasqankuta reparakusqankupas sonqonkupi manchakuyta paqarichin.</w:t>
      </w:r>
    </w:p>
    <w:p>
      <w:pPr>
        <w:pStyle w:val="ArticleScripture"/>
        <w:jc w:val="left"/>
      </w:pPr>
      <w:r>
        <w:rPr>
          <w:rFonts w:ascii="Times New Roman" w:hAnsi="Times New Roman" w:eastAsia="Times New Roman" w:cs="Times New Roman"/>
        </w:rPr>
        <w:t>Sion urquqa sumaqmi kachkan tiyasqanrayku, tukuy kay pachap kusikuynin; chiri llaqtapa ladonkunapi, hatun Reypa llaqtanmi. Diosqa reqsisqa kachkan wasi hatunkunapi pakakuna wasihinahina. Qhawariychik, reykunaqa huñunasqañam karqanku, kuskallam pasarkunku. Paykunaqa rikuspanku mancharispam admirakurqanku; sasachakuspa utqayllam ayqekurqanku. Chaypim manchay hapirqan paykunata, nanaypas, wachakuq warmipa nanaynin hina. Qanmi Tarshispa barcokunata illapa wayrawan p'akiranki. Imaynachus uyarirqanchik, hinallataqmi rikurqanchik Apu Tukuy Atiyniyuqpa llaqtanpi, Diosninchikpa llaqtanpi: Diosqa wiñaypaqmi sayachinqa. Selah. Salmos 48:2–8.</w:t>
      </w:r>
    </w:p>
    <w:p>
      <w:pPr>
        <w:pStyle w:val="ArticleBody"/>
        <w:jc w:val="left"/>
      </w:pPr>
      <w:r>
        <w:rPr>
          <w:rFonts w:ascii="Times New Roman" w:hAnsi="Times New Roman" w:eastAsia="Times New Roman" w:cs="Times New Roman"/>
        </w:rPr>
        <w:t>Mundialistakunaqa Diospa reinonman qhawarirqanku, Jerusalén llaqtawan rikuchisqa hina; ichaqa akllarqanku “chay hatun llaqta” Babiloniata umankupaq. Dios chay hatun llaqtata juzgaptin, waqarinku hinaspa llakikunku, chinkasqa kasqankuta reqsispanku; imaraykuchus chay hatun llaqtata akllasqanku lamar qochapa chawpimpi p’akikapun, Islammanta hamuq maqanakuywan paykunaman apamusqa rayku (inti lloqsimuy wayra). Hinaspa chay maqanakuyqa aswan-aswan hatunchakuspa wiñaq maqanakuymi, warmi wachakuy nanaypi hina kasqanrayku.</w:t>
      </w:r>
    </w:p>
    <w:p>
      <w:pPr>
        <w:pStyle w:val="ArticleBody"/>
        <w:jc w:val="left"/>
      </w:pPr>
      <w:r>
        <w:rPr>
          <w:rFonts w:ascii="Times New Roman" w:hAnsi="Times New Roman" w:eastAsia="Times New Roman" w:cs="Times New Roman"/>
        </w:rPr>
        <w:t>Diospa qhapaq kayninmi, mayqintachus paykuna papapaq qatiykacharqanku, Danielpa iskay ñiqin p’unchawpi rikuchisqa kachkan; chaypi willakusqanchik hina, “kay [globalista] reykunapa p’unchawninkupi,” Diosqa wiñay qhapaq kayninta sayarichinqa.</w:t>
      </w:r>
    </w:p>
    <w:p>
      <w:pPr>
        <w:pStyle w:val="ArticleScripture"/>
        <w:jc w:val="left"/>
      </w:pPr>
      <w:r>
        <w:rPr>
          <w:rFonts w:ascii="Times New Roman" w:hAnsi="Times New Roman" w:eastAsia="Times New Roman" w:cs="Times New Roman"/>
        </w:rPr>
        <w:t>Kay reykunapa p’unchayninkunapin hanaq pachap Diosnin hatarichinqa huk qhapaq suyu, mana hayk’aqpas thuñichisqa kananpaq; chay qhapaq suyutaqa manam huk llaqtakunaman saqesqachu kanqa, aswanpas llapallan chay qhapaq suyunakunata t’aqaqta pakirachinqa, tukuruqta tukuchinqa, payqa wiñaypaqmi sayanqa. Daniel 2:44.</w:t>
      </w:r>
    </w:p>
    <w:p>
      <w:pPr>
        <w:pStyle w:val="ArticleBody"/>
        <w:jc w:val="left"/>
      </w:pPr>
      <w:r>
        <w:rPr>
          <w:rFonts w:ascii="Times New Roman" w:hAnsi="Times New Roman" w:eastAsia="Times New Roman" w:cs="Times New Roman"/>
        </w:rPr>
        <w:t>Miller runakuna creenqankutaq paykunaqa kawsasharqanku “kay reykunapa p’unchayninkunapi”, ichaqa Apocalipsis chunka qanchisniyuqpi chunka reykunaqa manaraqmi historiapi hamusqachu; cheqaqtapuni, kunanraqmi rikuyman lluqsishanku. Miller runakunaqa allintaqmi karqanku, ichaqa paykunapa rikayninkuqa pisiymi karqa. Diospa reinon, Apocalipsis chunka qanchisniyuqwan chunka pusaqniyuqpi reykunapa p’unchayninkunapi hatarichisqa kaq, chayqa qhipa paraq tiempo periodonmi.</w:t>
      </w:r>
    </w:p>
    <w:p>
      <w:pPr>
        <w:pStyle w:val="ArticleScripture"/>
        <w:jc w:val="left"/>
      </w:pPr>
      <w:r>
        <w:rPr>
          <w:rFonts w:ascii="Times New Roman" w:hAnsi="Times New Roman" w:eastAsia="Times New Roman" w:cs="Times New Roman"/>
        </w:rPr>
        <w:t>“Rikurqani llapa imakuna sinchi sonqowan qhawachkasqankuta, hinaspa yuyayninkuta mast’arichkasqankuta paykuna ñawpaqpi kachkan chay qayllamusaq hatun sasachakuyman. Israelpa huchankunaqa ñawpaqta taripanakuyman rinanku. Sapa hucha willakuytaqa Santuariopi ruwanam, chaymanta llamk’ayqa puririnqa. Kunan pacha ruwasqa kanan. Sasachakuy pacha puchuq kaqkuna waqyanqaku: Diosnilláy, Diosnilláy, ¿imaraykutaq saqirpariwanki?”</w:t>
      </w:r>
    </w:p>
    <w:p>
      <w:pPr>
        <w:pStyle w:val="ArticleScripture"/>
        <w:jc w:val="left"/>
      </w:pPr>
      <w:r>
        <w:rPr>
          <w:rFonts w:ascii="Times New Roman" w:hAnsi="Times New Roman" w:eastAsia="Times New Roman" w:cs="Times New Roman"/>
        </w:rPr>
        <w:t>“Qhipa parachá hamunqa ch’uya kaqkunaman—chaypim llapankum ñawpaq hina chaskinqaku.</w:t>
      </w:r>
    </w:p>
    <w:p>
      <w:pPr>
        <w:pStyle w:val="ArticleScripture"/>
        <w:jc w:val="left"/>
      </w:pPr>
      <w:r>
        <w:rPr>
          <w:rFonts w:ascii="Times New Roman" w:hAnsi="Times New Roman" w:eastAsia="Times New Roman" w:cs="Times New Roman"/>
        </w:rPr>
        <w:t>“Chusku angelkuna kachariqtinku, Cristoqa reinonnta sayarichinqa. Mana pipas qhepa para chaskinqachu, aswanpas llapa atisqankuta rurashaqkunallam chaskinqaku. Cristoqa yanapawasunmanmi. Llapa runakuna atipaykuqkuna kanman Diospa gracianninta, Jesuspa yawarninwan. Llapa hanaq pacha kay llamk’aypi qhawarisqam kachkan. Angelkunapas qhawarisqam kachkanku.” Spalding and Magan, 3.</w:t>
      </w:r>
    </w:p>
    <w:p>
      <w:pPr>
        <w:pStyle w:val="ArticleBody"/>
        <w:jc w:val="left"/>
      </w:pPr>
      <w:r>
        <w:rPr>
          <w:rFonts w:ascii="Times New Roman" w:hAnsi="Times New Roman" w:eastAsia="Times New Roman" w:cs="Times New Roman"/>
        </w:rPr>
        <w:t>Qhepa para patapi tiempuypi, angelkuna tawa wayrakunata kachariqtinku, chaymi “kay reykunapa p’unchayninkunapi” Cristoqa Paypa qhapaq suyuyninta sayarichin. Qhepa paraqa wiñayman puriqmi, hinaspataq 11 septiembre 2001 watapi qallariq phuyllikuyta churarqan, chay p’unchaypi kimsay ñak’ariy historiaman chayamurqan, ichaqa nacionkunata phiñachiyqa chaylla hark’asqa karqan. Chayqa kallpachaspa astawan sinchiyachkan, Estados Unidos llaqtapi domingo kamachiy chayamuqkama, maypachachus nacionpa thuñiyninta apamun. Chay astawan wiñaq taripayqa chaymantaqa wakin llapa nacionkunapas Estados Unidospa ejemplonta qatiptiyku, chayrayku kikillan taripaykunata ñak’arinku. Chayqa probationpa tukukuyninkama astawan wiñan. Warmi wachakuy nanaypi hina ñawpaqman purin.</w:t>
      </w:r>
    </w:p>
    <w:p>
      <w:pPr>
        <w:pStyle w:val="ArticleBody"/>
        <w:jc w:val="left"/>
      </w:pPr>
      <w:r>
        <w:rPr>
          <w:rFonts w:ascii="Times New Roman" w:hAnsi="Times New Roman" w:eastAsia="Times New Roman" w:cs="Times New Roman"/>
        </w:rPr>
        <w:t>Qatiq qillqapiqa qispisqanchikpi qanchisniyuqkunamanta pusaqniyuq kaqpa yuyaychakusqanta qatiqllaña rikusun.</w:t>
      </w:r>
    </w:p>
    <w:p>
      <w:pPr>
        <w:pStyle w:val="ArticleScripture"/>
        <w:jc w:val="left"/>
      </w:pPr>
      <w:r>
        <w:rPr>
          <w:rFonts w:ascii="Times New Roman" w:hAnsi="Times New Roman" w:eastAsia="Times New Roman" w:cs="Times New Roman"/>
        </w:rPr>
        <w:t>“Cheqaq kaqtin verdadta rimarispa puriqkuna Supayta sirvichkanankukama, paypa uku pacha llanthunqa Diosmanta hanaq pachatapas qhawanankuta hark’anqa. Ñawpaq munakuyninkuta chinkachiqkuna hina kanqaku. Mana atinqakuchu wiñay kaq chiqap kaykunata qhawayta. Imatachus Dios ñuqanchikpaq wakichisqa, chayqa representasqa kachkan Zacarías, capítulos 3 y 4, hinallataq 4:12–14pi: ‘Hinaspa kutin kutispaymi payta tapurqani, nispa: Imataq kay iskay olivo raphikuna, iskay qori tubo nisqakunamanta kikinkumanta qori aceiteta lluqsichispa? Hinaspan pay kutichirqa, nispa: Manachu yachanki imachus kaykuna kasqanta? Ñuqataq nirqani: Manan, Señor mío. Chaymantan pay nirqa: Kaykunan iskay umachisqa kaqkuna, kay pachapi llapaq Señorpa qayllanpi sayaqkuna.’”</w:t>
      </w:r>
    </w:p>
    <w:p>
      <w:pPr>
        <w:pStyle w:val="ArticleScripture"/>
        <w:jc w:val="left"/>
      </w:pPr>
      <w:r>
        <w:rPr>
          <w:rFonts w:ascii="Times New Roman" w:hAnsi="Times New Roman" w:eastAsia="Times New Roman" w:cs="Times New Roman"/>
        </w:rPr>
        <w:t>“Señorqa mana tukukuy yachaykunayuqmi. Paypaq mana ima pisiyninchu kan. Ñoqanchikpa pisi iñiyninchikrayku, kay pachapi kasqanchikrayku, chaninnaq rimayninchikrayku, mana iñiyninchikrayku, rimananchikpi rikuchikusqanrayku, yana llanthukunañam ñoqanchikpa muyuriqninchikpi huñunakunku. Cristoqa mana simipipas nitaq kawsayninpiwanpas sut’inchasqachu tukuy sumaqlla Kasqan hina, chunka waranqa runakunamanta aswan allin Kasqan hina. Almayku yanqa kaykunaman hoqarikuspa kusisqa kaptinqa, Señorpa Espíritunqa paypaq pisillata ruwanman. Qhawariyninchikqa qhepa qhawariyllam llanthuta rikun, ichaqa qhepapi kaq hatun k’anchaytaqa mana rikunchu. Angelkunam tawa wayrakunata hapiqkuchkanku, phiñasqa caballohina kacharikuypaq munaspa, tukuy pachapa uyanta pataman phawayta munaspa, purisqan ñanpi tukuchiytawan wañuytawan apamuspa.”</w:t>
      </w:r>
    </w:p>
    <w:p>
      <w:pPr>
        <w:pStyle w:val="ArticleScripture"/>
        <w:jc w:val="left"/>
      </w:pPr>
      <w:r>
        <w:rPr>
          <w:rFonts w:ascii="Times New Roman" w:hAnsi="Times New Roman" w:eastAsia="Times New Roman" w:cs="Times New Roman"/>
        </w:rPr>
        <w:t>“¿Wiñay pacha kayman yaykunapaq qaylla patapi puñusunchikchu? ¿Mana uyariq, chiri, wañusqa hina kasunchikchu? ¡Ay!, ancha munani iglesiaykukunapi Diospa Espiritunwan samayninwanpas paypa llaqtanman samachisqa kananpaq, chay hina chakinpi sayarispanku kawsanankupaq. Rikuyta necesitanchik ñanqa k’illku kasqanta, punkuqa k’aspalla kasqantapas. Ichataq chay k’aspalla punkuta pasaspanchikqa, hatun kayninqa mana tukuyniyuqmi.” Manuscript Releases, volume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Pichqa Chunka Qanchisniyuq Isqunniyuq</dc:title>
  <dc:subject>Qhipa p’unchaykunapa proféticopa pakasqa qhepa secretonta rikuchiy: Judá ayllumanta Leónpa tukukuyninpi kichasqan hatun unsealingnin</dc:subject>
  <dc:creator>Jeff Pippenger</dc:creator>
  <cp:keywords/>
  <dc:description>Generated by ArticleDigger from daniel\59_daniel.json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