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Chunka Tawañiqin</w:t>
      </w:r>
    </w:p>
    <w:p>
      <w:pPr>
        <w:pStyle w:val="ArticleSubtitle"/>
        <w:jc w:val="left"/>
      </w:pPr>
      <w:r>
        <w:rPr>
          <w:rFonts w:ascii="Arial" w:hAnsi="Arial" w:eastAsia="Arial" w:cs="Arial"/>
        </w:rPr>
        <w:t>Sut’inchay Profecíata kicharisqa: 11 septiembre 2001 watata t’inkichispa Sellasqa Tiempo-man, Qhipa Para-man, hinaspa Cristopa Qhipa Ruwananman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Qhipa p’unchaykunapi qelqasqa artikulokunapiqa, Espíritu de Profecía nisqamanta wakin pasajekunamanmi rikuchkasharqanchik, chaykunaqa sut’inchanku huk tiempo periodo-ta 11 de septiembre de 2001 p’unchaymanta qallarispa Michael hatarinqankama hinaspa runakunapa probationnin wichq’akunankama. Chay tiempo periodopiqa, wakin profético ilustracionkuna kanku, chaykunaq sut’inchasqanmi Christopa qhepa llamk’ayninta Lugar Santísimo nisqapi.</w:t>
      </w:r>
    </w:p>
    <w:p>
      <w:pPr>
        <w:pStyle w:val="ArticleBody"/>
        <w:jc w:val="left"/>
      </w:pPr>
      <w:r>
        <w:rPr>
          <w:rFonts w:ascii="Times New Roman" w:hAnsi="Times New Roman" w:eastAsia="Times New Roman" w:cs="Times New Roman"/>
        </w:rPr>
        <w:t>Cristopa llank’anqan santuariopiqa rikuchisqa kachkan Daniel qanchis pusaqniyuq capitulopi Ulai Mayu rikuypi, chaymantañataq Hermana White willawasqanchikman hina, Ulai Mayu rikuyqa kunanqa hunt’akuy ruwanapiñam kachkan. Qhipa llank’ay hanaq pacha santuariope junt’asqa, mayqinchus kunanqa hunt’akuy ruwanapi kachkan, imaymana profético simikunawanmi rikuchisqa kachkan. Rikuchisqa kachkanmi, wakin profético rikuchikuykunawan kuska, sellado pacha hina, qhipa para hina, salvacionpa tukuynin llank’ay hina, hinallataq templopa pichasqa kaynin hina. Chay simikunata huñunayqa ancha importanteraqmi, hinallataq paykunata chiqap histórico maypipas churaypas.</w:t>
      </w:r>
    </w:p>
    <w:p>
      <w:pPr>
        <w:pStyle w:val="ArticleScripture"/>
        <w:jc w:val="left"/>
      </w:pPr>
      <w:r>
        <w:rPr>
          <w:rFonts w:ascii="Times New Roman" w:hAnsi="Times New Roman" w:eastAsia="Times New Roman" w:cs="Times New Roman"/>
        </w:rPr>
        <w:t>“Chay p’unchawkunapi, salvacionpa ruwasqan wichq’akuyta tukuchkaptin, kay pachaman ñak’ariy hamunqa, nacionkunataq piñakunqaku, ichaqa hark’asqa kashaqku mana kimsa kaq angelpa ruwasqanta hark’anankupaqchu. Chay p’unchawkunapi ‘qhepa para,’ utaq Señorpa qayllanmanta kawsarichiy, hamunqa, kimsa kaq angelpa hatun qapariyninta kallpachananpaq, hinallataq santo runakunata wakichinanpaq sayanankupaq chay pacha, maypichus qanchis qhepa plaga hina t’aqasqa kachkanqa.” Early Writings, 85.</w:t>
      </w:r>
    </w:p>
    <w:p>
      <w:pPr>
        <w:pStyle w:val="ArticleBody"/>
        <w:jc w:val="left"/>
      </w:pPr>
      <w:r>
        <w:rPr>
          <w:rFonts w:ascii="Times New Roman" w:hAnsi="Times New Roman" w:eastAsia="Times New Roman" w:cs="Times New Roman"/>
        </w:rPr>
        <w:t>“Kinsa kimsa angelpa ruwasqan”pas “salvaciónpa ruwasqan”mi, chaymi “santokunata wakichin kananpaq sayanankupaq pacha hina qanchis qhepa ñak’ariykuna hich’akusqa kanqa chaymanta.”</w:t>
      </w:r>
    </w:p>
    <w:p>
      <w:pPr>
        <w:pStyle w:val="ArticleScripture"/>
        <w:jc w:val="left"/>
      </w:pPr>
      <w:r>
        <w:rPr>
          <w:rFonts w:ascii="Times New Roman" w:hAnsi="Times New Roman" w:eastAsia="Times New Roman" w:cs="Times New Roman"/>
        </w:rPr>
        <w:t>Hinallataqmiqtaat uummaqquplutik, kamangaarutillu tikittuq, tuqujutlu piffissanga nalunaiqsijaujaanginnik, kivgaqtinnutlu prophetinut akiliqturunnaqullutit, iqqanaijunutlu, kingullutillu atqarnik iluaqujunut, mikijunut angijunullu; nunamiklu asijiqattaqtunut asititsijut piqujauqullugit. Revelation 11:18.</w:t>
      </w:r>
    </w:p>
    <w:p>
      <w:pPr>
        <w:pStyle w:val="ArticleBody"/>
        <w:jc w:val="left"/>
      </w:pPr>
      <w:r>
        <w:rPr>
          <w:rFonts w:ascii="Times New Roman" w:hAnsi="Times New Roman" w:eastAsia="Times New Roman" w:cs="Times New Roman"/>
        </w:rPr>
        <w:t>Nacionkunaqa phiñakusqanku manaraq probation tukuptin (chaymi Diospa piñakuynin hich’akusqan tiempo), ichaqa nacionkuna phiñakusqankupiqa, paykunaqa hinallataq “jark’asqa” kashanku. Nacionkuna phiñakusqanku “tiempo”qa qawachin salvacionpa wisq’ay llamk’aypa qallariyninta, chay salvacionpa wisq’ay llamk’ayqa Diospa llaqtanpa sellakusqanmi.</w:t>
      </w:r>
    </w:p>
    <w:p>
      <w:pPr>
        <w:pStyle w:val="ArticleScripture"/>
        <w:jc w:val="left"/>
      </w:pPr>
      <w:r>
        <w:rPr>
          <w:rFonts w:ascii="Times New Roman" w:hAnsi="Times New Roman" w:eastAsia="Times New Roman" w:cs="Times New Roman"/>
        </w:rPr>
        <w:t>“Diospa cheqaq llaqtan, Señorpa rurayninpa espiritunta hinallataq almaskunapa qespichikuynta sonqonkuwan apaqkunaqa, huchataqa sapa kuti cheqaq kasqanman hina, huchasapa kayninpi qhawarinqaku. Paykunaqa hayk’aqpas kasqanku Diospa llaqtanta sasachaq huchakunawan cheqap sonqowan, sut’i rimaywan tratasqankuman sayaspa. Aswanraq iglesiapa tukukuq rurayninpi, pachak tawa chunka tawa waranqa runakunapa sellasqa kay pacha chayamunan tiempopi, Diospa tronanpa ñawpaqenpi mana pantaq hina sayanankupaq, Diospa sutinta apaq llaqtanpa mana allin ruwasqankunataqa aswan sunqunku ukhumanmi nanachinqa. Kayqa profetapa rikuchisqanwan kallpawan sut’inchasqa kashan, qhipa rurayta rikuchispa, sapa qhari makimpi wañuchiy armasniyoq hina. Paykunamanta huk qhariqa lino p’achawan p’achasqa karqa, ladonpi qillqaqpa tintawan phichananta apaspa. ‘Hinaspan Señor payta nirqan: Llaqtapa chawpinta puriy, Jerusalénpa chawpinta puriy, hinaspa señalta churay frentenkupi chay qharikunapa, pikunachus llakikunku hinaspa waqanku llapa millay ruwaykunamanta chaypa chawpinpi ruwakusqanrayku.’” Testimonies, volumen 3, 266.</w:t>
      </w:r>
    </w:p>
    <w:p>
      <w:pPr>
        <w:pStyle w:val="ArticleBody"/>
        <w:jc w:val="left"/>
      </w:pPr>
      <w:r>
        <w:rPr>
          <w:rFonts w:ascii="Times New Roman" w:hAnsi="Times New Roman" w:eastAsia="Times New Roman" w:cs="Times New Roman"/>
        </w:rPr>
        <w:t>Llaqtakuna hark’asqa kashanku pachak tawa chunka tawa waranqa runakunapa sellosqasqa kayninta ama hark’anankupaq. Apocalipsis qanchis ñiqin kapituluypi, piñasqa llaqtakuna, chay hina hark’asqa kashaqkuna, chay kikin pacha tiempollapi hark’asqa tawa wayrakunahinam rikuchisqa kanku, chay pacha tiempoqa sut’ita huk pacha tiempohinam reqsisqa kachkan.</w:t>
      </w:r>
    </w:p>
    <w:p>
      <w:pPr>
        <w:pStyle w:val="ArticleScripture"/>
        <w:jc w:val="left"/>
      </w:pPr>
      <w:r>
        <w:rPr>
          <w:rFonts w:ascii="Times New Roman" w:hAnsi="Times New Roman" w:eastAsia="Times New Roman" w:cs="Times New Roman"/>
        </w:rPr>
        <w:t>“Kunankamqa Satanás llapa imaymana yuyayman churana ñankunata kay sellakuy pacha pi apachkan, Diospa llaqtanpa yuyayninkunata kunan pacha cheqaq kaymanta karunchanampaq hinaspa iskayrayachinampaq. Rikurqani huk p’achata Diospa llaqtanman mast’arichkashanta, sasachakuy pacha pi waqaychanampaq; hinaspa sapa almaqa, cheqaq kaypi takyaq hinaspa sonqonpi ch’uya kaq, Tukuy-Atiyniyuqpa p’achanwan p’achallisqa kanan karqa.”</w:t>
      </w:r>
    </w:p>
    <w:p>
      <w:pPr>
        <w:pStyle w:val="ArticleScripture"/>
        <w:jc w:val="left"/>
      </w:pPr>
      <w:r>
        <w:rPr>
          <w:rFonts w:ascii="Times New Roman" w:hAnsi="Times New Roman" w:eastAsia="Times New Roman" w:cs="Times New Roman"/>
        </w:rPr>
        <w:t>“Satanásqa kayta yacharanmi, chayraykun atiyniyuq hatun kallpawan llamk’asharan aswan achka runakunapa yuyayninkuta imaymanamanta atisqanman hina cheqaq kaymanta iskayrayasqa, mana takyasqa kachinampaq. …</w:t>
      </w:r>
    </w:p>
    <w:p>
      <w:pPr>
        <w:pStyle w:val="ArticleScripture"/>
        <w:jc w:val="left"/>
      </w:pPr>
      <w:r>
        <w:rPr>
          <w:rFonts w:ascii="Times New Roman" w:hAnsi="Times New Roman" w:eastAsia="Times New Roman" w:cs="Times New Roman"/>
        </w:rPr>
        <w:t>“Rikurqani Satanasqa kay hina ruraykunapi llank’asqanta, Diospa llaqtanta chinkachinapaq, pantachinapaq, karunchachinapaqpas, kunanmi kay sellay p’unchaykunapi. Rikurqanitaq wakinkunaqa mana sinchita sayashaqkuchu kay kunan chiqap yachachiyrayku. Qonqorkunaqa chukchukyasqankum, chakinkunaqa llusp’iykachasqankum, imaraykuchus mana allinta sayasqa kasharqankuchu chiqap kaqpi, hinallataq Tukuy-Atiyuq Diospa pakasqanqa manam paykunaman mast’arikuyta atinchu chayna chukchukyasqankukama.</w:t>
      </w:r>
    </w:p>
    <w:p>
      <w:pPr>
        <w:pStyle w:val="ArticleScripture"/>
        <w:jc w:val="left"/>
      </w:pPr>
      <w:r>
        <w:rPr>
          <w:rFonts w:ascii="Times New Roman" w:hAnsi="Times New Roman" w:eastAsia="Times New Roman" w:cs="Times New Roman"/>
        </w:rPr>
        <w:t>“Satanásqa tukuy yachayninkunata llapanta rurasharqan paykunata maypi kasqankupi hap’ichiyta munaspa, sellasqa kay pasasqankama, Diospa llaqtanpa hawanman p’achaq hina qhawachiq hark’ay churakusqankama, chaymanta qispisqa mana kanankupaq nina hina ruphay atipaq Diospa phiñakuyninmanta, qanchis qhipa muchuykunapi. Diosqa qallarinña kay hark’ayta llaqtanpa hawanman churayta, hinaspas manaña unaychu llapan chaykunapaq hawanman mast’arikunanpaq, pisiyman wañuchiy p’unchaypi pakakuq wasi kanankupaq. Diosqa atiyninwan llaqtanrayku llamk’anqa; hinaspas Satanásmanpas saqesqa kanqa paypas llamk’ananpaq.” Early Writings, 43, 44.</w:t>
      </w:r>
    </w:p>
    <w:p>
      <w:pPr>
        <w:pStyle w:val="ArticleBody"/>
        <w:jc w:val="left"/>
      </w:pPr>
      <w:r>
        <w:rPr>
          <w:rFonts w:ascii="Times New Roman" w:hAnsi="Times New Roman" w:eastAsia="Times New Roman" w:cs="Times New Roman"/>
        </w:rPr>
        <w:t>Pani White kay simikunata qillqarqan 1851 watapi, Diospa llaqtan Laodicea kasqaman yaykunankumanta pichqa wata ñawpaqta, hinaspa “qanchis kuti” nisqapa askhawan k’anchayninta chinkachispa sellakuy ruwayta qhiparichirqanku. Chay k’anchayqa yapakunan karqan hinaspa Diospa llaqtanta pakayninpi tukuchinan karqan qanchis qhipa t’aqakuykunamanta ñawpaqta. Chaymantaqa, Diospa llaqtan hatarirqanku, hinaspa Laodicea chunlla puriy pampaman saqisqa karqanku, imaynachus ñawpa Israel llaqtapa hatariyninwan hinaspa chunlla puriyninwan rikuchisqa kasqan hina. Ñawpa Israelpa hayk’aq hatariqkunaqmi Aunusqa Allpaman yaykurqanku? Bibliapi, utaq Profeciapa Espiritunpi, mayqin pasajetaq mayqin Laodicea runakunata salva sqa kanankuta sut’inchan? Kutichiyqa kaymi: “Mana mayqanpas!” imaraykuchus huk Laodicea runaqa chinkasqa kashan, imaynachus ñawpa Israelmanta chunlla pampapi wañuqkuna chinkasqa karqanku hina.</w:t>
      </w:r>
    </w:p>
    <w:p>
      <w:pPr>
        <w:pStyle w:val="ArticleBody"/>
        <w:jc w:val="left"/>
      </w:pPr>
      <w:r>
        <w:rPr>
          <w:rFonts w:ascii="Times New Roman" w:hAnsi="Times New Roman" w:eastAsia="Times New Roman" w:cs="Times New Roman"/>
        </w:rPr>
        <w:t>Pachak tawa chunka tawayuq waranqa tawa pachak chunka tawayuqkunapa sellakusqanku huk tiempo pacha kasqanmi, chayqa qallarin tawa angelkuna tawa wayrakunata hark’asqankupi, chaypachallataq nacionkuna phiñakusqanku, ichaqa hark’asqa kashaqtinku. Sellakusqan tiempo ukhupi Diosqa llaqtanta wakichin qanchis qhepa plaga tiempospi sayarinankupaq, chay wakichakuynintaq rikuchisqa kachkan llaqtanpa patanman “huk p’achata” mast’aykusqan hina; hinallataq rikuchisqa kachkan salvación ruwayta tukuchisqan hina, chaymanta kinsa kaq angelpa ruwaynintapas tukuchisqan hina. Kay llapa rikuchikuykunawan sut’inchasqa wakichakuyqa “kunan pacha cheqaq yachachiy” chaskisqamanmi sayasqa kachkan.</w:t>
      </w:r>
    </w:p>
    <w:p>
      <w:pPr>
        <w:pStyle w:val="ArticleBody"/>
        <w:jc w:val="left"/>
      </w:pPr>
      <w:r>
        <w:rPr>
          <w:rFonts w:ascii="Times New Roman" w:hAnsi="Times New Roman" w:eastAsia="Times New Roman" w:cs="Times New Roman"/>
        </w:rPr>
        <w:t>Kunanakuna mana “kunan p’unchawpi cheqaq kaqpaq sinchita sayayta” munankuchu, chaykunam “iskayrayasqa” karqanku, yuyayninkukunaqa mana “kunan p’unchawpi cheqaq kaq” nisqapi sut’ita churakusqa kasqanrayku. Payqa qillqan: “Wakin runakunata rikarqani, paykunaqa mana kunan p’unchawpi cheqaq kaqpaq sinchita sayasqankuchu. Qonqorinkukuna katkatyasqa karqan, chakinkukunaqtaq llusk’aykusqa, imaraykuchus mana cheqaq kaqpi allinta sayachisqa karqankuchu, hinallataq Tukuy-Atiyniyuq Diospa p’achankunataqa mana paykunaman mast’arikusqa kayta atirqanchu chay hinata katkatyasqankukama.”</w:t>
      </w:r>
    </w:p>
    <w:p>
      <w:pPr>
        <w:pStyle w:val="ArticleBody"/>
        <w:jc w:val="left"/>
      </w:pPr>
      <w:r>
        <w:rPr>
          <w:rFonts w:ascii="Times New Roman" w:hAnsi="Times New Roman" w:eastAsia="Times New Roman" w:cs="Times New Roman"/>
        </w:rPr>
        <w:t>“Kunan chiqaq cheqaq kaq”mi “llank’anata” qun, hinaspataq “llank’ana”qa “Diospa sellon” nisqawanpas rikuchisqa kachkan. “Diospa sellon”qa Hebreokunapa punkunkunata picharqaq yawarwan unanchasqa karqa; chaymi wañuchiq angelta saqerqa yawarwan “llank’asqa” punkuyoq wasikunata pasaykuylla. “Llank’ana”qa “sellay”mi, hinaspataq “sellay”qa “kunan chiqaq cheqaq” nisqawan hunt’achisqa kachkan.</w:t>
      </w:r>
    </w:p>
    <w:p>
      <w:pPr>
        <w:pStyle w:val="ArticleScripture"/>
        <w:jc w:val="left"/>
      </w:pPr>
      <w:r>
        <w:rPr>
          <w:rFonts w:ascii="Times New Roman" w:hAnsi="Times New Roman" w:eastAsia="Times New Roman" w:cs="Times New Roman"/>
        </w:rPr>
        <w:t>Qhapaqykiy chaykunaqa qampa cheqaq kayniykipi; qampa simiykiqa cheqaq kaymi. Juan 17:17.</w:t>
      </w:r>
    </w:p>
    <w:p>
      <w:pPr>
        <w:pStyle w:val="ArticleBody"/>
        <w:jc w:val="left"/>
      </w:pPr>
      <w:r>
        <w:rPr>
          <w:rFonts w:ascii="Times New Roman" w:hAnsi="Times New Roman" w:eastAsia="Times New Roman" w:cs="Times New Roman"/>
        </w:rPr>
        <w:t>Sapa musuqchasqa kuyuyqa kikinpa sut’inchasqa tema-yuq karqan, hinaspa pachak tawa chunka tawa waranqa runakunapa musuqchasqa kuyuyninpa tema-ninqa “Kimsa Waqaypa Islam” nisqaqa. Qhepa p’unchaykunapi “kunan cheqaq simiqa” Kimsa Waqaypa Islammi.</w:t>
      </w:r>
    </w:p>
    <w:p>
      <w:pPr>
        <w:pStyle w:val="ArticleScripture"/>
        <w:jc w:val="left"/>
      </w:pPr>
      <w:r>
        <w:rPr>
          <w:rFonts w:ascii="Times New Roman" w:hAnsi="Times New Roman" w:eastAsia="Times New Roman" w:cs="Times New Roman"/>
        </w:rPr>
        <w:t>“Qillqasqa Qhelqakunaqa Diospa llaqtanman sapa kuti kicharikushanmi. Wiñaymanta karqan, hinallataq wiñaypaq kanqa, sapa miraypaq huk cheqaq kaymi aswan rakisqa, chay p’unchaykunapaq hinalla.” Review and Herald, June 29, 1886.</w:t>
      </w:r>
    </w:p>
    <w:p>
      <w:pPr>
        <w:pStyle w:val="ArticleBody"/>
        <w:jc w:val="left"/>
      </w:pPr>
      <w:r>
        <w:rPr>
          <w:rFonts w:ascii="Times New Roman" w:hAnsi="Times New Roman" w:eastAsia="Times New Roman" w:cs="Times New Roman"/>
        </w:rPr>
        <w:t>Kayqaqa kunan p’unchawpa chiqaq “willakuy”mi, pisi p’unchawkuna qhipapi Diospa llaqtanta sellan; chay sellakuy pachaqa rikuchisqa kashan tawa wayrakuna hark’asqa kaptin qallarisqan hina. Nacionesqa phiñakurqanku 11 septiembre 2001 p’unchawpi, chay pachataq pachallapi pachak tawa chunka tawa waranqa runakunapa sellakusqanku qallarikurqan, qhipa para, mayqinchus “huk willakuy” kasqanrayku, kicharisqa kayta qallarisqan hina.</w:t>
      </w:r>
    </w:p>
    <w:p>
      <w:pPr>
        <w:pStyle w:val="ArticleScripture"/>
        <w:jc w:val="left"/>
      </w:pPr>
      <w:r>
        <w:rPr>
          <w:rFonts w:ascii="Times New Roman" w:hAnsi="Times New Roman" w:eastAsia="Times New Roman" w:cs="Times New Roman"/>
        </w:rPr>
        <w:t>Juanta kichasqa karqan ancha ukhu, sonqota kuyuchiq, hatun interesniyuq rikch’akuykuna iglesiapa kawsayninpi. Payqa rikurqan Diospa llaqtanpa maypi kasqanta, peligronkunata, maqanakuykunata, hinallata qhipa kacharichisqanta. Payqa qillqarqan tukukuq willaykunata, kay pachapa cosechan hunt’achinankupaq, yaqa hanaq waqaychanaman apasqa q’urakuna hina, otaq ch’akikuna hina tukuchinapaq ninaqman. Ancha hatun importancianiyuq yachachikuykuna payman rikuchisqa karqan, aswanpas qhipa iglesiapaq, pantasqanmanta cheqaqman kutiriqkuna yachachisqa kanankupaq ñawpaqpi kaq peligrokunamanta hinallata maqanakuykunamantapas. Mana pipas tutayaypi kananchu kay pachaman ima hamusqanmanta. El Gran Conflicto, 341.</w:t>
      </w:r>
    </w:p>
    <w:p>
      <w:pPr>
        <w:pStyle w:val="ArticleBody"/>
        <w:jc w:val="left"/>
      </w:pPr>
      <w:r>
        <w:rPr>
          <w:rFonts w:ascii="Times New Roman" w:hAnsi="Times New Roman" w:eastAsia="Times New Roman" w:cs="Times New Roman"/>
        </w:rPr>
        <w:t>Maykunakuna phiñakusqankupiqa, kuskallataq hark’asqa karqanku, hinaspan “qhipa para” urayta qallarin, chay qhipa paraqa “kunan p’unchaw cheqaq kay” willakuymin, Diospa llaqtanta sellaspa.</w:t>
      </w:r>
    </w:p>
    <w:p>
      <w:pPr>
        <w:pStyle w:val="ArticleScripture"/>
        <w:jc w:val="left"/>
      </w:pPr>
      <w:r>
        <w:rPr>
          <w:rFonts w:ascii="Times New Roman" w:hAnsi="Times New Roman" w:eastAsia="Times New Roman" w:cs="Times New Roman"/>
        </w:rPr>
        <w:t>“Battle Creek llaqtapi rurasqa llamk’ayqa kikillan ordenmanta kachkan. Sanitariopi umalliqkunaqa mana iñiqkunawan chaqrusqaku, paykunata consejokunankuman yaykuchispa, aswanpas huk tupuykama; ichaqa chayqa ñawinkuta wichqasqa hina llamk’ayninwan rikch’akun. Paykunaqa manam yachayniyuqchu reqsinankupaq ima kaq kasqanta mayqen pachapas ñoqanchikman urmamunanta. Kachkan huk espíritu desesperaciónmanta, awqanakuy-manta, yawar ichakuy-manta, chay espírituqa wiñanqa pacha tukukuyninkama. Diospa llaqtan runakuna urkunankupi sellasqa kasqankumanta chaylla pacha—manam mayqin rikuy atisqa sello nitaq señaltachu, aswanqa cheqaq kaqpi takyasqa kaymi, yuyaypiwan espiritupiwan, chayna mana kuyuchisqa kananpaq—Diospa runankuna sellasqa kasqankumanta, ch’akchiypaq wakichisqa kasqankumanta chaylla pacha, chayqa hamunqa. Cheqaqtapuni, qallarisqanña. Diospa juiciokunanqa kunanqa kay allpapiñam kachkan, ñoqanchikta willanakunankupaq, chayna hamuq kaqta yachananchikpaq.” Manuscript Releases, volumen 10, 252.</w:t>
      </w:r>
    </w:p>
    <w:p>
      <w:pPr>
        <w:pStyle w:val="ArticleBody"/>
        <w:jc w:val="left"/>
      </w:pPr>
      <w:r>
        <w:rPr>
          <w:rFonts w:ascii="Times New Roman" w:hAnsi="Times New Roman" w:eastAsia="Times New Roman" w:cs="Times New Roman"/>
        </w:rPr>
        <w:t>“Sellasqa kayqa” nisqaqa “cheqaq kaqman sayk’uspa chayasqa kaymi.” Sellasqa pachaqmanta rimarispa payqa qillqarqan: “Kanmi huk ánimu desesperaciónniyuq, maqanakuywan yawar unu jich’aywan ima, chay ánimuqa pisi-pisimanta aswan yapakuqmi kanqa pacha tukukuykama.” Suyukuna phiñasqa kaptinku, hark’asqa kanku, ichaqa “maqanakuywan yawar unu jich’ay” nisqaqa, tawa wayrakuna hina rikuchisqa kaspa, “pisi-pisimanta aswan yapakuqmi kanqa pacha tukukuykama.” Kimsañiqin Ay nisqapi Islamqa pisi-pisimanta aswan sinch’ita maqanakuynta mast’arichin pacha tukukuykama, hinaspa Islamta “tema” hina proféticamente entiendesqa kayqa pachak tawa chunka tawa waranqa runakunaq musuqchasqa kayninpi, chaylla pacha ukhupi kuskan yapakun. Islam paulatina aswanchayta ruwasqanqa qhipa para urmaywan kuskan purin, chay kikin pacha ukhupi; imaraykuchus qhipa paraqa huk “willakuy”mi.</w:t>
      </w:r>
    </w:p>
    <w:p>
      <w:pPr>
        <w:pStyle w:val="ArticleScripture"/>
        <w:jc w:val="left"/>
      </w:pPr>
      <w:r>
        <w:rPr>
          <w:rFonts w:ascii="Times New Roman" w:hAnsi="Times New Roman" w:eastAsia="Times New Roman" w:cs="Times New Roman"/>
        </w:rPr>
        <w:t>“Llapan kay pachapa Señorninpa ñawpaqninpi sayaq qollasqa runakunaqa, huk kutipi Satanásman qusqa karqan chay p’istuq querubín kasqan churayninta charinku. Tiyanannin muyuriq ch’uya kaqkunawanmi Señorqa kay pachapi tiyaqkunawan mana sayk’uspa willanakuyta purichin. Qori aceitetaqa chay graciatan rikuchin, maywantaq Diosqa iñiqkunapa mechankunata hunt’aspa waqaychan, ama ch’illp’iykachaspalla wañunankupaq. Sichus mana kay ch’uya aceite hanaq pachamanta Diospa Espiritunpa willasqankunapi poured kachkanmanchu, mana allin atiqkunaqa runakunapaq llapa kamachiyta charinman karqan.”</w:t>
      </w:r>
    </w:p>
    <w:p>
      <w:pPr>
        <w:pStyle w:val="ArticleScripture"/>
        <w:jc w:val="left"/>
      </w:pPr>
      <w:r>
        <w:rPr>
          <w:rFonts w:ascii="Times New Roman" w:hAnsi="Times New Roman" w:eastAsia="Times New Roman" w:cs="Times New Roman"/>
        </w:rPr>
        <w:t>“Diosqa mana yupaychasqa kachkan, payqa ñoqanchisman apachimuwasqanchik willakuykunata mana chaskispaqa. Chay hinaqa mana chaskinchikchu chay qori aceite-ta, paymi almanchikkuman ichamunaypaq, tutapi kaqkunaman chayachinapaq. Waqyasqa hamuqtin, ‘Qhawariychik, qosasqa hamun; lloqsiychik paywan tinkuq,’ nispa, mana chaskiqkuna chay santo aceite-ta, mana sonqonkupi waqaychaqkuna Cristopa gracianta, upa sipaskunahinam tarinqaku mana Listokasqata Señorninkuta tinkunankupaq. Paykunaqa mana kanchu kikinkupim chay aceite-ta jap’iy atiyniyoq, hinaspa kawsayninku thuñisqa qhiparin. Ichaqa Diospa Santo Espiritunta mañakuspa, Moisés hina ruegakuspa, ‘Gloriaykita qawachiway,’ nispa, Diospa munakuynin sonqonchikkupi mast’arikunqa. Qori tubokunantaq qori aceiteqa ñoqanchisman chayamunqa. ‘Mana kallpawanchu, nitaq atiyniywanchu, aswanpas Espirituywanmi, nispa Señor de los Ejércitos.’ Chaskispanchik Justicia Intipa llipipaq k’anchayninkunata, Diospa wawankunaqa kay pachapi achkikuna hina k’anchanku.” Review and Herald, July 20, 1897.</w:t>
      </w:r>
    </w:p>
    <w:p>
      <w:pPr>
        <w:pStyle w:val="ArticleBody"/>
        <w:jc w:val="left"/>
      </w:pPr>
      <w:r>
        <w:rPr>
          <w:rFonts w:ascii="Times New Roman" w:hAnsi="Times New Roman" w:eastAsia="Times New Roman" w:cs="Times New Roman"/>
        </w:rPr>
        <w:t>Qhepa para qallarin “ch’iqchiyta” ruwan, chaymanta tukukuyninpi hunt’asqa uyarikuywan hich’ayman wiñan. Qhepa paraq “ch’iqchiy” kasqan reqsichisqa kachkan paraqa “tupusqa” kasqanwan, hunt’asqa hich’aytaq chaymanta hich’asqa kasqan “mana tupuywan” nisqapi. Pani White sut’ita reqsichin huk pacha kananta maypichus qhepa para uraykamushan, wakinqa chaskinku, wakinqataq mana chaskinkuchu. Chay pachapi paraqa “tupusqa” kachkan, ichaqa “ch’iqchiy”lla kachkan.</w:t>
      </w:r>
    </w:p>
    <w:p>
      <w:pPr>
        <w:pStyle w:val="ArticleBody"/>
        <w:jc w:val="left"/>
      </w:pPr>
      <w:r>
        <w:rPr>
          <w:rFonts w:ascii="Times New Roman" w:hAnsi="Times New Roman" w:eastAsia="Times New Roman" w:cs="Times New Roman"/>
        </w:rPr>
        <w:t>Wakin runakunaqa reparanqaku imapas pasashasqanta, ichaqa chayqa manchakuyllataqmi paykunata apamunqa.</w:t>
      </w:r>
    </w:p>
    <w:p>
      <w:pPr>
        <w:pStyle w:val="ArticleScripture"/>
        <w:jc w:val="left"/>
      </w:pPr>
      <w:r>
        <w:rPr>
          <w:rFonts w:ascii="Times New Roman" w:hAnsi="Times New Roman" w:eastAsia="Times New Roman" w:cs="Times New Roman"/>
        </w:rPr>
        <w:t>“Iglesiakunapiqa kanqa Diospa atiyninpa musphay rikuriy; ichaqa manam llamk’anqachu chaykunapi, pikunachus mana Señorpa ñawpaqenpi pisi kayman churakuspa, sonqonkupa punkunta kicharirqankuchu huchankuta willakuspa hinaspa wanakuspankuwan. Chay atiyninpa rikuripi, mayqinchus kay pachata Diospa k’anchayninwan qhantichin, paykunaqa ñawsa kayninkupi rikusqankumantaqa huk imallatam rikunqaku, chaytaqmi paykuna yuyanku manchaypaq kasqanta; huk imataqmi manchakuyninkuta hatarichinqa, hinaspan kallpachakusqaku chayta hark’anankupaq. Imaraykuchus Señorqa mana suyasqankuman nitaq allin yuyayninkuman hina llamk’anchu, chayraykun llamk’ayninta sayachinqaku. “¿Imanasqataq,” nispa rimanku, “manam Diospa Espiritunta reqsiyta atisunmanchu, mayña achka watakunataña kay llamk’aypi kasqanchikrayku?” Imaraykuchus mana kutichirqankuchu Diospa willakuyninkupa uyariypaq qayakuyninkuman nitaq mañakuyninkuman, aswanmi mana saqespa nirqanku: “Qhapaqmi kani, imaymanawan hunt’asqañam kani, manataq imatapas necesitarinichu.”” Maranatha, 219</w:t>
      </w:r>
    </w:p>
    <w:p>
      <w:pPr>
        <w:pStyle w:val="ArticleScripture"/>
        <w:jc w:val="left"/>
      </w:pPr>
      <w:r>
        <w:rPr>
          <w:rFonts w:ascii="Times New Roman" w:hAnsi="Times New Roman" w:eastAsia="Times New Roman" w:cs="Times New Roman"/>
        </w:rPr>
        <w:t>“Askha runakunaqa achka tupuypi ñawpaq para nisqata mana chaskirqankuchu. Paykunaqa mana tarirqankuchu llapan allinkayninkunata Dios chhaynata paykunapaq wakichisqanta. Suyankun hinaspa pisi kaqta qhepa para nisqan hunt’achinqa nispa. Qhapaq-aswan askha graciata qosqa kanqa chay pachaqa, sonqonkuta kicharispa chaskinankupaq yuyaychakunku. Manchay hatun pantayta rurashanku. Diospa runapa sonqonpi qallarisqan ruwana, k’anchayninta yachaynintawan qospa, sapa kuti ñawpaqman purinanta munan. Sapa sapa runaqa kikinpa necesitadninta reparakunam. Sonqoqa llapan qhelliymanta ch’usaqyachisqa kanan, ch’uyanchasqa kananpas Espíritupa ukhupi tiyakunanpaq. Huchata willakuspa saqespa, ch’amaq mañakuyniyoq kaspa, kikinkuta Diosman sapaqchaspa, ñawpaq discípulokunaqa wakichikurqanku Espíritu Santopa pampachakuy hina urmayninta Pentecostés p’unchaypi chaskinankupaq. Kunanqa chay kikin ruwana, ichaqa aswan hatun tupupi, rurasqa kanan. Chaypachaqa runa yanapaqqa bendicionta mañakuyllawan karqa, Señorpa paymanta ruwana hunt’achinanta suyayllawan. Diosmi ruwana qallariq karqa, paymi ruwanan tukuchinqa, runata Jesucristo pi hunt’asqa tukuchispa. Ichaqa manam saqesqa kananchu ñawpaq parawan rikuchisqa graciataqa. K’anchay chaskisqankuman hina kawsakunaqllam aswan hatun k’anchayta chaskinqaku. Sapa punchaw mana ñawpaqman rispa cristiano allin ruwaykunata kallpachasqa rikuchisunchik chayqa, manam reqsisunchikchu Espíritu Santopa rikurichikuyninkunata qhepa para pi. Ichapas ñoqanchikpa muyuriqninchik sonqokunaman urmaykuchkanña, ichaqa manam reqsisunchikchu nitaq chaskisunchikchu.” Testimonies to Ministers, 506, 507.</w:t>
      </w:r>
    </w:p>
    <w:p>
      <w:pPr>
        <w:pStyle w:val="ArticleBody"/>
        <w:jc w:val="left"/>
      </w:pPr>
      <w:r>
        <w:rPr>
          <w:rFonts w:ascii="Times New Roman" w:hAnsi="Times New Roman" w:eastAsia="Times New Roman" w:cs="Times New Roman"/>
        </w:rPr>
        <w:t>Chaypi paymi rikuchin huk pacha kasqanta maypicha “sumaq aswan qhapaq gracia qispichisqa qusqasqa kanqa”, chayhinaqa reqsichin qhipa para mana tupuyniyuqta ichakusqanta. Chay chiqaqwan tinkuchispa, paymi reqsichin llapaqta mana, aswanqa khuyay k’anchayninkuman hina causaqkuna sapallankuta aswan hatun k’anchayta chaskinqaku. Chay kamachiypi sut’inmi kachkan k’anchayqa (mayqencha kunan chiqaq kachkan chayqa) pisi-pisimanta wiñarispa yapakun. Qhipa simipi paymi reqsichin huk pacha kasqanta maypicha qhipa para urmashanña, wakinkunaqa chayta reqsispanku chaskishanku, wakinkunataq mana. Sichus mana reqsinkichu willakuyta, mayqencha qhipa para kachkan chayta, mana chaskinkichu.</w:t>
      </w:r>
    </w:p>
    <w:p>
      <w:pPr>
        <w:pStyle w:val="ArticleScripture"/>
        <w:jc w:val="left"/>
      </w:pPr>
      <w:r>
        <w:rPr>
          <w:rFonts w:ascii="Times New Roman" w:hAnsi="Times New Roman" w:eastAsia="Times New Roman" w:cs="Times New Roman"/>
        </w:rPr>
        <w:t>“Manam ama suyananchikchu qhipa tamyata suyanapaq. Chayqa hamunqa llapan paykuna pataman, khuyapayakuq kachkanchikman urmamuchkan ch’iqchita hinallataq parachakunata hina urmamuchkaq graciapa sumaq q’umir ninnaqta reqsispa chaskiqkunaman. Noqanchikqa achkiypa p’akikuna huñuspa, Diospa mana pantay atina khuyakuyninkunata chaninchaspa, paymi munan paypi confiarusunanchikta, chayqa sapa promesaqa hunt’akunqa. [Isaías 61:11 nisqa qillqasqa.] Tukuy kay pachaqa Diospa gloriawan hunt’a kananmi.” The Seventh-day Adventist Bible Commentary, volumen 7, 984.</w:t>
      </w:r>
    </w:p>
    <w:p>
      <w:pPr>
        <w:pStyle w:val="ArticleBody"/>
        <w:jc w:val="left"/>
      </w:pPr>
      <w:r>
        <w:rPr>
          <w:rFonts w:ascii="Times New Roman" w:hAnsi="Times New Roman" w:eastAsia="Times New Roman" w:cs="Times New Roman"/>
        </w:rPr>
        <w:t>Phiñasqa nacionkuna hark’asqa kaq p’unchaypi, qhepa paraqa “tupusqa” kayta qallarin. “Aswan qhapaq achka kay graciata qowasqa kanqa” nisqaqa reqsichin ima p’unchaychus qhepa para mana tupuyuqta qicharimusqa kachkan chayta.</w:t>
      </w:r>
    </w:p>
    <w:p>
      <w:pPr>
        <w:pStyle w:val="ArticleBody"/>
        <w:jc w:val="left"/>
      </w:pPr>
      <w:r>
        <w:rPr>
          <w:rFonts w:ascii="Times New Roman" w:hAnsi="Times New Roman" w:eastAsia="Times New Roman" w:cs="Times New Roman"/>
        </w:rPr>
        <w:t>Llakikunakuna piñakusqankumanta pacha, ichaqa hark’asqa kachkaptinku, qhipa paraqa urayta qallarin, ichaqa “tupusqa” kachkan, imaraykuchus chay p’unchawpi iglesiaqa trigowan khituwan chakrusqa kachkan. Chay paraqa trigotapas khitutapas puqusqankama apan, hinaspa qhipa paraqa kunan pacha cheqaq willakuymi, mayqintaq reqsispa chaskisqa, mana chayqa mana chaskisqa. Kay llapa profetakuna yuyaykunaqa Qelqasqa Simipi sut’inchasqa rikuchisqa kanku. Septiembre 11, 2001 p’unchawpi, qhipa paraqa “ch’iqchiyta” qallarin, hinaspa aswan-aswan kallpachakuspa wiñan, Chawpi Tuta Qapariy willakuy chayamuqkama, yachaq virginkuna hinaspa mana yachaq virginkuna wiñaypaq rakisqa kanankukama.</w:t>
      </w:r>
    </w:p>
    <w:p>
      <w:pPr>
        <w:pStyle w:val="ArticleBody"/>
        <w:jc w:val="left"/>
      </w:pPr>
      <w:r>
        <w:rPr>
          <w:rFonts w:ascii="Times New Roman" w:hAnsi="Times New Roman" w:eastAsia="Times New Roman" w:cs="Times New Roman"/>
        </w:rPr>
        <w:t>Yachaysapa runakunaqa chaymantaraqmi huq unancha hina hoqarisqa kanku, Diospa huk qhatun uywankunata Babiloniamanta waqyamuspa lluqsichinankupaq; hinaspataq qhipa paraqa tupuy mana kaqta qespichisqa hina urmamun, chay urmaytaq Michael sayariykama, runakunapa kamachisqa pacha wichq’aykama, mana tukukuqta hinalla qatiqllamun.</w:t>
      </w:r>
    </w:p>
    <w:p>
      <w:pPr>
        <w:pStyle w:val="ArticleScripture"/>
        <w:jc w:val="left"/>
      </w:pPr>
      <w:r>
        <w:rPr>
          <w:rFonts w:ascii="Times New Roman" w:hAnsi="Times New Roman" w:eastAsia="Times New Roman" w:cs="Times New Roman"/>
        </w:rPr>
        <w:t>“Rikurqani chay tawa angelkunaqa tawa wayrakunata hark’anqaku Jesúspa llaqtaq wasinpi llamk’asqan tukukunankama; chaymantaq qhepaman hamunqaku qanchis qhipa ñak’ariykunapas.” Early Writings, 36.</w:t>
      </w:r>
    </w:p>
    <w:p>
      <w:pPr>
        <w:pStyle w:val="ArticleBody"/>
        <w:jc w:val="left"/>
      </w:pPr>
      <w:r>
        <w:rPr>
          <w:rFonts w:ascii="Times New Roman" w:hAnsi="Times New Roman" w:eastAsia="Times New Roman" w:cs="Times New Roman"/>
        </w:rPr>
        <w:t>Tawaq punchawkunata hap’iyqa, Diospa allin kamachiyninta rikuchin, paypa saqesqan qhepaman mast’ariq juicioykunata qhipachispa, qhipa p’unchaykunapi pasananpaq. Tawaq angelkunaqa tawaq wayrakunata hap’inku pachak tawaq chunka tawaq waranqa t’aqasqakuna sellakusqan pacha, ichaqa chay pacha ukhupin “llakiywan junt’a espiritu, maqanakuywan yawar unu hich’aywan, chay espirituqa aswan yapamunqa.” Diospa wawankunamanta qhipa kaqpas sellasqa kachkanña chayqa, Micael sayarinqa, tawaq wayrakunapas llapan atiywan kacharinqaku, hinaspa Qanchis Qhipa Unquykunapas chayamunqaku.</w:t>
      </w:r>
    </w:p>
    <w:p>
      <w:pPr>
        <w:pStyle w:val="ArticleBody"/>
        <w:jc w:val="left"/>
      </w:pPr>
      <w:r>
        <w:rPr>
          <w:rFonts w:ascii="Times New Roman" w:hAnsi="Times New Roman" w:eastAsia="Times New Roman" w:cs="Times New Roman"/>
        </w:rPr>
        <w:t>Apocalipsis qillqapa chunka hukniyuq kapítulopi “hatun allpa kuyuypa hora” nisqapi, Daniel qillqapa isqunniyuq kapítulopi “sasachakuy p’unchawkunapi”, ñanpas perqapas tukuchisqa kashaqtinmi, chayqa “llaqtakuna phiñakunqaku” nisqa pacha kan. Chay pacha unay para qhepaman hamuqta “tupusqapi” urmachisqa kanqa. Isaías sut’inchan unay para qhepaman hamuq maypachachus tupusqa kasqanta, hinallataq chay pachata “inti lloqsimuq wayrapa p’unchawnin” nispa señalaykun. “Inti lloqsimuq wayrapa p’unchawnin”qa, septiembre 11, 2001 watapi karqan.</w:t>
      </w:r>
    </w:p>
    <w:p>
      <w:pPr>
        <w:pStyle w:val="ArticleBody"/>
        <w:jc w:val="left"/>
      </w:pPr>
      <w:r>
        <w:rPr>
          <w:rFonts w:ascii="Times New Roman" w:hAnsi="Times New Roman" w:eastAsia="Times New Roman" w:cs="Times New Roman"/>
        </w:rPr>
        <w:t>Qhipa qillqapi qhipa paraq “tupuy” nisqanta qhawarisunchikraqmi, ichaqa yuyarina kananmi, Millerpa musquyninpi kaq k’anchay rumi, Habacucpa ch’uya tablankunapi Islampa kimsa Ay nisqakunahinata rikuchisqa, qhipa p’unchaykunapi chunka kuti aswan lliphipinanta, ñawpaqta Miller huñusqan p’unchaykunamantaqa.</w:t>
      </w:r>
    </w:p>
    <w:p>
      <w:pPr>
        <w:pStyle w:val="ArticleScripture"/>
        <w:jc w:val="left"/>
      </w:pPr>
      <w:r>
        <w:rPr>
          <w:rFonts w:ascii="Times New Roman" w:hAnsi="Times New Roman" w:eastAsia="Times New Roman" w:cs="Times New Roman"/>
        </w:rPr>
        <w:t>“Huk kutipi, New York llaqtapi kashaspaymi, tuta pachapi qayasqa karqani, hanaq pacha kama huk pata hawan huk patawan wiñarispa sayaq wasikunata qhawarqani. Chay wasikuna ninamanta mana ruphay atisqa kasqankuta nispa qillqasqa karqanku, hinaspataq dueñonkuna builderninkunapas hatunchasqa kananpaq sayachisqa karqanku. Aswan hanaqman, aswanraq hanaqmanmi chay wasikuna sayarirqanku, paykunapipis ancha chanin kaq materialkuna llamk’achisqa karqanku. Chay wasikunaq runanman rikuchisqa kaqkunaqa manam kikinkumanta tapukuykurqankuchu: ‘Imayna ruwaspataq allinta Diosta hatunchasunman?’ Señorqa manam yuyayninkupi kasharqanchu.”</w:t>
      </w:r>
    </w:p>
    <w:p>
      <w:pPr>
        <w:pStyle w:val="ArticleScripture"/>
        <w:jc w:val="left"/>
      </w:pPr>
      <w:r>
        <w:rPr>
          <w:rFonts w:ascii="Times New Roman" w:hAnsi="Times New Roman" w:eastAsia="Times New Roman" w:cs="Times New Roman"/>
        </w:rPr>
        <w:t>Yuyarirqani: “¡Ay, kayhina kaqninkuwan qollqenkuta churashaqkunaqa Dios imayna qhawasqan hina puriyninkuta rikuyta atinman chayqa! Hatun allichasqa wasikunata huñunaykuchkanku, ichaqa kay pacha tukuypaq Kamachiqpa ñawpaqenpi ancha mana yuyaysapaqmi paykunaq yuyayninkupas, rurasqankupas. Manam sonqonkupa, yuyayninkupa llapa kallpankuwan yachachkankuchu imaynatas Diosta hatunchayman chayananpaq. Kaytaqa ñanmi qhawariyninkumanta chinkachirqanku, runapa ñawpaq kaq ruwayninta.”</w:t>
      </w:r>
    </w:p>
    <w:p>
      <w:pPr>
        <w:pStyle w:val="ArticleScripture"/>
        <w:jc w:val="left"/>
      </w:pPr>
      <w:r>
        <w:rPr>
          <w:rFonts w:ascii="Times New Roman" w:hAnsi="Times New Roman" w:eastAsia="Times New Roman" w:cs="Times New Roman"/>
        </w:rPr>
        <w:t>Kay hatun wasi sayaqkuna hatarirqanku chayqa, dueñokunaqa kusikurqanku hatun munaq sonqowan, qollqeyoq kasqankuta kikinkuta kusichinankupaq hinaspa vecinokunapa envidianta hatarichinankupaq. Achka chay hina churakusqa qollqemantaqa tarisqa karqa sinchi mañakuywan, wakcha runakunata ñak’arichispa, ñit’ispa. Paykunaqa qonqarqanku hanaq pachapi sapa negocio rurasqankumanta cuentata waqaychasqanta; sapa mana chanin rantisqa-rantikuy, sapa llulla rurasqa, chaypi qillqasqa kashan. Hamushanmi tiempo, maypachachus runakuna llullakuyninkupi hinaspa hatun tukuyninkupi chayman chayanqaku mana Señor saqenqachu pasayta, hinaspa yachanqaku Jehovápa paciencia nisqampa huk límite kasqanta.</w:t>
      </w:r>
    </w:p>
    <w:p>
      <w:pPr>
        <w:pStyle w:val="ArticleScripture"/>
        <w:jc w:val="left"/>
      </w:pPr>
      <w:r>
        <w:rPr>
          <w:rFonts w:ascii="Times New Roman" w:hAnsi="Times New Roman" w:eastAsia="Times New Roman" w:cs="Times New Roman"/>
        </w:rPr>
        <w:t>“Qhipaman ñawpaqeypi rikurisqa qhawayqa ninapa manchakuynin karqan. Qharikunaqa hatun, hanaqman sayasqa, ninamanta waqaychasqa kasqanta yuyasqa wasi-kunata qhawarispa nirqanku: ‘Lliwpuni allin waqaychasqa kanku’ nispa. Ichaqa chay wasikunaqa breamanta rurasqa hina tukuspa rupharqanku. Nina wañuchiq makinakunaqa manam imatapas atirqankuchu chay chinkachiyta hark’ayta. Ninata wañuchiq runakunaqa manam chay makinakunata purichiyta atirqankuchu.”</w:t>
      </w:r>
    </w:p>
    <w:p>
      <w:pPr>
        <w:pStyle w:val="ArticleScripture"/>
        <w:jc w:val="left"/>
      </w:pPr>
      <w:r>
        <w:rPr>
          <w:rFonts w:ascii="Times New Roman" w:hAnsi="Times New Roman" w:eastAsia="Times New Roman" w:cs="Times New Roman"/>
        </w:rPr>
        <w:t>“Yachachisqa kani Señorpa pacha chayamunqanpi, maychus mana ima tikraypas kasqa kanmanchu hatun tukusqa, munayniyoq runakunapa sonqonkupi, qharikuna tariykunku salvaypaq kallpasapa karqa chay makin, chinkachinapaqpas kallpasapa kananta. Mana ima kay pachapi atiyniyoq kallpapas Diospa makinta hark’ayta atinchu. Mana ima materialpas usasqachu wasi sayachiypi, Diospa churakusqan pacha chayamunqanpi chinkachiyta hark’ananpaq, payqa runakunaman kutichiyta kachamunqaraq His law mana yupaychasqankumanta hinallataq kikinkupa munayman hina hatunyay munasqankumanta.” Testimonies, volumen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Chunka Tawañiqin</dc:title>
  <dc:subject>Sut’inchay Profecíata kicharisqa: 11 septiembre 2001 watata t’inkichispa Sellasqa Tiempo-man, Qhipa Para-man, hinaspa Cristopa Qhipa Ruwananman</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