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qillqanmanta libro — Soqta chunka suqniyuqnin</w:t>
      </w:r>
    </w:p>
    <w:p>
      <w:pPr>
        <w:pStyle w:val="ArticleSubtitle"/>
        <w:jc w:val="left"/>
      </w:pPr>
      <w:r>
        <w:rPr>
          <w:rFonts w:ascii="Arial" w:hAnsi="Arial" w:eastAsia="Arial" w:cs="Arial"/>
        </w:rPr>
        <w:t>Sut’inakuy: Profétik Sínfoniata Qichariynin, Sellakuy Pacha, Qhipa Para, hinaspa Babiloniamanta Lloqsiypaq Qayakuy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Times New Roman" w:hAnsi="Times New Roman" w:eastAsia="Times New Roman" w:cs="Times New Roman"/>
        </w:rPr>
        <w:t>Ñawpaq qillqapi yuyarisqanchik pasajepi nirqan: Apocalipsis pusaq chunka pusaqniyuq kapitulopi “Santo Espiritupa hatun hich’aykusqanqa” “mana hamunqachu, k’anchasqa llaqtayuq kananchikkama, mayqinchikchus experiencia-manta yachan imayna Dioswan kuska llamk’aq kay ninan kasqanta.” Ichaqa promesaqa kaymi: maypachachus “Cristopa servicionman hunt’asqa, tukuy sonqowan qopukuyniyuq kasun, chayta Dios riqsinqa Espiritunta mana tupuy atisqa hich’aykusqanwan.” “Hatun hich’aykusqapa” reqsisqa kayninqa aswan pisi hich’aykuy kasqanta yuyachin (huk tupusqa hich’aykuyta).</w:t>
      </w:r>
    </w:p>
    <w:p>
      <w:pPr>
        <w:pStyle w:val="ArticleBody"/>
        <w:jc w:val="left"/>
      </w:pPr>
      <w:r>
        <w:rPr>
          <w:rFonts w:ascii="Times New Roman" w:hAnsi="Times New Roman" w:eastAsia="Times New Roman" w:cs="Times New Roman"/>
        </w:rPr>
        <w:t>2001 watay 11 p’unchawpi, Apocalipsis chunka pusaqniyoqmanta atiyniyoq angil uraykamurqa, ichaqa “iglesiamanta aswan hatun rak’iqa” chay hina karqanku, kunankama hinallataq “manan Dioswan kuska llamk’aqkunañachu.” 2001 watay 11 p’unchawmanta pacha, Dios riqsichinankama maypachachus qhepaman huk huñu tarikunña “Cristopa servicionman llapa, tukuy sunquwan t’aqakuyta” chayman chayaptinku, qhepa paraqa “tupusqa” kachkan, kawsakqakunapa juicioqa pasan, hinaspa juicioqa Diospa wasinwan qallarin.</w:t>
      </w:r>
    </w:p>
    <w:p>
      <w:pPr>
        <w:pStyle w:val="ArticleBody"/>
        <w:jc w:val="left"/>
      </w:pPr>
      <w:r>
        <w:rPr>
          <w:rFonts w:ascii="Times New Roman" w:hAnsi="Times New Roman" w:eastAsia="Times New Roman" w:cs="Times New Roman"/>
        </w:rPr>
        <w:t>Apocalipsis chunka pusaqniyuq capítulopi iskay rimaykunata reqsichin, Sister White-taq willawasqanchikman hina, chaykunaqa iglesiakunaman iskay waqyakuymi kanku. Iskay kaq rimayqa (waqyakuynin), Babiloniamanta lluqsiy waqyakuymi, qaylla hamuq domingo kamachiypi pasaq. Ñawpaq kaq rimayqa chayamurqa 11 septiembre 2001 p’unchaypi. Chaymanta qallarisqa Santo Espíritu paqarichisqanqa “tupusqa” karqa, imaraykuchus Cristoqa ñawpaqta pichayta munarqa chay runakunata, paykunaman qhepaman Santo Espírituta “mana tupuy atina hinata” viñanampaq, hatun allpa kuyuy horapi paykunata huk unancha hina oqarispa. Chay huñuqa pichasqa kanan karqa Apocalipsis chunka pusaqniyuqpa iskay kaq rimaynin waqyamunanpaq ñawpaqta, imaraykuchus paykunaqa chay willakuyta willakuqkuna kananpaqmi.</w:t>
      </w:r>
    </w:p>
    <w:p>
      <w:pPr>
        <w:pStyle w:val="ArticleBody"/>
        <w:jc w:val="left"/>
      </w:pPr>
      <w:r>
        <w:rPr>
          <w:rFonts w:ascii="Times New Roman" w:hAnsi="Times New Roman" w:eastAsia="Times New Roman" w:cs="Times New Roman"/>
        </w:rPr>
        <w:t>1844 watapi pawqar killapi ñawpaq llakikuypi, protestantekuna apostatakusqa protestantekuna tukurqanku, hinaspa chaypi chiqaq kasqankuta tarirqanku, suyay unay p’unchawkunapi kashaqkunaqa, ñawpaqta mana Diospa llaqtan karqankuchu nisqa runakunamanta templota rikch’achiqkuna karqanku. 2001 watapi, septiembre killapa 11 p’unchawninpi, Apocalipsis chunka pusaqniyoq hatun angel uraykamurqan, hinaspa Diospa qhepa p’unchawkunapa templonta pichayta hinaspa sayarichiyta qallariynin qallarikurqan, chayqa Laodicea Adventismota pruebaywan qallarikurqan. 2020 watapi, julio killapa 18 p’unchawninpi, pruebaypa rurayninpa iskay ñiqin takya qallarikurqan. Cristopa bautizakuyninpi, ñawpaq Israelmanta t’aqaypa ruraynin qallarikurqan, imaraykuchus Cristo chaypacha ñawpaq discipulonkuna akllarqan, paykunataq chay historiapi pay sayarichisqan cristiano templopa cimienton karqanku.</w:t>
      </w:r>
    </w:p>
    <w:p>
      <w:pPr>
        <w:pStyle w:val="ArticleBody"/>
        <w:jc w:val="left"/>
      </w:pPr>
      <w:r>
        <w:rPr>
          <w:rFonts w:ascii="Times New Roman" w:hAnsi="Times New Roman" w:eastAsia="Times New Roman" w:cs="Times New Roman"/>
        </w:rPr>
        <w:t>Kimsa wata killanta kuskan watayuq ministerionpa qallariyninpi, Cristoqa templota picharqan, chaytan “Taytanpa wasin” nispa reqsichirqan; hinaspataq ministerionpa tukukuyninpi, templota iskay kaq, qhipa pichayta rurashqanmantaraq, kay rimayninta willarqan: “wasiykichisqa ch’usaqta saqisqa kachkan qankunaman.” Ñawpaq kaq pactopi llaqtaqa saqesqa karqan, musuq pactonpi llaqtantaq “Templon” hina sayachisqa karqan. Domingo kamachiypi, Qanchis kaq p’unchay Adventista iglesiapa corporativo estructuranqa ch’usaqmi kanqa.</w:t>
      </w:r>
    </w:p>
    <w:p>
      <w:pPr>
        <w:pStyle w:val="ArticleScripture"/>
        <w:jc w:val="left"/>
      </w:pPr>
      <w:r>
        <w:rPr>
          <w:rFonts w:ascii="Times New Roman" w:hAnsi="Times New Roman" w:eastAsia="Times New Roman" w:cs="Times New Roman"/>
        </w:rPr>
        <w:t>“Profetaqa nin: ‘Huk angel huktaqta rikarqani hanaq pachamanta uraykamusqanta, ancha hatun atiyniyuqta; kay pachataq k’anchariykusqa karqa paypa hatun k’anchayninwan. Hinaspan sinchi kallpawan hatun qapariyniyuqta qaparirqa, nispan: Babilonia hatunqa urmaqmi, urmaqmi, supaykunapa tiyananman tukusqañam’ (Apocalipsis 18:1, 2). Kayqa iskay kaq angel qosqan kikin willakuymi. Babiloniaqa urmaqmi, ‘llapa nacionkunata qharisqan phiñasqan fornicacionninpa vinonta upyachisqanrayku’ (Apocalipsis 14:8). ¿Imataq chay vinoqa?—Llulla yachachikuyninkunam. Payqa kay pachaman qosqa huk llulla sábadota, tawa kaq kamachikuypa Sábadonninpa rantinpi, hinaspataq kutichisqa chay llullakuyta Satanás ñawpaqta Eva-man Edénpi nisqanta—alma-pa kikinmanta mana wañuq kayninta. Achka aylluyuq pantasqa yachachikuykunatapas mast’arqan karu-karuman, ‘runakunapa kamachikuyninkunata yachachiykunarayaq yachachispa’ (Mateo 15:9).”</w:t>
      </w:r>
    </w:p>
    <w:p>
      <w:pPr>
        <w:pStyle w:val="ArticleScripture"/>
        <w:jc w:val="left"/>
      </w:pPr>
      <w:r>
        <w:rPr>
          <w:rFonts w:ascii="Times New Roman" w:hAnsi="Times New Roman" w:eastAsia="Times New Roman" w:cs="Times New Roman"/>
        </w:rPr>
        <w:t>“Jesús llaqta runakunapa ñawpaqman willakuy llamk’ayninta qallarispa, Templota ch’uyanchasqa sacrilegio profanaciónninmanta. Hinallataq, paypa llamk’ayninpa qhipa ruwaykunamanta huknin karqa Templopa iskay kaq ch’uyanchay. Chay hinaqa, kay pachata waqyaspa willanay qhipa llamk’aypi, iglesiakunaman iskay sapa qayaykuna ruwasqa kanku. Iskay kaq angelpa willakuyninqa kaymi: ‘Babilonia urmasqa, urmasqa, chay hatun llaqtam, llapa nacionkunata waqllikuyninpa phiñakuynin vinonta upyachisqanrayku’ (Revelación 14:8). Hinaspataq kimsa kaq angelpa willakuyninpa sinchi qapariyninpi, hanaq pachamanta huk kunka uyarisqa nin: ‘Lloqsiychis paymanta, noqapa runaykuna, ama huchankunapi rakinakunaykichispaq, amataq onqoy castigonkuna chaskinaykichispaq. Huchankunam hanaq pachakama chayasqa, Diosñataq mana allin ruwayninkunata yuyarirqan’ (Revelación 18:4, 5).” Review and Herald, diciembre 6, 1892.</w:t>
      </w:r>
    </w:p>
    <w:p>
      <w:pPr>
        <w:pStyle w:val="ArticleBody"/>
        <w:jc w:val="left"/>
      </w:pPr>
      <w:r>
        <w:rPr>
          <w:rFonts w:ascii="Times New Roman" w:hAnsi="Times New Roman" w:eastAsia="Times New Roman" w:cs="Times New Roman"/>
        </w:rPr>
        <w:t>Ñawpaq templota pichayqa Apocalipsis chunka pusaqniyuq qhapaqpa ñawpaq siminwan tupakuyta ruwan, iskay kaq simitaq Diospa huk ovejankunata Babiloniamanta lluqsiyta waqyaspa willakun loud cry nisqawanmi. Hukmanta kimsa kaq versículokamaqa hunt’asqa karqan Nueva York llaqtapa hatun wasinkuna urmachisqa kaptin. Chayqa karqan 11 septiembre 2001 watapi, chaypi ñawpaq templota pichay, icha iglesiakunaman iskay waqyaykunamanta ñawpaq kaq, rurasqa karqan. Ñawpaq waqyayqa qallarikurqan Cristopa bautismonpi, Hanaq pachaqmantam Espíritu Santo uraykamurqan, chaymantataq unay Israelpaq pruebam qallarikurqan. 11 agosto 1840 watapi, ñawpaq templota pichay, icha iglesiakunaman iskay waqyaykunamanta ñawpaq kaq, Millerita kuyuy-man rurasqa karqan.</w:t>
      </w:r>
    </w:p>
    <w:p>
      <w:pPr>
        <w:pStyle w:val="ArticleBody"/>
        <w:jc w:val="left"/>
      </w:pPr>
      <w:r>
        <w:rPr>
          <w:rFonts w:ascii="Times New Roman" w:hAnsi="Times New Roman" w:eastAsia="Times New Roman" w:cs="Times New Roman"/>
        </w:rPr>
        <w:t>Chay p'unchaykunapi, qhipa para hinallataq pachak tawa chunka tawa waranqa runakuna sellasqa kaynin qallarikurqan, Tapuykuy Taripaypa qhipa rikch'aykunawan kuska. Chay qhipa rikch'aykunapiqa Cristopa llamk'aynin rikuchisqa kachkan iñiqkunaq huchankunata huchakunapa libroymanta pichasqan hina, utaq cristianokuna kasqankuta rimakuqkunaq sutinkunata kawsay libroymanta pichasqan hina. Chay pachaqa qhipa paramanta ch'iqchisqa pacha kachkan, imaraykuchus Diosqa Santo Espirituta mana tupuy atina tupuyniyuqta churamunqa iglesia ch'uya kaptinlla. Inti p'unchaw kamachikuypiqa, Santo Espiritupa urmaykusqan mana tupuy atina tupuyniyuqmi kanqa.</w:t>
      </w:r>
    </w:p>
    <w:p>
      <w:pPr>
        <w:pStyle w:val="ArticleScripture"/>
        <w:jc w:val="left"/>
      </w:pPr>
      <w:r>
        <w:rPr>
          <w:rFonts w:ascii="Times New Roman" w:hAnsi="Times New Roman" w:eastAsia="Times New Roman" w:cs="Times New Roman"/>
        </w:rPr>
        <w:t>“¿Imatataq rurashankichik, wawqikuna, hatun alistakuy llamkaypi? Kay pachawan huñunakukuqkunaqa kay pacha moldeyta chaskinku, hinaspa alistakuchkanku bestiapa señalanpaq. Kikinkumanta mana atiniykuchu nispa kawsakkuqkuna, Diosta ñawpaqninpi uraykuchikukuqkuna, hinaspa cheqaq kayta kasukuspa almankuta chuyanchakuqkunaqa hanaq pacha moldeyta chaskinku, hinaspa urqunkupi Diospa sellonpaq alistakuchkanku. Kamachiy lluqsimuqtin, hinaspa unanchay churakusqañatin, paykunapa carácterninqa wiñaypaq chuya, mana ima qilluyoqpas qiparinqa.” Testimonies, volumen 5, 216.</w:t>
      </w:r>
    </w:p>
    <w:p>
      <w:pPr>
        <w:pStyle w:val="ArticleScripture"/>
        <w:jc w:val="left"/>
      </w:pPr>
      <w:r>
        <w:rPr>
          <w:rFonts w:ascii="Times New Roman" w:hAnsi="Times New Roman" w:eastAsia="Times New Roman" w:cs="Times New Roman"/>
        </w:rPr>
        <w:t>“Espíritu Santoq llaqanqa kaymi: huchamanta, chanin kaymanta, hinaspa taripanakuy-manta pacha kay pachata yuyayman churananpaq. Kay pachaqa sut’inchasqa kayta rikuspalla willasqa kayta jap’iyta atin: cheqaq kayta iñiqkunaqa cheqaq kaywan santu kayman t’aqasqa kasqankuta, hanaq hinaspa santu kamachikuykunaman hina purisqankuta, ancha alto hinaspa hatun yuyayniyuqta rikuchispa, Diospa kamachikuyninkunata waqaychaqkunawan, chakinwan saruchaqkunawan ima t’aqanakuy kasqanta sut’ita rikuchispa. Espírituq santuyachisqanmi reqsichin ima differencia kasqanta Diospa sellonta hap’iqkunawan, llulla samana p’unchayta waqaychaqkunawan. Pruebakuy chayamuchkaptinqa, sut’ita rikuchisqa kanqa ima kasqanta animalpa señalan. Chayqa domingo p’unchay waqaychaymi. Cheqaq kayta uyarispaña, kay p’unchayta santu hina qhawariyta qatikunallaraqkunaqa, huchayoq runapa firmanta apan, paymi tiempostawan kamachikuykunata tikrayta yuyarqan.” Bible Training School, December 1, 1903.</w:t>
      </w:r>
    </w:p>
    <w:p>
      <w:pPr>
        <w:pStyle w:val="ArticleBody"/>
        <w:jc w:val="left"/>
      </w:pPr>
      <w:r>
        <w:rPr>
          <w:rFonts w:ascii="Times New Roman" w:hAnsi="Times New Roman" w:eastAsia="Times New Roman" w:cs="Times New Roman"/>
        </w:rPr>
        <w:t>Isaías sut’inchan chay “inti lloqsimuq wayra p’unchayta”, chaymantaq kikinmi “sinchi wayra” nisqatan sut’inchan, chaytaq hark’asqa kachkan (sayachisqa), chay pachapi “tupuy” qallarin nispa.</w:t>
      </w:r>
    </w:p>
    <w:p>
      <w:pPr>
        <w:pStyle w:val="ArticleScripture"/>
        <w:jc w:val="left"/>
      </w:pPr>
      <w:r>
        <w:rPr>
          <w:rFonts w:ascii="Times New Roman" w:hAnsi="Times New Roman" w:eastAsia="Times New Roman" w:cs="Times New Roman"/>
        </w:rPr>
        <w:t>Tupuywanwanmi, wiñariqta qarimusqaykipi, paywan rimanakunki; inti lloqsimuq wayra p’unchawpi sinchi wayranta hark’an. Chayraykun Jacobpa huchan pampachasqa kanqa; kaymi llapan rurun huchanta chinkachinapaq: altar ruminkunata llapanta ñutu rumi hina pakisqa rurachiptin, sach’a wasikuna, ñak’aq rikch’akuyninkunapas manan sayanqachu. Ichaqa sinchi muyurisqa llaqtam chunyayasqa kanqa, tiyana wasipas saqisqa kanqa, ch’usaq purun hina qiparinqa: chaypin uwiha malta michinqa, chaypin sirinqa, ramankunatapas tukukuyninta mikunqa. Raqankuna ch’akiptinqa, p’akirisqa qichusqa kanqaku: warmikunan hamuspa nina jap’ichinqaku; mana yuyayniyuq llaqtam kanku: chayraykun paykunata kamaqqa manan kuyapayankachu, paykunata rurachiqpas manan allin sonqowan qhawarinqachu. Chay p’unchawpin Señorqa mayu paqcha puriyninmanta Egipto mayu patakama takaspa t’aqanqa, qankunataq hukmanta hukmanta huñusqa kankichik, Israelpa churinkuna. Chay p’unchawpin hatun waqrapas waqachisqa kanqa, Asiria hallp’api wañuy patapi kaqkuna, Egipto hallp’api qarqusqakuna hamunqaku, Jerusalén llaqtapi santu orqopi Señorta yupaychanqaku. Isaías 27:6–13.</w:t>
      </w:r>
    </w:p>
    <w:p>
      <w:pPr>
        <w:pStyle w:val="ArticleBody"/>
        <w:jc w:val="left"/>
      </w:pPr>
      <w:r>
        <w:rPr>
          <w:rFonts w:ascii="Times New Roman" w:hAnsi="Times New Roman" w:eastAsia="Times New Roman" w:cs="Times New Roman"/>
        </w:rPr>
        <w:t>“Wayra inti lloqsimanta hamuq” nisqaqa chay atiyninmi “Tarsispa barconkunata” sinkachiq, hinaspa Tiro llaqta qharmaq warmiman taripaynin apamuq. “Wayra inti lloqsimanta hamuq” nisqaqa chay atiyninmi reykunata mancharichiq. “Wayra inti lloqsimanta hamuq” nisqaqa Egiptoman “chhiriyachiq wañuchiq onqoyta” apamuqmi, chaymanta qanchis wata yarqay rikhurirqan; chaypim Josewan Faraonwan llapa pachata (Egipto-ta) watasqa kamachiyman churaykurqan, hinaspataq “wayra inti lloqsimanta hamuq” nisqaqa “ch’ukchukakunata” apamurqan, chaykunataq llapan imatapas mikhurqanku Egiptomanta qispichiypi. Islamqa “wayra inti lloqsimanta hamuq” nisqam.</w:t>
      </w:r>
    </w:p>
    <w:p>
      <w:pPr>
        <w:pStyle w:val="ArticleBody"/>
        <w:jc w:val="left"/>
      </w:pPr>
      <w:r>
        <w:rPr>
          <w:rFonts w:ascii="Times New Roman" w:hAnsi="Times New Roman" w:eastAsia="Times New Roman" w:cs="Times New Roman"/>
        </w:rPr>
        <w:t>Biblia profecíapi musuqyachiy kuyuykunan sut’inchanku sapa musuqyachiy kuyuyqa kikinpa sapalla temayuq kasqanta. Pachak tawa chunka tawa waranqa runakunapa musuqyachiy kuyup temanninqa Islammi. 11 ñiqin septiembre killapi, 2001 watapi, kimsa kaq Ay ayllupi Islamqa allpa animalta maqariq, hinaspa George W. Bush, “iskay kaq”, chaylla “inti lloqsimuq wayrata” hark’arqan. Chay ruwaypi, imaynan Panay White qillqarin hina, New York llaqtap hatun wasinkuna urmachisqa kaqtin, Apocalipsis chunka pusaqniyuq kapítulupi, hukmanta kimsa kama versículokuna hunt’asqa karqan. Chay kimsa versículokuna Apocalipsis chunka pusaqniyuq kapítulupi iskay rimaykunamanta ñawpaq kaqta rikuchinku. Iskay kaq rimayqa tawa kaq versículopi tarikun, hinaspa Babiloniamanta lluqsiy waqyakuyninta reqsichin, mayqinchus Estados Unidos llaqtapi domingo kamachiywan qallarin. Kimsa kaq Ay ayllupi Islamqa Apocalipsis qanchisniyuq kapítulupi tawa angelkunaq hark’asqanmi, chaykamataq pachak tawa chunka tawa waranqa runakuna sellasqa kachkaptin.</w:t>
      </w:r>
    </w:p>
    <w:p>
      <w:pPr>
        <w:pStyle w:val="ArticleScripture"/>
        <w:jc w:val="left"/>
      </w:pPr>
      <w:r>
        <w:rPr>
          <w:rFonts w:ascii="Times New Roman" w:hAnsi="Times New Roman" w:eastAsia="Times New Roman" w:cs="Times New Roman"/>
        </w:rPr>
        <w:t>“Tayta Diosqa celoso Diosmi, ichaqa kay wiñay p’unchaykunapi llaqtanpa huchankunata, pantasqankunata unayta much’uykuspa awantarin. Sichus Diospa llaqtan paypa yuyaychasqanta purichispa purinman karqan chayqa, Diospa llamk’ayninqa ñawpaqman purinman karqan, cheqaq kaypa willakuyninkunapas tukuy runakunaman apasqa kanman karqan, kay pacha tukuy uyanpi tiyaqkunaman. Sichus Diospa llaqtan paypi iñispa, paypa siminta ruraqkuna kaspa, kamachikuyninkunata waqaychankuman karqan chayqa, angelqa mana hanaq pacha chawpinpi phawarispa hamunmanchu karqan, chay willakuywan tawa angelkunaman, mayqenkunachus wayrakunata cacharimunankupaq karqanku, allpaman wayranankupaq, qaparispa: Hap’iy, hap’iy tawa wayrakunata, ama allpaman wayrachunraqchu, Diospa sirviqninakunata urkunkupi sellasqaykama. Ichaqa runakuna mana kasukuq, mana añaychaq, mana ch’uyanchasqa kasqankurayku, ñawpaq Israel hina, tiempopas astawan suniyachisqa kachkan, llapallan uyariy atinankupaq qhepa qhuyapayakuypa willakuyninta sinchi qapariywan willasqa. Taytapa llamk’ayninqa hark’asqa kashan, sellay p’unchaypas qhipachisqa kashan. Askha runakunaqa manaraqmi cheqaq kayta uyarirqankuchu. Ichaqa Taytaqa paykunaman huk kutita qonqa uyariypaq hinaspa tikrakunankupaq, hinaspa Diospa hatun llamk’ayninqa ñawpaqman purinqa.” Manuscript Releases, volumen 15, 292.</w:t>
      </w:r>
    </w:p>
    <w:p>
      <w:pPr>
        <w:pStyle w:val="ArticleBody"/>
        <w:jc w:val="left"/>
      </w:pPr>
      <w:r>
        <w:rPr>
          <w:rFonts w:ascii="Times New Roman" w:hAnsi="Times New Roman" w:eastAsia="Times New Roman" w:cs="Times New Roman"/>
        </w:rPr>
        <w:t>Kikinkunataq sellasqakunaqa domingo kamachiy ñawpaqta sellasqakanku, imaraykuchus kay pachaqa warnasqa kayta atinku, chayrayku Babiloniamanta waqyasqa lluqsiyta, qhawaspa qharikuna warmikunawan domingo kamachiy sasachakuy pachapi Diospa sellonwan. Pachak tawa chunka tawa waranqa runakunapa sellasqankuq qallariyninqa septiembre 11, 2001 p’unchaypi qallarin, ichaqa sellay pacha suyasqa qhiparirqan.</w:t>
      </w:r>
    </w:p>
    <w:p>
      <w:pPr>
        <w:pStyle w:val="ArticleBody"/>
        <w:jc w:val="left"/>
      </w:pPr>
      <w:r>
        <w:rPr>
          <w:rFonts w:ascii="Times New Roman" w:hAnsi="Times New Roman" w:eastAsia="Times New Roman" w:cs="Times New Roman"/>
        </w:rPr>
        <w:t>Llapa profetakuna qhipa miraymanmi rimashanku, kay pasajepis chiqapmi qhipa mirayman sut’ichasqa. Kay qhipa miraypi Diospa llaqtanqa mana “Paypa yuyaychasqanpi purirqanchu”, chayraykutaq sellakusqa pacha hark’asqa hinaspa unaychasqa karqa. Chayqa hark’asqa hinaspa unaychasqa karqa Uku mana tukukuq t’oqomanta bestiawan, Apocalipsis chunka hukniyuq kapitulumanta, iskay profetakunata wañuchiqwan. Chay bestiaqa Francia Revolución pacha ateismom karqa, hinaspapas rikch’akuyninmi karqa chay ateista kuyuyta, “woke-ism” nisqata haykuqkuna haykuqta, kunan pacha kay pachawan tupachiqta, Future for America kuyuyman; chaymantataq Future for Americaqa Diospa yuyaychasqanpi puriyta saqirparqa, hinaspa saqerqa chaykunapa kallpachayninta yaykunanpaq, paykuna kunan pacha homosexual agenda ninkuta wiñachiqkunaq, wakinkunawan kuska pacha churayta wiñachiqkunaq, sellakusqa pachata hark’anankupaq.</w:t>
      </w:r>
    </w:p>
    <w:p>
      <w:pPr>
        <w:pStyle w:val="ArticleScripture"/>
        <w:jc w:val="left"/>
      </w:pPr>
      <w:r>
        <w:rPr>
          <w:rFonts w:ascii="Times New Roman" w:hAnsi="Times New Roman" w:eastAsia="Times New Roman" w:cs="Times New Roman"/>
        </w:rPr>
        <w:t>“Achka imapas ñoqaman revelasqa kasqa, yuyaynayman ñit’ispa hamun, chayta imayna rimarinayta mana allinta yachanichu. Ichaqa upallayta manam atichu. Señorqa piñakusqanmi runakunawan, paykuna kikinkuta hatarichispa huk runamasinkunata kamachinankupaq, hinaspa Santo Espíritu huchachakusqan yuyaykuna rurayta munasqankumanta. Qankunapa mana reqsisqaykichikmanta, Diosqa kay runakunata mana churarisqanmanta, nisqayta rimay atisqaymanta aswanmi admirakuni. Kay musuq allñiq kayninqa mancharichisunaykichik karqan, imaraykuchus hanaq pachapa mana qollqesqanmi karqan.”</w:t>
      </w:r>
    </w:p>
    <w:p>
      <w:pPr>
        <w:pStyle w:val="ArticleScripture"/>
        <w:jc w:val="left"/>
      </w:pPr>
      <w:r>
        <w:rPr>
          <w:rFonts w:ascii="Times New Roman" w:hAnsi="Times New Roman" w:eastAsia="Times New Roman" w:cs="Times New Roman"/>
        </w:rPr>
        <w:t>“Runa sunquqa manam Diospa rurayninman apananpaqchu kikinpa q'añuchisqa, waqllachiq kamachikuyninkunata. Manam imaynamantaq pakasqa kananpaqchu ñawpaqchasqanchik iñiyninchikpa kamachikuyninkuna. Kinsa kaq angelpa willakuyninqa Diospa llaqtanraykum waqyasqa kanan. Chayqa kallpachakuspa hatun qapariymanmi wiñanan. Señorqa huk p'unchayta churapusqanmi maypachachus rurayta tukuchinqa; ichaqa, ¿hayk'aqtaq chay p'unchayqa? Kay qhipa p'unchaykunapaq willakunan chiqaq kayqa llapa suyukunaman huk testigohina lluqsispa rinqa chaymantaq tukukuyqa hamunqa. Supaypa atiynin atispa Diospa templonman haykuyta, hinallataq munasqanman hina imakunata purichiyta atinqa chayqa, wakichikuy pacha aswan unaychasqa kanqa.”</w:t>
      </w:r>
    </w:p>
    <w:p>
      <w:pPr>
        <w:pStyle w:val="ArticleScripture"/>
        <w:jc w:val="left"/>
      </w:pPr>
      <w:r>
        <w:rPr>
          <w:rFonts w:ascii="Times New Roman" w:hAnsi="Times New Roman" w:eastAsia="Times New Roman" w:cs="Times New Roman"/>
        </w:rPr>
        <w:t>“Kaqa kashan pakasqa yachay, imaynam kuyuykuna rurakusqankuta Diospa kachamusqan runakunata awqanankupaq, paykunaqa kachamurqanku huk willakuyta bendiciónmanta Diospa llaqtanpaq. Kay runakunaqa cheqaqtapuni cheqnikusqa karqanku. Kay runakunapas, Diospa willakuyninpas pisipasqa karqanku, imaynan cheqaqtapuni Cristo kikinqa cheqnisqa hañusqa karqa ñawpaq hamuyninpi. Kamachiyniyuq chiqankunapi kaq runakunaqa rikuchirqanku kikin atributos nisqakunata Satanás rikuchisqanta. Yuyaykunata kamachiyta maskarqanku, paykunapa razon-ninkuta, talentonkunatapas runapa kamachiynin urapi churayta. Kallarirqan Diospa sirviqnin runakunata churayta runakunapa munaynin urapi, paykuna mana Diospa yachayninwan, nitaj Diospa yuyayninwan qispichisqa kasqankurayku, nitaq Santo Espíritupa pusakuynin urapi kawsasqan experiencianyuq kasqankurayku. Nacerqanku principios nisqakuna, mayqenkunapas mana hayk’aqpas p’unchawpa k’anchayninta rikunaypaq kasqachu karqan. Chay mana allin wawaqa ñit’isqa kanan karqan hinallataq, ñawpaq kausay samayninta samarisqan ratollapi. Tukukuq runakunaqa maqanakurqanku Diospa contranpi, cheqaq kaypa contranpi, Señorpa akllasqan kachaqninkunapa contranpipas, llapan atisqankuman hina paykunata hark’aspanku, llapan ima ruraykunawan atikuyta munasqankuman hina. Ama hina kaspa, allinta yuyaychaychis imayna allin kay, imayna kallpa hamurqan chay runakunapa yachayninmanta, wakichisqankunamantapas, Diospa willakuyninkunata pisichaqkunamanta; paykunaqa, escribaskuna hinataq fariseokuna hina, Diospa kikin apaykachisqan runakunata pisiparqanku, paykunawan k’anchaytawan cheqaq kaytawan rikuchinampaq, chaykuna Diospa llaqtanpaq necesitakusqan karqan.” The 1888 Materials, 1525.</w:t>
      </w:r>
    </w:p>
    <w:p>
      <w:pPr>
        <w:pStyle w:val="ArticleBody"/>
        <w:jc w:val="left"/>
      </w:pPr>
      <w:r>
        <w:rPr>
          <w:rFonts w:ascii="Times New Roman" w:hAnsi="Times New Roman" w:eastAsia="Times New Roman" w:cs="Times New Roman"/>
        </w:rPr>
        <w:t>Siyallank’akuy pacha, 11 septiembre 2001 p’unchawmanta qallarisqa, hark’asqa karqa, Satanaspa rantinankunaqa “Diospa ancha templonman” haykunankupaq saqisqa kasqankurayku. Kaypi qhawasqa kanan asuntoqa kaymi: 1798 watamanta 1844 watakama, Millerita templo hatarichisqa karqa, hinaspa 22 octubre 1844 p’unchawpi, pactopa kachaqninqa usqhaylla templonman hamurqa. Templopas ejercitopas papado rayku chunka iskay pachak soqta chunka watakuna saruch’asqa urmachisqa karqa, hinaspa papado wañuypaq hina k’irisqa ch’akiyta chaskiptinqa, Cristoqa Millerita templo hatarichiy llamk’ayta qallariq, hinaspa templopa unanchanqa tawa chunka suqtayuq yupaymi, achka testigokunapi.</w:t>
      </w:r>
    </w:p>
    <w:p>
      <w:pPr>
        <w:pStyle w:val="ArticleBody"/>
        <w:jc w:val="left"/>
      </w:pPr>
      <w:r>
        <w:rPr>
          <w:rFonts w:ascii="Times New Roman" w:hAnsi="Times New Roman" w:eastAsia="Times New Roman" w:cs="Times New Roman"/>
        </w:rPr>
        <w:t>11 de agosto de 1840 p’unchaypi, Apocalipsis chunka kaqpa angelnin uraykamurqan, hinaspataq Protestantismopa juicioynin qallarikurqan. Chay historiataqa letra letra hinam yapamanta kutichisqa.</w:t>
      </w:r>
    </w:p>
    <w:p>
      <w:pPr>
        <w:pStyle w:val="ArticleBody"/>
        <w:jc w:val="left"/>
      </w:pPr>
      <w:r>
        <w:rPr>
          <w:rFonts w:ascii="Times New Roman" w:hAnsi="Times New Roman" w:eastAsia="Times New Roman" w:cs="Times New Roman"/>
        </w:rPr>
        <w:t>Qillqasqakunapiqa “inti lloqsimuymanta wayra”mi Tarshispa barcokunata hundichin, Tiro hatun llaqtatapas urmachin, hinaspapas reykunata chaymanta rantikuqkunatapas kimsa kuti qapariychin: “¡ay, ay!” nispa. Ichaqa Isaiaspa qhawarisqanchik pasajepiqa, “inti lloqsimuymanta wayra” p’unchayqa chay p’unchaymi Dios “sinchi wayranta hark’an” nisqan. Kay pasajepiqa “inti lloqsimuymanta wayra”qa hark’asqallam kachkan, mana kimsañiqin angelpa llamk’ayninta hark’ananpaqchu; chay llamk’ayqa qhipa para tiempopi hunt’akun. Kay pasajepiqa hark’asqa kachkan chay “inti lloqsimuymanta wayra”manta rimayqa qhipa parata reqsichin, kimsañiqin angelpa llamk’ayninta, hinaspa Babiloniapi Diospa wakin wawakunata huñuspa horqoynintapas. Chay tiempopi tawa angelkunaqa tawa wayrakunata hark’achkanku, pachak tawa chunka tawa waranqa runakunapa sellasqa kayninku tiempollapi.</w:t>
      </w:r>
    </w:p>
    <w:p>
      <w:pPr>
        <w:pStyle w:val="ArticleScripture"/>
        <w:jc w:val="left"/>
      </w:pPr>
      <w:r>
        <w:rPr>
          <w:rFonts w:ascii="Times New Roman" w:hAnsi="Times New Roman" w:eastAsia="Times New Roman" w:cs="Times New Roman"/>
        </w:rPr>
        <w:t>Chaykunamanta qhepanmanqa rikurqani tawa angelkuna kay pachapa tawa k’uchunkunapi sayashaqta, kay pachapa tawa wayrakunata hap’ishaqta, ama wayra wayrananpaq kay pachapi, ni lamar qochapi, ni ima sach’apipas. Hinaspa rikurqani huknin angelta inti lloqsimuy lawmanta wichariqta, kawsachiq Diospa sellonta apaqta; paymi sinchi qapariyninwan waqyarirqa chay tawa angelkunaman, pikunamanpas qosqa karqa kay pachatawan lamar qochatawan ñak’achinankupaq, nispa: Ama ñak’achiychischu kay pachata, ni lamar qochata, ni sach’akunata, ñawpaqtaqa Diosniykuq kamachinkunata urkunkupi sellasqaykukama. Apocalipsis 7:1–3.</w:t>
      </w:r>
    </w:p>
    <w:p>
      <w:pPr>
        <w:pStyle w:val="ArticleBody"/>
        <w:jc w:val="left"/>
      </w:pPr>
      <w:r>
        <w:rPr>
          <w:rFonts w:ascii="Times New Roman" w:hAnsi="Times New Roman" w:eastAsia="Times New Roman" w:cs="Times New Roman"/>
        </w:rPr>
        <w:t>“Inti wayra” hark’asqa kaynin, “phiñasqa nacionkuna” jap’isqa kaynin, hinaspa “tawa wayrakuna” hark’asqa kayninpas llapallan qhepa para tiempollapin pasakunku, imaraykuchus qhepa para tiempollapim Diospa sellon llaqtanman churakun. Tawa angelkunaq hark’asqan tawa wayrakunaqa Islam nisqamanta unanchan.</w:t>
      </w:r>
    </w:p>
    <w:p>
      <w:pPr>
        <w:pStyle w:val="ArticleScripture"/>
        <w:jc w:val="left"/>
      </w:pPr>
      <w:r>
        <w:rPr>
          <w:rFonts w:ascii="Times New Roman" w:hAnsi="Times New Roman" w:eastAsia="Times New Roman" w:cs="Times New Roman"/>
        </w:rPr>
        <w:t>“Angelkuna chay tawa wayrakunata hark’ashanku, piñakusqa kawayniyuq kawallu hinam rikuchisqa, p’itikuspa qispiyta munaspa, tukuy kay pachapa hawanman kallpaykuyta munan, ñannimpi chinkachiytawan wañuytawan apaspa.</w:t>
      </w:r>
    </w:p>
    <w:p>
      <w:pPr>
        <w:pStyle w:val="ArticleScripture"/>
        <w:jc w:val="left"/>
      </w:pPr>
      <w:r>
        <w:rPr>
          <w:rFonts w:ascii="Times New Roman" w:hAnsi="Times New Roman" w:eastAsia="Times New Roman" w:cs="Times New Roman"/>
        </w:rPr>
        <w:t>“¿Puñunk’achkanchikchu wiñay pacha kayman yaykunapaq k’uchupi? ¿Qañasaqchu, chiri sonqoyuqchu, wañusqa hinachu kasun? ¡Ay, imaynatachá iglesiankunapi Diospa Espiritunwan samayninwanpas runankunaman phukusqa kanman, chhaynataq chakinkunapi sayarispa kawsanankupaq! Rikunayku tiyan ñanqa k’askachkan, punkutaq llik’ichkan. Ichaqa chay llik’i punku nisqanta pasaspa, ancha kichasqa kayninqa mana tukukuyniyuqmi.” Manuscript Releases, volumen 20, 217.</w:t>
      </w:r>
    </w:p>
    <w:p>
      <w:pPr>
        <w:pStyle w:val="ArticleBody"/>
        <w:jc w:val="left"/>
      </w:pPr>
      <w:r>
        <w:rPr>
          <w:rFonts w:ascii="Times New Roman" w:hAnsi="Times New Roman" w:eastAsia="Times New Roman" w:cs="Times New Roman"/>
        </w:rPr>
        <w:t>Qatiq qelqaypi aswan astawan kay cheqaqkunata qhawarisun, imaraykuchus “kay reykunapa p’unchayninkunapi”, Biblia profecíapi pusaj kaq qhapaq suyuwan rikuchisqa, mayqinchus “qanchis kaq qhapaq suyukunamanta” kashan, chaypim Dios wiñaypaq qhapaq suyu sayarichin.</w:t>
      </w:r>
    </w:p>
    <w:p>
      <w:pPr>
        <w:pStyle w:val="ArticleScripture"/>
        <w:jc w:val="left"/>
      </w:pPr>
      <w:r>
        <w:rPr>
          <w:rFonts w:ascii="Times New Roman" w:hAnsi="Times New Roman" w:eastAsia="Times New Roman" w:cs="Times New Roman"/>
        </w:rPr>
        <w:t>Hinaspataq reykunakunapa p'unchayninkupi hanaq pachapa Diosnin hatun qhapaq suyu-ta sayarichinqa, mana hayk'aqpas thuñisqa kananpaq; chay qhapaq suyupas mana huk runakunaman saqesqa kanqachu, aswanqa llapallan chay reykunapa qhapaq suyunkunata ñut'urachinqa, tukuchinqa, paytaq wiñaypaqmi sayanqa. Imaraykuchus qam rikurqanki rumi urqumanta maki mana llamk'asqan lloqsisqa kasqanta, hinaspataq chay rumipas fierrota, bronceta, t'uruta, qolqeta, qoritapas ñut'urachisqanta; hatun Diosmi rey-man reqsichirqan qhipaman ima pasanan kasqanta: musquypas cheqaqmi, t'ikrasqanpas takyaqmi. Daniel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qillqanmanta libro — Soqta chunka suqniyuqnin</dc:title>
  <dc:subject>Sut’inakuy: Profétik Sínfoniata Qichariynin, Sellakuy Pacha, Qhipa Para, hinaspa Babiloniamanta Lloqsiypaq Qayakuy</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