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qanchisniyuq</w:t>
      </w:r>
    </w:p>
    <w:p>
      <w:pPr>
        <w:pStyle w:val="ArticleSubtitle"/>
        <w:jc w:val="left"/>
      </w:pPr>
      <w:r>
        <w:rPr>
          <w:rFonts w:ascii="Arial" w:hAnsi="Arial" w:eastAsia="Arial" w:cs="Arial"/>
        </w:rPr>
        <w:t>Willakuy qhawariykuna: Islam, 11 ñiqin septiembre 2001 watapi, hinallataq Inti lloqsimuynin wayra p’unchawpi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Kimsañiqi ay, Islamqa nisq’aqa, qhapaq willakuypi rikuchisqa p’unchayman chayamurqa 11 de septiembre de 2001 watapi, chaymanta chaylla hark’asqa karqa. Chay pacha qhipa paraqa uraykuyta qallararqa, ichaqa “medidasqa” karqa.</w:t>
      </w:r>
    </w:p>
    <w:p>
      <w:pPr>
        <w:pStyle w:val="ArticleScripture"/>
        <w:jc w:val="left"/>
      </w:pPr>
      <w:r>
        <w:rPr>
          <w:rFonts w:ascii="Times New Roman" w:hAnsi="Times New Roman" w:eastAsia="Times New Roman" w:cs="Times New Roman"/>
        </w:rPr>
        <w:t>Tupuywanman hina, wiñariqsiqtin, paywan rimarinqa; inti lloqsimuq wayra p’unchawpi sinchi wayranta hark’an. Chayrayku Jacobpa mana allin rurayninqa pampachasqa kanqa; huchanta qichunapaq llapan rurayninqa kaymi kanqa: altarpa llapan ruminkunata ñut’usqa isku rumikuna hina tukuchiptin, sach’a yupaychana cheqekuna, imahina rurasqa wakankunapas manan sayarinqachu. Ichaqa sinch’i llaqta ch’usaqyapunqa, tiyana wasipas saqesqa kanqa, ch’in pampahina saqesqa; chaypin wakacha michinqa, chaypin puñunqa, ramankunatapas tukurunqa. Ramasninkuna ch’akiptinqa, p’akichisqa kanqaku; warmikuna hamuspa ninawan rupachinqaku; mana yuyayniyuq runakuna kasqankurayku; chayrayku paqarichiqnin manan kuyapayinqachu, ruraqninpas manan allin sonqowan qhawarinqachu. Chay p’unchawpiqa, Señorqa mayumanta Egipto mayucha kama t’aqaytawan pallanqa, qankunataq sapa-sapallata huñusqa kankichik, Israelpa churinkuna. Chay p’unchawpiqa hatun waqrapas waqachisqa kanqa, Asiria suyupi wañuy patapi kaqkuna hamunqaku, Egipto suyupi qarqusqakunapas, hinaspan Jerusalén llaqtapi ch’uya urqupi Señor-ta yupaychanqaku. Isaías 27:6–13.</w:t>
      </w:r>
    </w:p>
    <w:p>
      <w:pPr>
        <w:pStyle w:val="ArticleBody"/>
        <w:jc w:val="left"/>
      </w:pPr>
      <w:r>
        <w:rPr>
          <w:rFonts w:ascii="Times New Roman" w:hAnsi="Times New Roman" w:eastAsia="Times New Roman" w:cs="Times New Roman"/>
        </w:rPr>
        <w:t>“Wayra inti lloqsimanta p’unchay” qhawachin qhepa para chayamunta, hinallataq kinsa kaq ay! nisqapi Islam nisqatanpas. Chay p’unchaymi qallarin historiata maypichus “Jacobpa mana allin ruraynin pichasqa kan.” Wayra inti lloqsimanta p’unchayqa chayamurqan septiembre 11, 2001 p’unchaypi, chay pachapitaq kawsaqkunapa juicio-nin qallarikurqan. Kawsaqkunapa juicio-ninqa kinsa kaq angelpa tukuchay llamkayninmi, chaypitaq pachak tawa chunka tawa waranqakunapa huchankuna oqharisqankupaq qallarikurqan. Chaytan Isaías niyta munan, qelqaspa: “Kaywan.”</w:t>
      </w:r>
    </w:p>
    <w:p>
      <w:pPr>
        <w:pStyle w:val="ArticleBody"/>
        <w:jc w:val="left"/>
      </w:pPr>
      <w:r>
        <w:rPr>
          <w:rFonts w:ascii="Times New Roman" w:hAnsi="Times New Roman" w:eastAsia="Times New Roman" w:cs="Times New Roman"/>
        </w:rPr>
        <w:t>“Kaywanmi,” nisqaman ñawpaq simikunaqa kaymi: “Tupupi, wiñarispa lloqsiptin, paywanmi rimanakunki; chukchu wayranta hark’an inti lloqsimuy wayra p’unchawpi.” “Kaywanmi,” nisqaqa, Jacob hina sutichasqakunamanta huchata pichaq sapaq yachachiq cheqaqkunata reqsichin. Chay cheqaqkunaqa chay ruwayta (9/11) hap’in, mayqenchus qhipa para chayamunanta señalachin. Chay cheqaqkunaqa qhipa para “huk willakuy” kasqanta riqsichin, chay “willakuy”qa Islammi. Chaymi hinallataq “inti lloqsimuy wayra”qa kinsa kaq Ay ayqekuypa Islam kasqanta hap’in, hinallataq Islampa qatiqnin hark’asqa kayninpaq profétic allinchasqan simita (hark’an) hap’in.</w:t>
      </w:r>
    </w:p>
    <w:p>
      <w:pPr>
        <w:pStyle w:val="ArticleBody"/>
        <w:jc w:val="left"/>
      </w:pPr>
      <w:r>
        <w:rPr>
          <w:rFonts w:ascii="Times New Roman" w:hAnsi="Times New Roman" w:eastAsia="Times New Roman" w:cs="Times New Roman"/>
        </w:rPr>
        <w:t>Pruebapuni kikinmi “debate” nisqapi rikuchisqa kachkan, chaymi qallarisqa karqa septiembre 11, 2001 p’unchaypi. Jeremíasqa, ñawpaq llakikuyta rikuchispa, yachachisqa karqa Diosman “kutimunanpaq” hinaspa allin chaninyoqta mana allinmanta t’aqanampaq. Pruebapa willakuyninpa “ruruyninqa” iskay kastata yupaychaqkunam ruwarun.</w:t>
      </w:r>
    </w:p>
    <w:p>
      <w:pPr>
        <w:pStyle w:val="ArticleBody"/>
        <w:jc w:val="left"/>
      </w:pPr>
      <w:r>
        <w:rPr>
          <w:rFonts w:ascii="Times New Roman" w:hAnsi="Times New Roman" w:eastAsia="Times New Roman" w:cs="Times New Roman"/>
        </w:rPr>
        <w:t>Upa mana yuyayniyoqkunapa juicio-ninmi rikuchisqa kashan kayhinata: “altarpa llapan ruminkunata ñut’ukusqa qirumina rumikuna hina ruraspa, sach’a huertakuna imágeneswan kuskaqa mana sayarinqachu.” Isaíasqa rimashan iskay chunka pusaqniyoq, iskay chunka isqonniyoq capitulokunapi imamantaq tukuy imakunata kutichiqkunapa contra willakuyta. Paykunaqa sellasqa libruyta mana entiendenchu. Mana allin runakunapa ruwasqan (rurayninpa rurun)qa alfareropa t’uru hina yupaychasqa kananmi.</w:t>
      </w:r>
    </w:p>
    <w:p>
      <w:pPr>
        <w:pStyle w:val="ArticleScripture"/>
        <w:jc w:val="left"/>
      </w:pPr>
      <w:r>
        <w:rPr>
          <w:rFonts w:ascii="Times New Roman" w:hAnsi="Times New Roman" w:eastAsia="Times New Roman" w:cs="Times New Roman"/>
        </w:rPr>
        <w:t>Chaymi, qhawariychis, kay llaqtapura huk musphay atiyniyoq ruwasqayta ruwasaq, arí, huk musphay ruwana, huk admirakuy ima: yachaqninkupa yachaynin chinkapunqa, entiendeninkutaq sut’i yuyayniyoq runakunamanta pakasqa kanqa. ¡Ay! Señor-manta yuyayninkuta ukhu ukhuman pakayta maskaqkunapaqqa, ruwasqankutaq tutapi kachkan, hinaspa nin: “Pitaq qhawawanchik? pitaq reqsiwanchik?” Cheqaqtapuni imakunata tikrayniykichisqa mit’aqpa allpankama yupasqa kanqa: arí, ruwasqa imaqa ruwasaqninmanta ninmanchu: “Manan payqa ruwaqarqanchu”? utaq formachasqa imaqa formachaqninmanta ninmanchu: “Manan payqa entiendeniyoqchu”? Isaías 29:14–16.</w:t>
      </w:r>
    </w:p>
    <w:p>
      <w:pPr>
        <w:pStyle w:val="ArticleBody"/>
        <w:jc w:val="left"/>
      </w:pPr>
      <w:r>
        <w:rPr>
          <w:rFonts w:ascii="Times New Roman" w:hAnsi="Times New Roman" w:eastAsia="Times New Roman" w:cs="Times New Roman"/>
        </w:rPr>
        <w:t>Mana allinriq runakuna rurasqankuqa manka ruraqpa ñiqin allpaman hina kanqa, chaymanta iskay chunka qanchisniyuq kapitulumantaqa rurasqankuqa kikin hinallataq rikuchisqa kachkan, rumi yesoq hina takasqa t’aqasqa kananpaq. Yeso utaq manka ruraqpa ñiqin allpaqa usqhayllam ñut’usqa tukuyman kutichiy atikun, chayrayku “altarpa llapa ruminakunata yeso rumikunaman hina takasqa t’aqasqa” ruraypa unanchaynin, hinallataq “sach’a huertakunatawan ïdulokunata urmachiy” rurasqanta yapaspa, chaykunataq “manam sayarinqachu,” nisqaqa, Josías qhapaq kamachiqpa allinchakuywan musuqchasqanmanta rikuchisqa rurasqam kachkan. Qhipa kawsarichiypiwan allinchakuypi, Josíaspa allinchakusqanwan unanchasqa kaqpi, Adventistakuna huñusqa kamachiyninpa imayna kasqanqa ch’usaqyasaqmi kanqa, imaraykuchus “sinchi amachasqa llaqtam ch’usaqyasaq kanqa, tiyasqanpas saqisqam kanqa, ch’inneq pampahinam saqisqa.” Llapa rurasqankupas, nispaqa waranqa waranqa iglesiakuna, yachay wasikuna, colegiokuna, unibersidádkuna, hampiy wasikuna, hinallataq kay pachapi llapanpi oficinakuna wasi hatunkuna ima, profetakunapa rimayninman hina mana allinpaq ñut’u qopamanmi takasqa tukunqaku.</w:t>
      </w:r>
    </w:p>
    <w:p>
      <w:pPr>
        <w:pStyle w:val="ArticleBody"/>
        <w:jc w:val="left"/>
      </w:pPr>
      <w:r>
        <w:rPr>
          <w:rFonts w:ascii="Times New Roman" w:hAnsi="Times New Roman" w:eastAsia="Times New Roman" w:cs="Times New Roman"/>
        </w:rPr>
        <w:t>Uyaykunaqa ch’usaqyasaqmi kanqa, chay “mana yuyayniyuq runakuna”qa “ch’akichisqa” “rámakuna” hina kaspa “p’akichisqa kanqaku” hinaspa “ninaman churakusqa,” imaraykuchus “paikunata ruwaqqa manan khuyapayankachu, paikunata kamachiqpas manan allin qhawariyta qonkachu.”</w:t>
      </w:r>
    </w:p>
    <w:p>
      <w:pPr>
        <w:pStyle w:val="ArticleBody"/>
        <w:jc w:val="left"/>
      </w:pPr>
      <w:r>
        <w:rPr>
          <w:rFonts w:ascii="Times New Roman" w:hAnsi="Times New Roman" w:eastAsia="Times New Roman" w:cs="Times New Roman"/>
        </w:rPr>
        <w:t>Pruebapa willakuywan rurasqa t’aqanakuy hunt’asqa kaptin, Apocalipsis chunka pusaq ñiqi qillqapi iskay kaq rimayqa Diospa hukninnaq uywakunata Babiloniamanta lluqsichin, chay p’unchaypi “pasanqa” nisqa hina, “hatun waqrapas waqyasqa kanqa, hinaspa hamunqaku Asiria suyupi wañuyman qayllaykusqakuna, Egipto suyupi qarqusqakunapas, hinaspa Jerusalén llaqtapi ch’uya orqopi Señor-ta yupaychanqaku.”</w:t>
      </w:r>
    </w:p>
    <w:p>
      <w:pPr>
        <w:pStyle w:val="ArticleBody"/>
        <w:jc w:val="left"/>
      </w:pPr>
      <w:r>
        <w:rPr>
          <w:rFonts w:ascii="Times New Roman" w:hAnsi="Times New Roman" w:eastAsia="Times New Roman" w:cs="Times New Roman"/>
        </w:rPr>
        <w:t>Kay p’unchawkuna (Isaías iskay chunka qanchisniyuq, pusaqmanta chunka kimsayoq kamaq) kunan yuyaychashqanchikqa, 11 septiembre 2001 p’unchawmanta qallariq profétiko historiata reqsichin, hinallataq Diospa huk ovejankunata Babiloniamanta qipaman waqyamuqkunaq pruebanatawan ch’uyanchaynintawan rikuchin. Chay kikin capítuloq qallariq versículonkunaqa, chaylla historiapi takisqa kananpaq huk taki kasqanta reqsichin.</w:t>
      </w:r>
    </w:p>
    <w:p>
      <w:pPr>
        <w:pStyle w:val="ArticleScripture"/>
        <w:jc w:val="left"/>
      </w:pPr>
      <w:r>
        <w:rPr>
          <w:rFonts w:ascii="Times New Roman" w:hAnsi="Times New Roman" w:eastAsia="Times New Roman" w:cs="Times New Roman"/>
        </w:rPr>
        <w:t>Chay p’unchaypi takiysiychis paymanta: Puka vinuyuq uvas chakra. Ñoqa, Señor, waqaychani; sapa ratullañan unuyman churasqayki: ama pipas dañachinampaq, tutantin p’unchaynintin waqaychasqayki. Mana phiñasqachu kani: ¿pitaq ch’iqchi-k’iska-kuna churarunman maqanakuypi ñoqapaq? Ñoqa paykunata p’itiykuspa pasayman, hukllapi ruphaykachayman. Mana chayqa, kallpayman hap’ipakuchun, ñoqawan allinyanakunampaq; arí, ñoqawan allinyanakunqa. Jacobmanta hamuqkuna saphichakunku; Israel t’ikaranqa, ñut’uranqa, hinaspa kay pachapa uyanta rurukunawan hunt’achinqa. ¿Payta maqasqachu, imaynan payta maqaqkunata maqasqan hina? ¿Ichapas wañuchisqachu, imaynan paymanta wañuchisqa runakunapa wañusqan hina? Isaías 27:2–7.</w:t>
      </w:r>
    </w:p>
    <w:p>
      <w:pPr>
        <w:pStyle w:val="ArticleBody"/>
        <w:jc w:val="left"/>
      </w:pPr>
      <w:r>
        <w:rPr>
          <w:rFonts w:ascii="Times New Roman" w:hAnsi="Times New Roman" w:eastAsia="Times New Roman" w:cs="Times New Roman"/>
        </w:rPr>
        <w:t>Uva chakramanta taki, qallarinpi, Diospa llaqtanta huk uvas chakra hina reqsichin, paymi munaspa, allinta waqaychaspa uywarqan. Chaymantaqa, mayqenpas Cristopa chanin kayninta hap’iyta munanman chaykunapaq chaskisqa kaypa promesanta rikuchin. Chaymantaqa, Iskay pachapi para hina rikuchisqa, Espíritu Santopa hich’aykusqanpa promesanta reqsichin. Ñawpaq paraqa t’ikaqkunata, ruruq mallkikunayuq k’anchaykunatapas kawsarichin, qhepa parañataq kay pachata hunt’achin rurukunawan.</w:t>
      </w:r>
    </w:p>
    <w:p>
      <w:pPr>
        <w:pStyle w:val="ArticleBody"/>
        <w:jc w:val="left"/>
      </w:pPr>
      <w:r>
        <w:rPr>
          <w:rFonts w:ascii="Times New Roman" w:hAnsi="Times New Roman" w:eastAsia="Times New Roman" w:cs="Times New Roman"/>
        </w:rPr>
        <w:t>Uvas chakraq takikunanmi chay taki, may pachataq Diosqa huk ñawpaq akllasqa llaqtata qhawarispa pasaykuchkan, chaykama huk musuq akllasqa llaqtawan rimanakuyman yaykuspataq reqsichin. Pusaqniyuq versiculomanta ñawpaqmanqa, chay capítulopa qallariyninpi kaq versiculokunallatam kutichispa, aswan hatuncharispa nispa riman. Capítulopa ñawpaq versiculonqa chayllataqmi reqsichin, pusaqniyuq versiculopi “inti lloqsimuy wayrapa p’unchaynin” nisqa hina reqsichisqa kaq ruwayta.</w:t>
      </w:r>
    </w:p>
    <w:p>
      <w:pPr>
        <w:pStyle w:val="ArticleScripture"/>
        <w:jc w:val="left"/>
      </w:pPr>
      <w:r>
        <w:rPr>
          <w:rFonts w:ascii="Times New Roman" w:hAnsi="Times New Roman" w:eastAsia="Times New Roman" w:cs="Times New Roman"/>
        </w:rPr>
        <w:t>Chay p’unchaypi Señorqa nanaywan, hatun, kallpasapa espadawanmi castiganqa Leviatanta, chay t’oqsiri mach’aqwayta; ari, Leviatanta, chay q’iwisqa mach’aqwayta; hinaspan wañuchinqa lamar qochapi kaq dragonta. Isaías 27:1.</w:t>
      </w:r>
    </w:p>
    <w:p>
      <w:pPr>
        <w:pStyle w:val="ArticleBody"/>
        <w:jc w:val="left"/>
      </w:pPr>
      <w:r>
        <w:rPr>
          <w:rFonts w:ascii="Times New Roman" w:hAnsi="Times New Roman" w:eastAsia="Times New Roman" w:cs="Times New Roman"/>
        </w:rPr>
        <w:t>Amaruqaqaqa Satanásmi, ichaqa iskay ñiqin yuyaypiqa Roma pagana karqan.</w:t>
      </w:r>
    </w:p>
    <w:p>
      <w:pPr>
        <w:pStyle w:val="ArticleScripture"/>
        <w:jc w:val="left"/>
      </w:pPr>
      <w:r>
        <w:rPr>
          <w:rFonts w:ascii="Times New Roman" w:hAnsi="Times New Roman" w:eastAsia="Times New Roman" w:cs="Times New Roman"/>
        </w:rPr>
        <w:t>“Chayhinaqa dragón nisqaqa, ñawpaqmanqa, Satanasta reqsichin, ichaqa iskay kaq yuyaypiqa, pagano Roma nisqap unanchanmi.” The Great Controversy, 439.</w:t>
      </w:r>
    </w:p>
    <w:p>
      <w:pPr>
        <w:pStyle w:val="ArticleBody"/>
        <w:jc w:val="left"/>
      </w:pPr>
      <w:r>
        <w:rPr>
          <w:rFonts w:ascii="Times New Roman" w:hAnsi="Times New Roman" w:eastAsia="Times New Roman" w:cs="Times New Roman"/>
        </w:rPr>
        <w:t>Pagan Romaq chunka reykunamanta, Danielpa qanchis kaq kapitulumpi, hinallataq Apocalipsispa chunka iskayniyuq kaq kapitulumpi rimakusqan, qhipa p’unchaykunapi Apocalipsis chunka qanchisniyuq kaqpi nisqa chunka reykunata rikuchin.</w:t>
      </w:r>
    </w:p>
    <w:p>
      <w:pPr>
        <w:pStyle w:val="ArticleScripture"/>
        <w:jc w:val="left"/>
      </w:pPr>
      <w:r>
        <w:rPr>
          <w:rFonts w:ascii="Times New Roman" w:hAnsi="Times New Roman" w:eastAsia="Times New Roman" w:cs="Times New Roman"/>
        </w:rPr>
        <w:t>“Reykunaq, kamachiqkuna, gobernador-kunapas kikinkuman anticristo-pa señalta churakunku, hinaspataq dragón hina rikuchisqa kanku, chayqa rispa santo-kunawan maqanakunapaq—Diospa kamachikuyninkunata waqaychaqkunawan, Jesucristo-pi iñiyniyuqkunawan.” Testimonies to Ministers, 38.</w:t>
      </w:r>
    </w:p>
    <w:p>
      <w:pPr>
        <w:pStyle w:val="ArticleBody"/>
        <w:jc w:val="left"/>
      </w:pPr>
      <w:r>
        <w:rPr>
          <w:rFonts w:ascii="Times New Roman" w:hAnsi="Times New Roman" w:eastAsia="Times New Roman" w:cs="Times New Roman"/>
        </w:rPr>
        <w:t>Isaías 27 qelqan ñiqi huk willakuyqa riqsichinmi dragónpa juicio qallariyninta, inti lloqsimuyniyuq wayra p’unchawpi qallarisqanta, septiembre 11, 2001 watapi. Kay pachapi reykunapa, hinallataq paykunawan hukllachasqa globalista rantikuy-munakuy masinkunapa juicio-ninqa hunt’asqan kachkan, kay pachapa qullqi sayaynin “inti lloqsimuyniyuq wayra” nisqawan, “lamarkuna” chawpipi, thuñisqa kaptin.</w:t>
      </w:r>
    </w:p>
    <w:p>
      <w:pPr>
        <w:pStyle w:val="ArticleScripture"/>
        <w:jc w:val="left"/>
      </w:pPr>
      <w:r>
        <w:rPr>
          <w:rFonts w:ascii="Times New Roman" w:hAnsi="Times New Roman" w:eastAsia="Times New Roman" w:cs="Times New Roman"/>
        </w:rPr>
        <w:t>Qhaway, qhapaqkuna tantakusqa kasharqanku, kuska pasarqanku. Chayta rikuspa, admirakusqanku; mancharisqa karqanku, utqaylla ayqekurqanku. Chaypi manchakuy hap’isqa paykunaqta, nanaypas, wachakuypi warmi hina. Qammi Tarshispa barcokunata inti lluqsiy wayrawan p’akinki. Salmos 48:4–7.</w:t>
      </w:r>
    </w:p>
    <w:p>
      <w:pPr>
        <w:pStyle w:val="ArticleBody"/>
        <w:jc w:val="left"/>
      </w:pPr>
      <w:r>
        <w:rPr>
          <w:rFonts w:ascii="Times New Roman" w:hAnsi="Times New Roman" w:eastAsia="Times New Roman" w:cs="Times New Roman"/>
        </w:rPr>
        <w:t>Isaías qillqapa iskay chunka qanchisniyuq capítulo, hukmanta qanchis kama versículokuna, pusqaqmanta chunka kimsayuq kama versículokunapi kutikachisqa hinaspa astawan hatunchasqa kachkan. Chaypi reqsichinmi “inti lloqsimuyniyuq wayra p’unchaypi” kay pachapi reykuna hinaspa rantikuqkuna manchakuywan uyanchasqa kanankuta, hinaspa chay manchakuyqa chay p’unchaymanta pacha historiapa puriyninpi astawan yapakuspa wiñan. Chay manchakuymi reqsichin kay pachapi progresista globalistakunapa mana yuyaywan tupaq, utqaylla kuyukuyninkuta, 2001 watapi setiembre killapa chunka hukniyuq p’unchaymantapacha, imaynam yuyayman hina suyasqa kananman chaymanta astawan karuman hinaspa astawan kallpawan agenda-ninkuta ñawpaqman apanankuta. Supayqa, hinaspa paypa rantinkuna, kay pachapi rantikuqkunapa hinaspa reykunapaq (globalistakunapaq), dragónpa unanchankuna hina, pisi tiempolla qhepakusqanta yachanku.</w:t>
      </w:r>
    </w:p>
    <w:p>
      <w:pPr>
        <w:pStyle w:val="ArticleScripture"/>
        <w:jc w:val="left"/>
      </w:pPr>
      <w:r>
        <w:rPr>
          <w:rFonts w:ascii="Times New Roman" w:hAnsi="Times New Roman" w:eastAsia="Times New Roman" w:cs="Times New Roman"/>
        </w:rPr>
        <w:t>Chayrayku kusikuychik, hanaq pacha, hinaspa qankuna paypi tiyakuqkuna. ¡Ay, kay pachapi tiyakuqkunapaq, lamarqupi tiyakuqkunapaqpas! imaraykuchus supayqa qankunaman uraykamun hatun phiñakuywan, yachaspa pisi tiempollataña kananta. Apocalipsis 12:12.</w:t>
      </w:r>
    </w:p>
    <w:p>
      <w:pPr>
        <w:pStyle w:val="ArticleBody"/>
        <w:jc w:val="left"/>
      </w:pPr>
      <w:r>
        <w:rPr>
          <w:rFonts w:ascii="Times New Roman" w:hAnsi="Times New Roman" w:eastAsia="Times New Roman" w:cs="Times New Roman"/>
        </w:rPr>
        <w:t>Antis wayra p’unchay, mayqinchus 2001 watapi qullqi sasachakuyta paqarichirqan, mayqinchus mana imapas allinyashanchu, aswanpas astawan mana allinman rishan, imaynachus pacha tukuy llaqtakunapi globalista willay mast’ariqkuna ninkuman chayta saqespa, chaymi kay pachata uyachasqa sasachakuyqa kan, may pachachus dragón yachan pisi p’unchayninña qhipashasqanta. Chaymanta payqa tukuy kay pachata munayninman churaypaq puriyninkunata astawan kallpachin, hinaspataq chayta ruwan may pachachus “Ay” (kinsa kaq Ay) churakun “kay pachapi tiyakuqkunaman hinaspa qochapi tiyakuqkunaman.”</w:t>
      </w:r>
    </w:p>
    <w:p>
      <w:pPr>
        <w:pStyle w:val="ArticleBody"/>
        <w:jc w:val="left"/>
      </w:pPr>
      <w:r>
        <w:rPr>
          <w:rFonts w:ascii="Times New Roman" w:hAnsi="Times New Roman" w:eastAsia="Times New Roman" w:cs="Times New Roman"/>
        </w:rPr>
        <w:t>Kimsaqa Llakiy Islampa chaykimusqan, kinsa ñak’ariypa (inti lluqsimuymanta wayra) 11 septiembre 2001 p’unchawpi, huk hatun qullqi wañuyniyuq chinkayta paqarichirqan; chaymi globalistakunaqa kallpachakurqanku kay pachapi huklla mundu gobiernoman runakunata mañayta aswan utqayllamanta ñawpaqman apananpaq. Chaywanpas Islamqa ruwanan llamk’ayninta hunt’ashanmi. Ichapas Islampa riqsichikuynin, Bibliapa profecía nisqapi huk unanchasqa hina, aswan sinchi rikuchisqanqa tarikun ñawpaq kaq Islammanta rimariypi.</w:t>
      </w:r>
    </w:p>
    <w:p>
      <w:pPr>
        <w:pStyle w:val="ArticleScripture"/>
        <w:jc w:val="left"/>
      </w:pPr>
      <w:r>
        <w:rPr>
          <w:rFonts w:ascii="Times New Roman" w:hAnsi="Times New Roman" w:eastAsia="Times New Roman" w:cs="Times New Roman"/>
        </w:rPr>
        <w:t>Hinallatak te anghel ti Apo kenkuana, Adtoy, nagsikogka, ket agyanakto iti maysa nga anak a lalaki, ket panaganamto ti naganna a Ismael; ta nangngeg ti Apo ti pannakaidadanesmo. Ket isu agbalinto a kasla tao nga atap; ti imana maibusor iti amin a tao, ken ti ima ti amin a tao maibusor kenkuana; ket agnaedto iti sangoanan dagiti amin a kakabsatna. Genesis 16:11, 12.</w:t>
      </w:r>
    </w:p>
    <w:p>
      <w:pPr>
        <w:pStyle w:val="ArticleBody"/>
        <w:jc w:val="left"/>
      </w:pPr>
      <w:r>
        <w:rPr>
          <w:rFonts w:ascii="Times New Roman" w:hAnsi="Times New Roman" w:eastAsia="Times New Roman" w:cs="Times New Roman"/>
        </w:rPr>
        <w:t>Diospa Siminqa manam hayk’aqpas pantanchu. Islam hina qhapaq wachay nanayniyuq warmi hina llakiyta qatipaqtin, wakinkuna, Islam Bibliaq profeciapin reqsichisqa kasqanta ichapas chaskiyta atispapas, iskay versiculokunapi kachkan chay sut’i cheqaq kayta manaraq allinta unanchankuchu. Wakinqa yachayta atinkumanmi Islam kasqanta, kay pachapi llapa qharita huñuykachaq, huklla awqaqman sayarinankupaq; chayqa chiqapmi. Ichaqa versiculopi qhipa rimayqa aswan manchay cheqaqmi. Kay pachaqa 11 de septiembre de 2001 p’unchawwan chukchichisqa karqan, chaymantataq qayna p’unchawkuna kay watapa 7 de octubre atacuen Hamas nisqapa Israel contra rurayninwan yapamanta chukchichisqa karqan. Ichaqa manam pipas rikuyta munanchu maqanakuy espirituqa, usqhayllam chinkachiywan kuska, Ismaelpa wawqenkunapa “llapanpa qayllanpi” kasqanta.</w:t>
      </w:r>
    </w:p>
    <w:p>
      <w:pPr>
        <w:pStyle w:val="ArticleBody"/>
        <w:jc w:val="left"/>
      </w:pPr>
      <w:r>
        <w:rPr>
          <w:rFonts w:ascii="Times New Roman" w:hAnsi="Times New Roman" w:eastAsia="Times New Roman" w:cs="Times New Roman"/>
        </w:rPr>
        <w:t>Ima kastañanmi rurasqa kanqa, ama yuyasqalla ñawpaqman hamuq maqanakuy rurasqa kaptin, Arabia Saudita, Emiratos Árabes Unidos, Qatar, Kuwait, Brunei hinaspa Bahréin hina islámico nacionkuna rayku? Ismaelpa espiritunqa “llapa wawqenkunapim” kashan, chaymanta, kaykama kimsay ñak’ariywan paqarichisqa maqanakuy, Afganistán utaq Iraq hina llaqtakunamanta lloqsisqa, ancha huknirayaqmi kanqa Ismaelmanta profecía hunt’asqa tukuptin. ¿Hayk’a nuklear bombakunatan Pakistán suyupi kan?</w:t>
      </w:r>
    </w:p>
    <w:p>
      <w:pPr>
        <w:pStyle w:val="ArticleBody"/>
        <w:jc w:val="left"/>
      </w:pPr>
      <w:r>
        <w:rPr>
          <w:rFonts w:ascii="Times New Roman" w:hAnsi="Times New Roman" w:eastAsia="Times New Roman" w:cs="Times New Roman"/>
        </w:rPr>
        <w:t>Islampa ñawpaq willakuyninpi guerra ruraypa imayna kasqanta, ñawpaq kaqwan iskay kaq Islampa Llaquykunapi rikuchisqan hina, qonqaylla, mana suyasqa maqanakuykuna kanku. ¿Qhapaq Islam llaqtakunapi qullqiqa achka kachkanchu, pakallapi aswan allin rurasqa, aswan wañuchiq armakunata rantinapaq utaq ruranapaq, mafuta hunt’a avionkunamanta, autopi bombakunamanta, ruphayman churasqa llant’akunamanta, warmi maqanakuywan ñak’ariychakuykunamanta, hinaspa cuchillukunamantapas aswan manchay wañuchiqta? ¿Diospa Simiqa cheqaspaq iñisqa kananchu?</w:t>
      </w:r>
    </w:p>
    <w:p>
      <w:pPr>
        <w:pStyle w:val="ArticleBody"/>
        <w:jc w:val="left"/>
      </w:pPr>
      <w:r>
        <w:rPr>
          <w:rFonts w:ascii="Times New Roman" w:hAnsi="Times New Roman" w:eastAsia="Times New Roman" w:cs="Times New Roman"/>
        </w:rPr>
        <w:t>Llapa Millerpa musquyninpi kaq anillukunaqa qhipa p’unchaykunapi pruebayuq cheqaqkuna tukuqku, mana aswanqa chay cheqaqkunaqa qhespichisqa kasqankurayku, hinaspa profecía nisqan qhawachin kutichisqa kanankuta. Ichaqa wakin chay anillukunamanta, hina Cristoq hanaq pacha santuariopi ruraynin hina, hinaspa kimsakaj Ay pa Islam nisqan hina, willakuykunata reqsichinku, chaykunataq hunt’akunanku ancha qhipa p’unchaykunallapi. Hukninqa Cristoq Santísimo Lugarninpi rurayninta sut’inchan, cheqaqtapuni kunan pacha pruebayuq cheqaq kasqanrayku; huknintaq Chawpi Tutapa Qapariynin willakuyta sut’inchan, chaypas yapamanta kunan pacha pruebayuq cheqaqmi.</w:t>
      </w:r>
    </w:p>
    <w:p>
      <w:pPr>
        <w:pStyle w:val="ArticleBody"/>
        <w:jc w:val="left"/>
      </w:pPr>
      <w:r>
        <w:rPr>
          <w:rFonts w:ascii="Times New Roman" w:hAnsi="Times New Roman" w:eastAsia="Times New Roman" w:cs="Times New Roman"/>
        </w:rPr>
        <w:t>Millerita kuyuytawan 1989 watapi tukukuypa pacha nisqawan huñunakuq q’aytuqa, chaymantaq pachak tawa chunka tawa waranqa runakunapa kuyuynta qallariq, “qanchis kuti” nisqanmi; chayqa Millerpa ñawpaq anqhasnin karqa, hinaspataq Adventismo ñawpa ñankunamanta lluqsispa churaymanña saqesqa ñawpaq anqhasnin karqa. 1863 watapi hatarikuymanta 1989 watapi tukukuypa pachakama pachak iskay chunka suqtayuq wataqa “qanchis kuti” nisqata rikuchin. Iskay waranqa pichqa pachak iskay chunkaqa iskay pacha waranqa iskay pachak suqta chunka nisqaman rakisqa karqa; hinaspataq waranqa iskay pachak suqta chunkamanta chunka kaqnin, icha diezmo, pachak iskay chunka suqtayuqmi. Ruwqakuna mana chaskisqa rumiqa ancha hatunmi, chayrayku kimsa angelkunapa ñawpaq hinaspa qhipa kuyuykunata t’inkichin. Chayta ruwaspanmi sut’inchan: “qanchis kuti” nisqapa cheqan yachachiyqa kunan pacha watukuypaq cheqa yachachiypas kasqanta, hinaspataq chaymi mana aswanqa sapallan sayachina rumillañachu tukun, aswanpas k’uchupa uman rumiman tukupun.</w:t>
      </w:r>
    </w:p>
    <w:p>
      <w:pPr>
        <w:pStyle w:val="ArticleBody"/>
        <w:jc w:val="left"/>
      </w:pPr>
      <w:r>
        <w:rPr>
          <w:rFonts w:ascii="Times New Roman" w:hAnsi="Times New Roman" w:eastAsia="Times New Roman" w:cs="Times New Roman"/>
        </w:rPr>
        <w:t>Kunanqa saqesunchikña yachay yapakuymanta Millerita kuyuriypi, Daniel qillqapi Ulai Mayu rikch’ayninwan sut’ichasqa kasqanmanta, hinaspan diqqasunchik Hiddekel Mayu rikch’ayninman, mayqinchus sut’ichan yachay yapakuyman pachak tawa chunka tawa waranqa runakunapa kuyuriyninpi.</w:t>
      </w:r>
    </w:p>
    <w:p>
      <w:pPr>
        <w:pStyle w:val="ArticleBody"/>
        <w:jc w:val="left"/>
      </w:pPr>
      <w:r>
        <w:rPr>
          <w:rFonts w:ascii="Times New Roman" w:hAnsi="Times New Roman" w:eastAsia="Times New Roman" w:cs="Times New Roman"/>
        </w:rPr>
        <w:t>Qhipamanqa qallarisun Adventismoq tawa mirayninkunata yuyayman churakuspa, chaykuna 1863 watamanta 1989 watakama pachak iskay chunka suqta watakunata mast’arin.</w:t>
      </w:r>
    </w:p>
    <w:p>
      <w:pPr>
        <w:pStyle w:val="ArticleBody"/>
        <w:jc w:val="left"/>
      </w:pPr>
      <w:r>
        <w:rPr>
          <w:rFonts w:ascii="Times New Roman" w:hAnsi="Times New Roman" w:eastAsia="Times New Roman" w:cs="Times New Roman"/>
        </w:rPr>
        <w:t>Qatiq qillqapi chay yachayta qallarisun.</w:t>
      </w:r>
    </w:p>
    <w:p>
      <w:pPr>
        <w:pStyle w:val="ArticleScripture"/>
        <w:jc w:val="left"/>
      </w:pPr>
      <w:r>
        <w:rPr>
          <w:rFonts w:ascii="Times New Roman" w:hAnsi="Times New Roman" w:eastAsia="Times New Roman" w:cs="Times New Roman"/>
        </w:rPr>
        <w:t>Hinaspanmi karqa wataq soqta kaqpi, killaq soqta kaqpi, chay killaq pisqa kaq p’unchawninpi, wasiypi tiyashaqtiy, Judá llaqtamanta kurakakuna ñawpaqniypi tiyashaqtinku, chaypi Señor Diospa makinqa urmaykamuwarqan. Hinaptin qhawarirqani, hinaspa qhawariy: nina hina rikch’akuq huk rikch’aymi karqan; sikiyninmanta urayman nina, sikiyninmanta hanaqman ichaqa k’anchariy hina, ámbar rumi llimp’i hinam karqan. Hinaspan maki rikch’ayninta mast’arirqan, hinaspa chukchaymanta huk t’ikar q’aspiyta hap’iwarqan; espiritutaq allpamanta hanaq pacha chawpinman oqarispa, Diospa revelasqankunapi Jerusalénman pushawarqan, ukhu punku punkuman, chay norte lado qhawariqman; maypichus celosman oqhariq ídoloq tiyanan karqan. Hinaspa qhawariy, Israelpa Diosninpa k’anchayninmi chaypi karqan, pampapi rikurqani chay visiónman hina. Chaymantataq niwarqan: Runaq churin, kunan ñawiykita oqarichiy norte lado qhawariqman. Hinaspan ñawiykita oqarichirqani norte lado qhawariqman, hinaspa qhawariy, norte lado altarpa punkun yaykunapi chay celospa ídolon karqan. Astawantaq niwarqan: Runaq churin, rikunkichu imatachus paykuna ruwanku? Israelpa wasin kaypi ruwasqan hatun millay abominacionkunata, chayrayku santuarioniymanta karuman ripunaypaq? ichaqa kutirimuyraq, astawan hatun abominacionkunataq rikunkiraq. Hinaspan patiopa punkunman apawarqan; qhawarirqanitaq, hinaspa qhawariy, perqapi huk uchk’um karqan.</w:t>
      </w:r>
    </w:p>
    <w:p>
      <w:pPr>
        <w:pStyle w:val="ArticleScripture"/>
        <w:jc w:val="left"/>
      </w:pPr>
      <w:r>
        <w:rPr>
          <w:rFonts w:ascii="Times New Roman" w:hAnsi="Times New Roman" w:eastAsia="Times New Roman" w:cs="Times New Roman"/>
        </w:rPr>
        <w:t>Hinaqtinmi: Runaq churin, kunan perqata allpay; perqata allpasqaymantaq qhawariy, huk punku kachkan. Hinaqtinmi niwarqan: Yaykuy, hinaspa qhaway kaypi ruwasqanku millay mana allin cheqnikuykunata. Chaymi yaykurqani hinaspa rikurqani; qhawariytaq tukuy laya llusq’a animalakunata, millay uywakunata, hinallataq Israel ayllupa tukuy wakinkuna ídolonkuna, muyuriqninpi perqapi siq’isqa kachkanku. Paykunapa ñawpaqenkupitaq sayarqanku Israel ayllupa machu taytakunamanta qanchis chunka qharikuna, chaykunapa chawpinkupitaq Safanpa churin Jaazanias sayasharqan, sapa qhariq makinpi huk qosñichina apasqawan; hinaspa qosñi qosñichisqamanta ancha raku puyu wicharirqan. Hinaqtinmi niwarqan: Runaq churin, ¿rikunkichu Israel ayllupa machu taytakuna tutapi imata ruwasqankuta, sapa qhari siq’isqan wasi ukhupi? imaraykuchus nin: Señorqa mana qhawawanchu; Señorqa kay pachata saqisqanñam. Yapamantaq niwarqan: Kutiriyraq, hinaspa aswan hatun millay mana allin cheqnikuykunata rikunki, paykuna ruwasqankuta. Hinaqtinmi pusawarqan Señorpa wasinpa punkunman, norte lawman qhawariqman; hinaspa qhawariy, warmikuna Tammuzrayku waqashaqtiyku tiyasqaku. Hinaqtinmi niwarqan: ¿Kayta rikunkichu, runaq churin? Yapamanta kutiriyraq, hinaspa kaykunamantapas aswan hatun millay mana allin cheqnikuykunata rikunki. Hinaqtinmi pusawarqan Señorpa wasinpa ukhupi kaq pampaman; hinaspa qhawariy, Señorpa templon punkupi, punku wasiwan altarwan chawpipi, iskay chunka phisqa qharikuna hina kasharqanku, wasanwan Señorpa templonman kutirisqa, uyankutaq inti lloqsimuymanta qhawarirqanku; hinaspa inti lloqsimuyman yupaychasqaku. Hinaqtinmi niwarqan: ¿Kayta rikunkichu, runaq churin? ¿Pisillachu Judá ayllupaqa kaypi ruwasqanku millay mana allin cheqnikuykuna, hina ruwasqankuta? Kay llaqtataqa kallpawan wañuchiywan huntachisqaku, hinaspa yapamanta kutimunku piñachiwanankupaq; hinaspa qhawariy, k’aspita senqankuman churanku. Chayraykun ñuqapas phiñakuypi ruwasaq paykunawan: ñawiyqa manam qhispichinqachu, nitaq kuyapayasaqchu; hinaspa ancha hatun kunkawan rinriyman waqyaspa qaparinkumanpas, manam uyarisqaykichu. Ezequiel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qanchisniyuq</dc:title>
  <dc:subject>Willakuy qhawariykuna: Islam, 11 ñiqin septiembre 2001 watapi, hinallataq Inti lloqsimuynin wayra p’unchawpi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