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qillqap willkakuynin - Suqta chunka pusaqniyuq##</w:t>
      </w:r>
    </w:p>
    <w:p>
      <w:pPr>
        <w:pStyle w:val="ArticleSubtitle"/>
        <w:jc w:val="left"/>
      </w:pPr>
      <w:r>
        <w:rPr>
          <w:rFonts w:ascii="Arial" w:hAnsi="Arial" w:eastAsia="Arial" w:cs="Arial"/>
        </w:rPr>
        <w:t>Revelasqan Ezequielpa Pusaqniyuq kapitulonpi profétic mensajeta: Domingopa Leyninwan qhepa p’unchaykuna</w:t>
      </w:r>
      <w:r>
        <w:rPr>
          <w:rFonts w:ascii="Leelawadee UI" w:hAnsi="Leelawadee UI" w:eastAsia="Leelawadee UI" w:cs="Leelawadee U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Ezequiel pusaq kaq kapituluqa qillqasqa Qelqakuna ukhupi aswan facil profetico kapitulukuna hukninmi. Chay kapituluqa sut’i qallariyniyuqmi.</w:t>
      </w:r>
    </w:p>
    <w:p>
      <w:pPr>
        <w:pStyle w:val="ArticleScripture"/>
        <w:jc w:val="left"/>
      </w:pPr>
      <w:r>
        <w:rPr>
          <w:rFonts w:ascii="Times New Roman" w:hAnsi="Times New Roman" w:eastAsia="Times New Roman" w:cs="Times New Roman"/>
        </w:rPr>
        <w:t>Hinaspanmi soqta watañanpi, soqta killapi, killapa phisqa p’unchayninpi, wasiypi tiyasqaykama, Judá llaqtapa kuraqkuna ñawpaqniypi tiyashaqtinkuña, chaypi Señor Diospa makin uraykamurqa ñoqaman. Ezequiel 8:1.</w:t>
      </w:r>
    </w:p>
    <w:p>
      <w:pPr>
        <w:pStyle w:val="ArticleBody"/>
        <w:jc w:val="left"/>
      </w:pPr>
      <w:r>
        <w:rPr>
          <w:rFonts w:ascii="Times New Roman" w:hAnsi="Times New Roman" w:eastAsia="Times New Roman" w:cs="Times New Roman"/>
        </w:rPr>
        <w:t>Chunka hukniyuq qatiqpi rikuyqa sut’i tukukuyniyuqmi.</w:t>
      </w:r>
    </w:p>
    <w:p>
      <w:pPr>
        <w:pStyle w:val="ArticleScripture"/>
        <w:jc w:val="left"/>
      </w:pPr>
      <w:r>
        <w:rPr>
          <w:rFonts w:ascii="Times New Roman" w:hAnsi="Times New Roman" w:eastAsia="Times New Roman" w:cs="Times New Roman"/>
        </w:rPr>
        <w:t>Qhipamantaqa Espírituqa oqarispa aparuwan, hinaspa Diospa Espíritunpa rikuy-nisqapi Chaldeaman pusawarqan, preso apasqa runakunaman. Chaymi rikuy riqsisqayqa noqamanta wichariq ripurqan. Chaymantataq preso apasqa runakunaman rimarirqani tukuy imakunatam Señorqa qawachiwarqan. Ezequiel 11:24, 25.</w:t>
      </w:r>
    </w:p>
    <w:p>
      <w:pPr>
        <w:pStyle w:val="ArticleBody"/>
        <w:jc w:val="left"/>
      </w:pPr>
      <w:r>
        <w:rPr>
          <w:rFonts w:ascii="Times New Roman" w:hAnsi="Times New Roman" w:eastAsia="Times New Roman" w:cs="Times New Roman"/>
        </w:rPr>
        <w:t>Pusaq pusaq qillqasqa rikch’ariyqa qallarin soqta wataq soqta killaq pichqa p’unchayninpi, huk p’unchaylla ñawpaqta p’unchay chay “666” kaqwan tupananpaq hina kasqanmanta; chayraykutaq, cheqaqtapuni chay rikch’ariyqa domingo kamachiymanta rimarin, chaymi uywaq unanchan, paypa yupaynintaq “hucha runa” nisqa runaq yupayninmi, hinallataq qanchismantapacha kaq pusaq ñiqin qhapaq suyuq yupayninpas. “666” yupaypa hawanpi atipaqkunaqa Diospa sellonta chaskinku, hinaspa pusaq ñiqin pusaq qillqapiqa Diospa sellonqa qhepa p’unchaykunapi Diosman cheqap sunquyuq runankunaman churakushan.</w:t>
      </w:r>
    </w:p>
    <w:p>
      <w:pPr>
        <w:pStyle w:val="ArticleScripture"/>
        <w:jc w:val="left"/>
      </w:pPr>
      <w:r>
        <w:rPr>
          <w:rFonts w:ascii="Times New Roman" w:hAnsi="Times New Roman" w:eastAsia="Times New Roman" w:cs="Times New Roman"/>
        </w:rPr>
        <w:t>Hinaspanpi ricurirqani huk señalta hanaq pachapi, hatunpas admirakuypaqpas, qanchis angelkuna qanchis qhipa muchuykunayuq; paykunapin hunt’asqa kachkan Diospa piñakuynin. Hinaspan ricurirqani ninawan chapusqa vidriomanta lamar hina kasqanta; animalta atipasqakuna, sutinmanta rurakusqa rikchayninta atipasqakuna, señalanmanta atipasqakuna, sutimpa yupayninmanta atipasqakunapas, Diospa arpakunata hap’ispa, chay vidriomanta lamar patapi sayashaqta. Paykunan takinku Diospa kamachin Moisespa takinta, hinallataq Corderopa takinta, nispa: Hatunmi, admirakuypaqmi ruwaykikuna, Tukuy-Atiyniyuq Señor Dios; chaninmi, cheqaqmi ñanniykikuna, santoakunapa Reynin. Apocalipsis 15:1–3.</w:t>
      </w:r>
    </w:p>
    <w:p>
      <w:pPr>
        <w:pStyle w:val="ArticleBody"/>
        <w:jc w:val="left"/>
      </w:pPr>
      <w:r>
        <w:rPr>
          <w:rFonts w:ascii="Times New Roman" w:hAnsi="Times New Roman" w:eastAsia="Times New Roman" w:cs="Times New Roman"/>
        </w:rPr>
        <w:t>Probación tukukuyninpaq manaraq chayaspaqa (qanchis angelkuna qanchis qhipa plaganwanqa Diospa phiñakuyninta Apocalipsispa hamuq kapitulpin hich’arinankupaqmi kachkan), Diospa qhipa p’unchaw llaqtan reqsichisqa kachkan. Paykunaqa tawa imakunamanta atipayta tarirqanku. “Atipay” nispa tikrasqa simiqa vencespa, qichuspa atiyniyoq kayta nin. Cheqap simipi sayaqkunaqa atiparqanku uywata, uywapa rikch’ayninta, uywapa señalannta, hinallataq sutinpa yupayninta. Chay atipayqa hinallataq kayta yaykun: paykunaqa yachanku ima nisqanta chay tawa profetapa simbulunkuna rikuchisqanmanta. Runakunamanta ancha pisillam yachanku imatachus cheqaqtapuni rikuchin chay tawa profetapa simbulunkuna.</w:t>
      </w:r>
    </w:p>
    <w:p>
      <w:pPr>
        <w:pStyle w:val="ArticleBody"/>
        <w:jc w:val="left"/>
      </w:pPr>
      <w:r>
        <w:rPr>
          <w:rFonts w:ascii="Times New Roman" w:hAnsi="Times New Roman" w:eastAsia="Times New Roman" w:cs="Times New Roman"/>
        </w:rPr>
        <w:t>Kay pachaqa ñawpaqpi yacharqanmi papasqa kamachiyta Babiloniapa qharma warmi kasqanta chunka qanchisniyuq capítulope; ichaqa, Diospa Simi nisqanman hina, Tiro llaqtapa qharma warmin, kay pachapi reykunawan waqlliyta rurashaq warmipa yuyayninqa Estados Unidospa historiampin qonqapuni. Uywaqa atipayta tarinapaqqa cheqap simita allinta rakiyta munan, chaymanta sut’inchanapaq Bibliapa profecianpi uywaqa papasqa kamachiy kasqanta. Chay qhipan capítulopeqa, amaru, uywa, llulla profeta ima kay pachata Armagedónman pusanku, hinaspa qhipa p’unchaykunapi Diospa cheqaq simi kasqankunaqa yachanankupuni mayqen kasqanta chay kimsa atiyniyuqkunapa.</w:t>
      </w:r>
    </w:p>
    <w:p>
      <w:pPr>
        <w:pStyle w:val="ArticleScripture"/>
        <w:jc w:val="left"/>
      </w:pPr>
      <w:r>
        <w:rPr>
          <w:rFonts w:ascii="Times New Roman" w:hAnsi="Times New Roman" w:eastAsia="Times New Roman" w:cs="Times New Roman"/>
        </w:rPr>
        <w:t>Hinaspa soqta kaq angeltaq copanta hatun Éufrates mayuman tallirqan; chaypa yakuynintaq chakirqan, inti lloqsimuymanta reykunapa ñanninkupaq wakichisqa kananpaq. Hinaspan rikurqani kimsa qhelli espiritukunata, hamp’atukuna hina, dragónpa siminmanta lluqsimuqta, bestiapa siminmantawan, llulla profetapa siminmantawan. Paykunaqa supaykunapa espiritunkunam, milagrokunata ruwaspa, kay pachapi reykunamanpas, tukuy pachapi reykunamanpas rispa, llapa atipaq Diospa hatun p’unchayninpi maqanakuyman huñunaykupaq. Qhawariy, suwa hina hamuni. Kusisqa kachun mayqencha qhawaq, p’achankunatapas waqaychaq, ama q’ala purinanpaq, penqakuynintataq mana rikunankupaq. Hinaspan pay huñurqan huk cheqaman, hebreo simipi Armagedón nisqaman. Apocalipsis 16:12–16.</w:t>
      </w:r>
    </w:p>
    <w:p>
      <w:pPr>
        <w:pStyle w:val="ArticleBody"/>
        <w:jc w:val="left"/>
      </w:pPr>
      <w:r>
        <w:rPr>
          <w:rFonts w:ascii="Times New Roman" w:hAnsi="Times New Roman" w:eastAsia="Times New Roman" w:cs="Times New Roman"/>
        </w:rPr>
        <w:t>Uywaqa atipayqa manchakuy uywamantaqa allinta entiendenapa atipaymi: pitas chay manchakuy uywa kasqanta. Chayraq nisqa qillqapiqa bendisión nisqa rimaymi willakun qhawaspa, p’achankutapas waqaychaspa puriqkunapaq; ichaqa soqta kaq unquywanqa llapan runakunapaq prueba p’unchayqa tukukuyninmanña chayan. Miguel hatariptinqa runakunapa prueba p’unchayninqa wisq’akun, hinaspataq qanchis qhipa unquykuna uraykuchisqa kanku. Manañam ima ñanpas kanchu prueba p’unchay tukukuptin qhepata p’achata cambianapaq; ichaqa soqta kaq unquywanqa huk waqyaymi kachkan. Chay waqyayqa prueba p’unchay manaraq tukukuptin manchakuy uywamanta allin entiendenata hap’inawanmi tupakun; hinaspa mana chay entiendenayki kaptinqa, prueba p’unchay manaraq tukukuptinmi Cristopa chiqap kayninpa p’achanta chinkachinki.</w:t>
      </w:r>
    </w:p>
    <w:p>
      <w:pPr>
        <w:pStyle w:val="ArticleScripture"/>
        <w:jc w:val="left"/>
      </w:pPr>
      <w:r>
        <w:rPr>
          <w:rFonts w:ascii="Times New Roman" w:hAnsi="Times New Roman" w:eastAsia="Times New Roman" w:cs="Times New Roman"/>
        </w:rPr>
        <w:t>“Ñiqekuna simipa entendisqankupi pantasqa tukuqkuna, anticristopa imayna kayninpa nisqanta mana rikukuqkunaqa, cheqaqtapuni anticristopa ladonman churakunkaku. Kunanqa manan pacha kanchu ñoqanchik kay pachawan hukllachakunanchikpaq. Danielqa sayashan suertinpi hinallataq puestunpi. Danielpa hinallataq Juanpa profecíankunaqa entiendekunanmi. Paykunaqa huknin hukninta sut’inchanku. Paykunaqa kay pachaman cheqaqkuna apamunku llapa runakuna entiendenankupaq. Kay profecíakunaqa kay pachapi testigokuna kananpaqmi. Kay qhipa punchawkuna piñakusqanman hina hunt’akusqanrayku, kikinkumantaqmi sut’inchakunkaku.” Kress Collection, 105.</w:t>
      </w:r>
    </w:p>
    <w:p>
      <w:pPr>
        <w:pStyle w:val="ArticleBody"/>
        <w:jc w:val="left"/>
      </w:pPr>
      <w:r>
        <w:rPr>
          <w:rFonts w:ascii="Times New Roman" w:hAnsi="Times New Roman" w:eastAsia="Times New Roman" w:cs="Times New Roman"/>
        </w:rPr>
        <w:t>Sichus huk runa mana entiendenchu anticristoqa papadokuna kayninta, chayqa papadokunapa ladonmanmi tukunku, icha Juan qillqasqan hina, q’ala purinqaku hinaspa p’enqayninkuta rikuchinqaku. Uywaq hawka atipayta chaskiyqa entiendenanmi uywaqa papal atiyniyuq kayninta, hinallataq llapa ima papal atiymanta rikuchisqantapas. Atipayta chaskiqkuna hinaspa papadokuna hucha runa kasqanta entiendenkunaqa, entiendenankupaqmi kanqa papadokunapa rikch’aynin iglesiatawan estadota huñunay prinsipiyuta sut’ichasqanta, iglesiaqa chay t’inkiyta kamachispa.</w:t>
      </w:r>
    </w:p>
    <w:p>
      <w:pPr>
        <w:pStyle w:val="ArticleBody"/>
        <w:jc w:val="left"/>
      </w:pPr>
      <w:r>
        <w:rPr>
          <w:rFonts w:ascii="Times New Roman" w:hAnsi="Times New Roman" w:eastAsia="Times New Roman" w:cs="Times New Roman"/>
        </w:rPr>
        <w:t>Daniel qillqapi, iglesiawan estadomanta huñusqa animalpa ruwasqanqa “ch’usaqyachiq huchallikuy” hina rikuchisqa kachkan. Huchallikuyqa hucha kachan, papal animalta ruwachiq huchataqmi reykuna atiynta papal autoridadman quspanku chayqa. Chayta ruwaspa, espiritupi wañuq warmi hina millay huchallikuyta ruwanku; chaymi Danielpa “ch’usaqyachiq huchallikuynin” hinataq Juanpa “animalman rikch’akuqnin”.</w:t>
      </w:r>
    </w:p>
    <w:p>
      <w:pPr>
        <w:pStyle w:val="ArticleBody"/>
        <w:jc w:val="left"/>
      </w:pPr>
      <w:r>
        <w:rPr>
          <w:rFonts w:ascii="Times New Roman" w:hAnsi="Times New Roman" w:eastAsia="Times New Roman" w:cs="Times New Roman"/>
        </w:rPr>
        <w:t>Imagen papalpa contranpi atipanakuyta chaskiyqa Diospa Siminwan entiendenayuqmi: Estados Unidos ñawpaqta kay tinkuyta kamarin, chaytaq utqayllam hamuq domingo kamachiywan sayachin, hinaspataq tukuy kay pachapi kaqkunata chay kikillan tinkuyta chaskinankupaq kallpachan.</w:t>
      </w:r>
    </w:p>
    <w:p>
      <w:pPr>
        <w:pStyle w:val="ArticleBody"/>
        <w:jc w:val="left"/>
      </w:pPr>
      <w:r>
        <w:rPr>
          <w:rFonts w:ascii="Times New Roman" w:hAnsi="Times New Roman" w:eastAsia="Times New Roman" w:cs="Times New Roman"/>
        </w:rPr>
        <w:t>Iglesiapaqwan estadopaqwan tupanakuyninmi, Estados Unidos llaqtamanta kay pachaman maqanakusqa hinam churapusqa kanqa, huklla mundo gobiernomanta (Naciones Unidas), papadowan huñunakusqanmi, chay arreglokunapi kamachiq atiyniyuq hina. Bestiapa rikchayninmanta atipanataqa tarin, Diospa profétic Simiwan entiendenapaqmi, bestiapa rikchayninqa kay kikinkuna imakunatas sut’inchasqanta.</w:t>
      </w:r>
    </w:p>
    <w:p>
      <w:pPr>
        <w:pStyle w:val="ArticleBody"/>
        <w:jc w:val="left"/>
      </w:pPr>
      <w:r>
        <w:rPr>
          <w:rFonts w:ascii="Times New Roman" w:hAnsi="Times New Roman" w:eastAsia="Times New Roman" w:cs="Times New Roman"/>
        </w:rPr>
        <w:t>Atipanacuyta tarispa uywakunamanta hinaspa uywakunapa rikchayninmanta, chayqa uywakunapa (Papapa kamachikuyninpa) kamachiypa señalanmanta allin yachayta tarinaytapas yaykun.</w:t>
      </w:r>
    </w:p>
    <w:p>
      <w:pPr>
        <w:pStyle w:val="ArticleBody"/>
        <w:jc w:val="left"/>
      </w:pPr>
      <w:r>
        <w:rPr>
          <w:rFonts w:ascii="Times New Roman" w:hAnsi="Times New Roman" w:eastAsia="Times New Roman" w:cs="Times New Roman"/>
        </w:rPr>
        <w:t>Uywa señalanqaqa Diospa samanan p’unchaynin hina domingo p’unchayta kamachisqa kasqanwan qatiykuymi. Señalanqamanta atipayta hap’inapaqqa allinta entiendenam tiyan domingo yupaychayqa intita yupaychay kasqanta, chayqa mana ima pisiñachu pagano Baal yupaychay kasqanta. Chay atipayninqa kay cheqaq kaytapas hap’in: mana pipas uywapa señalanqanta chaskinchu runakunaman kallpawan qatiykuy churasqa manaraq kaptin.</w:t>
      </w:r>
    </w:p>
    <w:p>
      <w:pPr>
        <w:pStyle w:val="ArticleScripture"/>
        <w:jc w:val="left"/>
      </w:pPr>
      <w:r>
        <w:rPr>
          <w:rFonts w:ascii="Times New Roman" w:hAnsi="Times New Roman" w:eastAsia="Times New Roman" w:cs="Times New Roman"/>
        </w:rPr>
        <w:t>“Ichaqa ñawpaq miraykunapi cristianokuna domingo p’unchawta waqaycharqanku, chayta ruwaspa Bibliamanta samana p’unchawta waqaychasqankuta yuyaspa; hinaspan kunanqa llapa iglesiakunapipas cheqaq cristianokuna kachkanku, romano católico huñunakuyta mana saqespa, paykuna chiqap sunquwan creenku domingo p’unchawqa Diospa churakusqan samana p’unchaw kasqanta. Diosqa paykunapa chiqap munayninta hinallataq ñawpaqninpi cheqaq kaynintapas chaskin. Ichaqa domingo p’unchaw waqaychay kamachiywan obligasqa kaptin, hinallataq mundo cheqaq samana p’unchawpa obligaciónninmanta yachachisqa kaptin, chaymanta pacha pipas Diospa kamachisqanta p’akispan, Romapa atiyninmanta aswan mana hatun autoridadniyoq kamachikuyta kasukuspa, chaywanqa papadoyta Diosmanta aswan hatunchanqa. Payqa Romaqtan yupaychan, hinallataq Romamanta kamasqa kamachikuyta kallpachaspa obligaq atiytapas. Bestiatawan imagennintawanmi yupaychan. Runakuna chay hina Diospa autoridadninpa unanchan kasqanta Dios nisqan kamachikuyta chinkachispanku, rantinpiqa Roma akllasqan, paypa llump’ay atiyninpa señalan kasqanta hatunchaspa, chaywanmi Roma-man kasukuypa unanchanta—‘bestiapa señalan’—chaskinqaku. Manataqmi kay asunto runakunapa ñawpaqenman sut’i churaska kaqtin, paykunata Diospa kamachikuyninkuna y runakunapa kamachikuyninkuna ukhupi akllanaykupaq apamusqa kaqtinraq, huchallikuypi hinalla puriqkunaqa ‘bestiapa señalan’ chaskinqaku.” The Great Controversy, 449.</w:t>
      </w:r>
    </w:p>
    <w:p>
      <w:pPr>
        <w:pStyle w:val="ArticleBody"/>
        <w:jc w:val="left"/>
      </w:pPr>
      <w:r>
        <w:rPr>
          <w:rFonts w:ascii="Times New Roman" w:hAnsi="Times New Roman" w:eastAsia="Times New Roman" w:cs="Times New Roman"/>
        </w:rPr>
        <w:t>Uywakuna, animalta atipaqkuna, animalpa rikchayninta atipaqkuna, animalpa señasqanta atipaqkunaqa, sutinpa yupaynintapas atipaytaqa tiyanmi. Tariypi pacha hinallataq, Tiro llaqtaqa hatun qachwa warmi mana qunqasqa kasqan pacha, Protestante pacha runakunaqa papadota anticristo kasqanta yacharqanku. Paykunaqa yacharqanku Pablo papadota reqsisqanta: “chay mana allin runa”, “hucha runa”, “mana allin ruwanakunapa pakasqa kaynin”, hinaspa “chinkaypa churin” nispa; “Dios sutiyuq llapa imaymanamanta, otaq yupaychasqa llapa imaymanamantapas contrampi sayarispa, hinaspa pay kikinqa Dios hina Diospa templonpi tiyaykuspa, kikinta qawachin Dios kasqanta.” Ichaqa kunanqa Tiro llaqtaq hatun qachwa warmiqa qunqasqanñam.</w:t>
      </w:r>
    </w:p>
    <w:p>
      <w:pPr>
        <w:pStyle w:val="ArticleBody"/>
        <w:jc w:val="left"/>
      </w:pPr>
      <w:r>
        <w:rPr>
          <w:rFonts w:ascii="Times New Roman" w:hAnsi="Times New Roman" w:eastAsia="Times New Roman" w:cs="Times New Roman"/>
        </w:rPr>
        <w:t>Ñawpaq pachakunapi karqan imaymana isopsefía, utaq gematría, nisqakunapa ruwanakuykuna, chaykunaqa qhawachirqan “666” yupayqa simbólicamente papakuyta rikuchisqanta. Chaymanta huk clásico ejemplonqa kaymi: papapa mitranninpi qelqasqa kachkan simikuna Vicarius Filii Dei. Vicarius Filii Dei, nisqaqa “Diospa Churinpa rantinpi kamachiq” ninanmi, chayraykutaq Diospa templonpi tiyaykusqanmanta mañakusqanta rimarin, Dios kasqanta nispa. Latín simikunapi kaq qillqakuna Vicarius Filii Dei nisqapiqa suqta pachak soqta chunka suqtayoq yupaymanmi chayanan.</w:t>
      </w:r>
    </w:p>
    <w:p>
      <w:pPr>
        <w:pStyle w:val="ArticleBody"/>
        <w:jc w:val="left"/>
      </w:pPr>
      <w:r>
        <w:rPr>
          <w:rFonts w:ascii="Times New Roman" w:hAnsi="Times New Roman" w:eastAsia="Times New Roman" w:cs="Times New Roman"/>
        </w:rPr>
        <w:t>Uywakuna, mayqinchus papal atiyniyuq kasqan, yupayninwan reqsichisqa kachkan, chay yupaynintaq “666” nisqa kachkan; ichaqa huchayuq runaqa 1798 watapi wañuchiq k’iriyta chaskirqan, hinaspa qonqapusqa karqan. Qhepa p’unchaykunapi chay wañuchiq k’iriy hampisqa kanan tiyan, hinaspa chay wañuchiq k’iriy hampisqa kasqanmi reqsichin Estados Unidos ñawpaqta kikin suyunpi uywaman rikch’aqta rurasqanta, chaymantataq kay pachapi llapa runakunata chay hinallataq ruranankupaq kallpachasqanta.</w:t>
      </w:r>
    </w:p>
    <w:p>
      <w:pPr>
        <w:pStyle w:val="ArticleBody"/>
        <w:jc w:val="left"/>
      </w:pPr>
      <w:r>
        <w:rPr>
          <w:rFonts w:ascii="Times New Roman" w:hAnsi="Times New Roman" w:eastAsia="Times New Roman" w:cs="Times New Roman"/>
        </w:rPr>
        <w:t>Kay pachapa uywan rikch’ayninqa iskay sapa hinallataq kinsa sapa hinam. Profetap rimayninman hina iskay sapa hinan, imaraykuchus iglesiatawan estadotawan huñusqanmanta ruwasqa; ichaqa kinsa sapa hinam, imaraykuchus dragónmanta, uywamanta, llulla profetamantawan ruwasqa kasqanrayku. Pacha llapanta Armagedónman pusayta munaspa apamuq chay kikin atiykunap kinsa sapa huñuynin sayarichisqa kaptin, paykunaqa qanchismanta kaq, pusaq ñiqin reino hina chay uywan kanqaku; hinallataq soqta ñiqin reinop kinsa sapa huñuyninpas kanqa. Qhepa p’unchaykunapi uywapa sut’in yupayninqa yapamanta “666” kashan, imaraykuchus soqta ñiqin reinop sapa hukninmanta kaq kinsa reinokunata rikuchisqanrayku.</w:t>
      </w:r>
    </w:p>
    <w:p>
      <w:pPr>
        <w:pStyle w:val="ArticleBody"/>
        <w:jc w:val="left"/>
      </w:pPr>
      <w:r>
        <w:rPr>
          <w:rFonts w:ascii="Times New Roman" w:hAnsi="Times New Roman" w:eastAsia="Times New Roman" w:cs="Times New Roman"/>
        </w:rPr>
        <w:t>Uywakuna, rikch’aynin, sanampas sutinpa yupayninmanta atipayninta hap’iyqa kay watuchakuyta entiendenanmi: “pusajqa qanchismantam” nisqanta, chaymi Daniel iskaypa pakasqa yachaynin, chayta entiendenanpaqmi Daniel mañakurka. Kayqa Jesucristoq Revelaciónninmanta huk ima kasqanmi, justificación wichq’aykuy tukunanman qayllapi kicharisqa, imaraykuchus Juan nisqan hina, “pachaqa qayllañam.” Chayrayku, chay atipayninta hap’iqkunaqa plagas taqsimuq angelkunawan kuska kasqankuta rikuchisqa kanku, imaraykuchus paykunaqa atipayninta, icha manaña pisi proféticota entiendenata, justificación wichq’aykuy tukunanman qayllapi hap’inku.</w:t>
      </w:r>
    </w:p>
    <w:p>
      <w:pPr>
        <w:pStyle w:val="ArticleBody"/>
        <w:jc w:val="left"/>
      </w:pPr>
      <w:r>
        <w:rPr>
          <w:rFonts w:ascii="Times New Roman" w:hAnsi="Times New Roman" w:eastAsia="Times New Roman" w:cs="Times New Roman"/>
        </w:rPr>
        <w:t>Jesucristoq Revelaciónninqa probacionpa wichq’ay tukukuyninmanta ñawpaqta kichasqa kasqanta entiendenqakuna, hinaspa “666” yupayqa chay rikuchisqapa huknin kaqnin kasqanta yachaqkunaqa mana qispinqachu Ezequiel qhelqapa pusaq ñiqin kapítulonpa rikuchisqanqa pichqa punchawpi qallarisqanta qhawariyta—chaymi soqta punchawmanta huk p’unchaw ñawpaq kaq—, soqta killapi, soqta watapi. Pusaq ñiqin kapítulopa tukukuyninkama iskay chunka pichqa qharikuna intiman qonqorikunku, hinaspa isqon ñiqin kapítuloqa Diospa sellonta chaskiqkunata reqsichin.</w:t>
      </w:r>
    </w:p>
    <w:p>
      <w:pPr>
        <w:pStyle w:val="ArticleBody"/>
        <w:jc w:val="left"/>
      </w:pPr>
      <w:r>
        <w:rPr>
          <w:rFonts w:ascii="Times New Roman" w:hAnsi="Times New Roman" w:eastAsia="Times New Roman" w:cs="Times New Roman"/>
        </w:rPr>
        <w:t>Kawsaq rikch’ariypa contextoqa manchay uywapa señalanmi, Diospa sellonwan kuska, chay rikch’ariypas kicharisqa kashan domingo kamachiy ñawpaqlla, “666” yupaywan rikuchisqa hina. Ichaqa, Estados Unidos llaqtapi domingo kamachiypi kasqanmanta reqsisqa probationpa tukukuyninqa manan runakunapa llapan probationninkupa tukukuyninchu; Seventh-day Adventistakunaqllapa probationninkupa tukukuyninmi.</w:t>
      </w:r>
    </w:p>
    <w:p>
      <w:pPr>
        <w:pStyle w:val="ArticleBody"/>
        <w:jc w:val="left"/>
      </w:pPr>
      <w:r>
        <w:rPr>
          <w:rFonts w:ascii="Times New Roman" w:hAnsi="Times New Roman" w:eastAsia="Times New Roman" w:cs="Times New Roman"/>
        </w:rPr>
        <w:t>Rikch’ariyqaqaqa Jerusalén llaqtap ukhupin pasasqanta hina qhawachisqa, chaymi Qanchis p’unchawpa Adventista iglesiata unanchan. Estados Unidos llaqtapi domingo kamachiy churasqa kaptin, Qanchis p’unchawpa Adventistakuna sapallankum chaypi hinallataq chay pachapi Sabadopa k’anchayninman hina yupaychasqa kanankupaq.</w:t>
      </w:r>
    </w:p>
    <w:p>
      <w:pPr>
        <w:pStyle w:val="ArticleScripture"/>
        <w:jc w:val="left"/>
      </w:pPr>
      <w:r>
        <w:rPr>
          <w:rFonts w:ascii="Times New Roman" w:hAnsi="Times New Roman" w:eastAsia="Times New Roman" w:cs="Times New Roman"/>
        </w:rPr>
        <w:t>“Sichus cheqaq k’anchayqa qamman qhawachisqa kaptin, tawa kaq kamachiypa Samana punchawninta rikuchispa, hinaspa Diospa Siminpi mana ima takyachinapas kanchu domingo punchaw waqaychanapaq nispa qhawachispa, ichaqa qam llulla samana punchawmanraq hap’ipakunki, Diospa ‘ñoqaqa santo punchawniy’ nisqan Samana punchawta santochaspa waqaychanaykita mana munaspa, uywapa unanchanta chaskinki. Hayk’aqtaq kayqa ruwakun?—Domingo punchawpi llamk’ayta saqenaykipaq hinaspa Diosta yupaychanaykipaq kamachiq kamachita kasukuspayki, chaymanta Bibliapi mana huk simillapas kanchu domingo punchawqa llank’anapaq pisi allin p’unchawmanta huk hina kasqanta rikuchiq, chayta yachaspayki, uywapa unanchanta chaskinaykipaq rimarinki, hinaspa Diospa sellonta mana chaskiyta munanki. Sichus kay unanchata urquykunapi utaq makinkunapi chaskisunchik chayqa, mana kasukuqkunapaq willasqa taripaykunanqa ñoqanchikman urmaykuyta tiyan. Ichaqa kawsayniyuq Diospa sellonqa Señorpa Samana punchawninta yuyaywan, sonqonchispi chiqap kaspa waqaychaqkunaman churakun.” Review and Herald, April 27, 1911.</w:t>
      </w:r>
    </w:p>
    <w:p>
      <w:pPr>
        <w:pStyle w:val="ArticleBody"/>
        <w:jc w:val="left"/>
      </w:pPr>
      <w:r>
        <w:rPr>
          <w:rFonts w:ascii="Times New Roman" w:hAnsi="Times New Roman" w:eastAsia="Times New Roman" w:cs="Times New Roman"/>
        </w:rPr>
        <w:t>Ezequielpa qanchis p’unchayuq qhelqepaq pusajmanta chunka hukniyuq kama rikuchisqan musuq qhawariyqa, Jerusalénpaq probacionnin tukukuyninman ñawpaqman apaq willakuyta reqsichin. Chayqa rikuchisqa kachkan “666” yupay chayamunankama huk p’unchaylla pisi qhipamanpas hina; hinaspa pusaj kaq qhelqepaqmi Jerusalén ukhupi aswan-aswan hatunchasqa hatarikuq mana kasukuyta reqsichin, chaymi tukuyninpi ñawpaq runakuna intiman qonqorikunku, chay hina uywaqa señaltan chaskikunku.</w:t>
      </w:r>
    </w:p>
    <w:p>
      <w:pPr>
        <w:pStyle w:val="ArticleBody"/>
        <w:jc w:val="left"/>
      </w:pPr>
      <w:r>
        <w:rPr>
          <w:rFonts w:ascii="Times New Roman" w:hAnsi="Times New Roman" w:eastAsia="Times New Roman" w:cs="Times New Roman"/>
        </w:rPr>
        <w:t>Pusaj t’aqaqa, sut’inchan huk angel Jerusalén llaqtata purisqanta (chayhinataq huk ñawpaqman riq sequenciata reqsichispa), hinaspa chaypi huk clase runakunaman huk sellota churashaqta, chay wañuchiq angelkuna ñawpaqta mana selloyuqkuna llapanta wañuchinankupaq qhipaman hamunankukama. Iskay t’aqakunaqa huk progresivota historiata reqsichinku, chaymi domingo leyman pusan, maypichus huk clase intiman qonqorikun, hukñataq Diospa sellonta chaskin. Chaymantataq mana allin runakuna Jerusalénmanta hurqusqaña kanku, imaraykuchus domingo leymi mana allinkunata yachaqkunamanta t’aqan.</w:t>
      </w:r>
    </w:p>
    <w:p>
      <w:pPr>
        <w:pStyle w:val="ArticleBody"/>
        <w:jc w:val="left"/>
      </w:pPr>
      <w:r>
        <w:rPr>
          <w:rFonts w:ascii="Times New Roman" w:hAnsi="Times New Roman" w:eastAsia="Times New Roman" w:cs="Times New Roman"/>
        </w:rPr>
        <w:t>Ezequiel qhelqa isqun kaqpi sut’ichisqa selladoqa, Apocalipsis qhelqa qanchisniyuq kaqpi sut’ichisqa selladowan kikinmi.</w:t>
      </w:r>
    </w:p>
    <w:p>
      <w:pPr>
        <w:pStyle w:val="ArticleScripture"/>
        <w:jc w:val="left"/>
      </w:pPr>
      <w:r>
        <w:rPr>
          <w:rFonts w:ascii="Times New Roman" w:hAnsi="Times New Roman" w:eastAsia="Times New Roman" w:cs="Times New Roman"/>
        </w:rPr>
        <w:t>“Kay hina rikch’akusqakuna hamuq kanan chayhina kaptinqa, hatun llakiy huchasapa pacha runakunapa hawanman uraykamuptin, maypitaq Diospa llaqtanpaq pakakuy kanqa? Imaynataq paykuna waqaychasqa kanqaku phiñasqa p’unchay pasakunan kama? Juanqa rikun naturalezaq imayna kaqninakunata—pacha kuyuyta, wayra para muchuypaq hatariyninta, hinallataq políticapi ch’aqwayta—tawa angelkuna hap’ispa hark’asqankuta hina rikuchisqa kasqanta. Kay wayrakuna kamachisqa kanku Dios rimariptinraq kacharichinankama. Chaypin Diospa iglesianpa qespichiynin kashan. Diospa angelninkuna paypa kamachisqanta ruwanku, pachapa wayrankunata hark’aspa, ama wayrakuna wayranankupaq pachamanpas, lamar qochamanpas, ni mayqin sach’amanpas, Diospa kamachinkuna urkunpi señalasqa kanankukama. Atiyniyuq angelqa inti lluqsimuy llaqtamanta wicharimuqta rikuchisqa kashan. Kay aswan atiyniyuq angelqa makinpi apashan kawsayniyuq Diospa sellonta, icha sapallan kawsayta quqpa sellonta, pichus urkunpi qillqayta otaq unanchata qillqayta atin, pimankunachus wiñay kawsay, mana wañuq kay qosqa kanqa. Kay aswan hatun angelpa rimayninmi autoridadniyuq karqa tawa angelkunata kamachinampaq chay tawa wayrakunata hark’aspa waqaychanankupaq kay ruwana tukusqankama, hinallataq pay kikin kacharinampaq qayakuyninta qunankama.”</w:t>
      </w:r>
    </w:p>
    <w:p>
      <w:pPr>
        <w:pStyle w:val="ArticleScripture"/>
        <w:jc w:val="left"/>
      </w:pPr>
      <w:r>
        <w:rPr>
          <w:rFonts w:ascii="Times New Roman" w:hAnsi="Times New Roman" w:eastAsia="Times New Roman" w:cs="Times New Roman"/>
        </w:rPr>
        <w:t>“Kay pichkanku atipaqkuna kay pachata, aychata, supaytapas, chaykunaqa kawsaq Diospa sellonta chaskiq munasqa runakuna kanqaku. Mayqenkunapa makinkuna mana ch’uya kaq, sonqonkupas mana ch’uya kaq, chaykunaqa mana kawsaq Diospa selloniyuq kanqakuchu. Huchata ruwayta yuyaykuspa chayta ruwachkaqkunaqa saqisqa qiparinqaku. Hatun anti-típico Pampachanakuy P’unchaypi, Diospa ñawpaqenpi imayna kasqankupi, huchankumanta wanakuspalla, huchankuta confesakuspalla kaqkuna hina kaspa hunt’achkaqkunalla reqsisqa, señalisqa ima hinalla Diospa amachayninpaq allinchasqa hina qhawasqa kanqaku. Qispichiqninkupa rikurimuyninta qhawarispa, suyaspa, chapaspa sayaqtin mana qasillachu, tutamanta suyaqkunamanta aswan sinch’ita, aswan munaywan suyaqkunapa sutinkunaqa sellasqa kaqkunawan kuska yupasqa kanqaku. Chaykunam, cheqaq kaypa llipin k’anchaynin alma-nkuman lliphipichkaptinpas, willakusqanku iñiyninkuman hina rurayninkuna kananpaq kaptin, ichaqa huchawan qaysachisqa, sonqonkupi ídolokunata hatarichispa, Diospa ñawpaqenpi alma-nkuta ismuspa, huchapi paykunawan huñukuqkunatapas qellichaspa, sutinkunaqa kawsay libro-manta pichasqa kanqaku, chawpi tuta tutayaypi saqisqa, mechankupaq aceiten mana kaptin. ‘Sutiyta manchakuqniykichikkunamanqa Cheqaq Kay Inti phawarinqa, raphrankunapipas hampiywan.’”</w:t>
      </w:r>
    </w:p>
    <w:p>
      <w:pPr>
        <w:pStyle w:val="ArticleScripture"/>
        <w:jc w:val="left"/>
      </w:pPr>
      <w:r>
        <w:rPr>
          <w:rFonts w:ascii="Times New Roman" w:hAnsi="Times New Roman" w:eastAsia="Times New Roman" w:cs="Times New Roman"/>
        </w:rPr>
        <w:t>“Kay sirvintekunata Diospa señalayqa kikillanmi Ezequielman rikch’ayninpi qhawachisqa karqa. Juanpas kay llakiy mancharichiq hatun revelacionmanta testigom karqa. Payqa qhawaykurqa lamar qochata, olaskunatawan qapariqta, runakunapa sonqonkutataq manchakuymanta pisi kallpayoq tukusqanta. Payqa qhawarqaran hallp’a kuyuchisqa kasqanta, urqukunataq lamar qochapa chawpinman apasqa kasqanta (chayqa cheqaqtapunin kunanpas pasashan), unuynintaq qaparispalla ch’aqwayaqta, urqukunataq hatunyasqanwan katkatayta. Paymanpas qhawachirqaku plagas, unquykuna mast’arikuq, yarqay, wañuypas manchay ruwayninkuta hunt’ashaqta.” Testimonies to Ministers, 445.</w:t>
      </w:r>
    </w:p>
    <w:p>
      <w:pPr>
        <w:pStyle w:val="ArticleBody"/>
        <w:jc w:val="left"/>
      </w:pPr>
      <w:r>
        <w:rPr>
          <w:rFonts w:ascii="Times New Roman" w:hAnsi="Times New Roman" w:eastAsia="Times New Roman" w:cs="Times New Roman"/>
        </w:rPr>
        <w:t>Apocalipsis qanchis capítulopeqa pachak tawa chunka tawa waranqa runakunapa sellasqasqa kayninqa Ezequiel isqon capítulopepas rikuchisqa kashan, hinaspa sellaq angelqa inti lloqsimuy lawmanta wichariq, aswan atiyniyuq angelmi. Chinkachisqa kaqkuna, kawsay libromanta sutikuna pichasqa kaqkunaqa, “mecheronkukunawan kuska qipikunkapi mana aceiteniyuq” hina rikuchisqa kanku. Ezequiel pusajmanta chunka hukniyuq capítulo kama rikuypi iskay clase runakunaqa Mateo iskay chunka pichqayuqpi yachayniyuq, mana yachayniyuq virgenkunam kanku; chayraykun Adventistakuna kanku.</w:t>
      </w:r>
    </w:p>
    <w:p>
      <w:pPr>
        <w:pStyle w:val="ArticleScripture"/>
        <w:jc w:val="left"/>
      </w:pPr>
      <w:r>
        <w:rPr>
          <w:rFonts w:ascii="Times New Roman" w:hAnsi="Times New Roman" w:eastAsia="Times New Roman" w:cs="Times New Roman"/>
        </w:rPr>
        <w:t>“Mateo 25pi chunka sipaskunamanta rikch’achiypas Adventistakuna llaqtapa experiencianta hinallataq rikuchin.” The Great Controversy, 393.</w:t>
      </w:r>
    </w:p>
    <w:p>
      <w:pPr>
        <w:pStyle w:val="ArticleBody"/>
        <w:jc w:val="left"/>
      </w:pPr>
      <w:r>
        <w:rPr>
          <w:rFonts w:ascii="Times New Roman" w:hAnsi="Times New Roman" w:eastAsia="Times New Roman" w:cs="Times New Roman"/>
        </w:rPr>
        <w:t>Pani Whiteqa sut’inchaspa rimarin, Ezequielpa rikuyyninpi Jerusalén nisqaqa Adventismom kashanta:</w:t>
      </w:r>
    </w:p>
    <w:p>
      <w:pPr>
        <w:pStyle w:val="ArticleScripture"/>
        <w:jc w:val="left"/>
      </w:pPr>
      <w:r>
        <w:rPr>
          <w:rFonts w:ascii="Times New Roman" w:hAnsi="Times New Roman" w:eastAsia="Times New Roman" w:cs="Times New Roman"/>
        </w:rPr>
        <w:t>“Diospa cheqaq llaqtan, pichus Señorpa llamk’ayninpa espiritunta, hinaspa almaskunapa salvacionninta sonqonpi apaqkuna, huchataqa sapa kuti qawanqaku cheqaq kasqanman hina, huchallaña kasqanpi. Paykunaqa hayk’aqpas kasqakuqku Diospa llaqtanta mana sasachaylla muyuriq huchakunawan cheqap simiwan, fiel kaqwan trataypa ladonpi. Aswanmi iglesiapa tukukuynin llamk’aypi, pachak tawa chunka tawa waranqa (144,000) sellakusqakuna Diospa trönonpa ñawpaqenpi mana pantasqa sayanankupaq kaqkunapa tiempompi, Diospa llaqtan nisqakunapa mana allinkunata aswan sonqomanta nanachikunqaku. Kayqa kallpawanmi profetapa rikch’achisqanpi qhawachisqa kachkan qhipa llamk’ayta, sapa qhari makimpi wañuchiy armata apaq hina. Huk qhari paykunamanta llinu p’achawan p’achasqa karqa, ladonpitaq qillqaqpa tintan apananwan. ‘Señortaq payta nirqan: Llaqtapa chawpinman puriy, Jerusalénpa chawpinman puriy, hinaspa señalta churay frentenkunapi llakikukkunapa hinaspa waqaqkunapa, llapa millay mana allinkunamanta chaypi rurakusqanrayku.’” Testimonies, volume 3, 266.</w:t>
      </w:r>
    </w:p>
    <w:p>
      <w:pPr>
        <w:pStyle w:val="ArticleBody"/>
        <w:jc w:val="left"/>
      </w:pPr>
      <w:r>
        <w:rPr>
          <w:rFonts w:ascii="Times New Roman" w:hAnsi="Times New Roman" w:eastAsia="Times New Roman" w:cs="Times New Roman"/>
        </w:rPr>
        <w:t>Ezequielpa pusaj chunka pusaqniyuqmanta chunka hukniyuq kama qhawayninqa, chiqapta rimarin Adventismopa historianta, domingo kamachikuyman qayllaykuspa chaypi pasaqmanta. Chayqa reqsichin iskay clase yupaychaqkunata Jerusalén ukhupi kaqkunata (Adventismopi), hinallataq profecía hina tinkisqa kachkan Jesucristoq Apocalipsisninwan, qichusqa kachkan pruebanakuy tukukuymanta manaraq, ñawpaq willakuyninkunamanta hukninqa profecía simbolismopi “666” yupayta churashanrayku. Chayta ruwaspanmi reqsichin tawa imaymanakunamanta hukninta, qhipa p’unchaykunapi yachaqkuna atipayta kananpaq; chay tawantinmi kanku qanchisniyuqmanta “pusaq kaq” nisqapa k’anchayninmanta. Apocalipsis chunka pichqayuqpas reqsichinmi papadopa tawa simbólico kasqankunamanta atipayta taripaqkunaqa Moisespa hinallataq Corderopa takiyninta takinkuta.</w:t>
      </w:r>
    </w:p>
    <w:p>
      <w:pPr>
        <w:pStyle w:val="ArticleBody"/>
        <w:jc w:val="left"/>
      </w:pPr>
      <w:r>
        <w:rPr>
          <w:rFonts w:ascii="Times New Roman" w:hAnsi="Times New Roman" w:eastAsia="Times New Roman" w:cs="Times New Roman"/>
        </w:rPr>
        <w:t>Chay p’unchaypi Isaias, iskay chunka qanchisniyuq t’aqapi, ninmi qhepa p’unchaykunapa chiqap runakuna uvas chakrapa takiyninta takinqaku, chayqa Cordero runakunapurapi purispa takisqan takiy, mayqen takiytaq akllasqa llaqtata reqsichin, chay llaqtataq huk musuq akllasqa llaqta akllakusqankama qispichisqa hina saqesqa kachkan. Chay takiytaqa qhepa p’unchaykunapa “yachaqkuna” takinku Ezequiel isqun t’aqapiwan Apocalipsis qanchis t’aqapi sellasqa kasqan pachapi. Ezequielpa pusajmanta chunka hukniyuqkama t’aqakuna rikukuyninqa chay kikin takiypi kaqmi.</w:t>
      </w:r>
    </w:p>
    <w:p>
      <w:pPr>
        <w:pStyle w:val="ArticleBody"/>
        <w:jc w:val="left"/>
      </w:pPr>
      <w:r>
        <w:rPr>
          <w:rFonts w:ascii="Times New Roman" w:hAnsi="Times New Roman" w:eastAsia="Times New Roman" w:cs="Times New Roman"/>
        </w:rPr>
        <w:t>Kay yachayta qatiqnin qelqapi qatiyasunchis.</w:t>
      </w:r>
    </w:p>
    <w:p>
      <w:pPr>
        <w:pStyle w:val="ArticleScripture"/>
        <w:jc w:val="left"/>
      </w:pPr>
      <w:r>
        <w:rPr>
          <w:rFonts w:ascii="Times New Roman" w:hAnsi="Times New Roman" w:eastAsia="Times New Roman" w:cs="Times New Roman"/>
        </w:rPr>
        <w:t>“Diospa chiqap llaqtan, Señormi llamk’ayniyuq espirituta hinaspa almaskuna qespichiyta sunqunkupi apaqkunaqa, huchataqa sapa kuti chiqap hucha kasqanman hina qhawarinqaku. Paykunaqa hayk’aqpas Diospa llaqtanta sasa muyuykuspa hap’iq huchakunawan chiqap, mana pakasqa rimaywan chiqanta rurayman sayasqallapuni kankaku. Aswanraq iglesiapa tukukuynin llamk’aypi, Diospa tronanpa ñawpaqenpi mana ima pantasqayuq sayarinankupaq kaq pachak tawa chunka tawa waranqa runakunapa sellakusqan pacha, chaypim Diospa llaqtan nisqa runakunapa mana allinkunata aswan sunqumanta nanachikunku. Kayqa kallpawan rikuchisqa kachkan profetapa qawachisqanpi, qhipa llamk’ayta rikuchispa, sapa qaripa makinpi wañuchiq armasniyuq kasqan unanchawan. Chaykunamanta huk qariqa linu p’achallikusqa karqa, ladonpitaq qillqaqpa tintamanta waqaychananta apasharqa. ‘Hinaspan Señor payta nirqa: Llaqtapa chawpinman puriy, Jerusalénpa chawpinmantataq puriy; hinaspa chaypi ruwasqa llapa millay millay ruwaykunamanta llakikuspa waqaq runakunapa urkunkuman huk señalta churay.’”</w:t>
      </w:r>
    </w:p>
    <w:p>
      <w:pPr>
        <w:pStyle w:val="ArticleScripture"/>
        <w:jc w:val="left"/>
      </w:pPr>
      <w:r>
        <w:rPr>
          <w:rFonts w:ascii="Times New Roman" w:hAnsi="Times New Roman" w:eastAsia="Times New Roman" w:cs="Times New Roman"/>
        </w:rPr>
        <w:t>“¿Pitaqkunataq kay p’unchaykunapi Diospa yuyayman sayaqkuna? ¿Chaykunachu Diospa sutinta apaq runakuna ukhupi mana allin ruwanakunata casi pampachaqkuna, hinaspa sonqollankupi, mana chayqa sut’ipi, huchata qhawarichiyta munasqankunapaq rimaykuchaqkunapa contranpi rimraqkuna? ¿Chaykunachu paykunapa contranpi sayaqkuna, hinaspa mana allinta ruwachkankuwan kuska sonqoyoqkuna? ¡Manam, cheqaqtapuni! Mana arrepentekuspa, Satanaspa ruwananmanta mana lluqsimunkuchu—llank’aypa qepipi apaqkunata ñak’arichispa, hinaspa Sionpi huchasapa runakunapa makinkunata hap’iqtaraq—manapuni hayk’aqpas Diospa sellosqanmanta allinchasqa unanchanta chaskinqakuchu. Millay runakunapa llapan chinkachisqa kayninwan kuska urmanqaku, pichqa qhari wañuchiq armakunata apaqkunapa ruwasqanwan nisqa hina. Kay puntoqa allinta qhawariy: Cheqaq kaypa ch’uya unanchanta chaskiqkuna, Santo Espíritupa atipayninwan paykunapi ruwasqa, lino p’achayuq qharipa unanchasqanwan rikuchisqa, chaykunaqa iglesiapi ruwasqa llapa millay millay ruwaykunamanta “llakikuspanku hinaspa waqaspanku” kaqkunan. Ch’uya kayta munakuyninku, Diospa yupaychasqa kayninpaq hinaspa k’anchayninpaq munakuyninku hinallataq, huchapa ancha huchasapa kasqanta sut’i qhawasqankurayku, nanaypi kasqankuman hina rikuchisqa kanku, hasta llakikuspanku hinaspa waqaspanku. Ezequielpa isqon kaq capitulonta ñawiriy.”</w:t>
      </w:r>
    </w:p>
    <w:p>
      <w:pPr>
        <w:pStyle w:val="ArticleScripture"/>
        <w:jc w:val="left"/>
      </w:pPr>
      <w:r>
        <w:rPr>
          <w:rFonts w:ascii="Times New Roman" w:hAnsi="Times New Roman" w:eastAsia="Times New Roman" w:cs="Times New Roman"/>
        </w:rPr>
        <w:t>“Pero llapa chaykuna mana chayhinata huchawan chanin kaypa hatun chikanchasqanta qhawaspa, mana Diospa yuyay kamachikuyninpi sayaqkuna hinata sonqonpi nanachikuqkuna, unataq señalta chaskiqkuna hina kasqankumanta, llapan paykunapa wañuchisqa kananqa pichqa qharikunaman wañuchiy armankuna apaqkunaman qusqa kamachiypi rimarisqa kachkan: ‘Paypa qhepantata llaqtata purispa riychis, hinaspa maqaychis: ama ñawiykichis perdonachunchu, nitaq khuyapayakuychischu: machu runakunatawan wayna runakunata, sipaskunata, wawakunata, warmikunatapas tukuyta wañuchiychis: ichaqa ama qayllaykuychischu señalyuq mayqin qharimanpas; hinaspa Qaypa santuarionmanta qallariychis.’ Testimonies, volumen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qillqap willkakuynin - Suqta chunka pusaqniyuq##</dc:title>
  <dc:subject>Revelasqan Ezequielpa Pusaqniyuq kapitulonpi profétic mensajeta: Domingopa Leyninwan qhepa p’unchaykuna៘</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