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Chunka Qanchisniyuq Isqonniyuq</w:t>
      </w:r>
    </w:p>
    <w:p>
      <w:pPr>
        <w:pStyle w:val="ArticleSubtitle"/>
        <w:jc w:val="left"/>
      </w:pPr>
      <w:r>
        <w:rPr>
          <w:rFonts w:ascii="Arial" w:hAnsi="Arial" w:eastAsia="Arial" w:cs="Arial"/>
        </w:rPr>
        <w:t>Paqarichispa Wiñaymanta Hamuq Miraykuna Muyunta: Adventismopa Tawa Millay Ruwayninkuna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Diosqa mana hayk’aqpas tikranchu, chayraykutaq Adventismoqa tawa mirayninpi juzgasqa kachkan.</w:t>
      </w:r>
    </w:p>
    <w:p>
      <w:pPr>
        <w:pStyle w:val="ArticleScripture"/>
        <w:jc w:val="left"/>
      </w:pPr>
      <w:r>
        <w:rPr>
          <w:rFonts w:ascii="Times New Roman" w:hAnsi="Times New Roman" w:eastAsia="Times New Roman" w:cs="Times New Roman"/>
        </w:rPr>
        <w:t>«“Hinan llaqt’amanta qayarqan linu p’achawan p’achasqa runata, ladonpin qillqaqpa tinterunta apaq; hinaspan Señor nirqan: Llaqta ukhunta puriy, Jerusalén ukhunta puriy, hinaspa chaypi ruwasqa llapa millay abominacionkunamanta llakikuspataq waqaspataq kachkanku chay qharikunapa urkunman huk señalta churay. Wakinkunatataq uyariyniypi nirqan: Paypa qhepantataq llaqtata puriychis, hinaspa wañuchiychis; ama ñawiykichis qespichichunchu, amataq khuyapayakuychischu: machu runakunatawan wayna runakunatawan, sipaskunatawan, wawakunatawan, warmikunatawan tukuyta wañuchiychis; ichaqa señalniyoq runamanqa ama asuychischu; hinaspa Santuarionniymantapuni qallariychis. Chaymantataq wasipa ñawpaqenpi kaq machu runakunamanta qallariqku.”»</w:t>
      </w:r>
    </w:p>
    <w:p>
      <w:pPr>
        <w:pStyle w:val="ArticleScripture"/>
        <w:jc w:val="left"/>
      </w:pPr>
      <w:r>
        <w:rPr>
          <w:rFonts w:ascii="Times New Roman" w:hAnsi="Times New Roman" w:eastAsia="Times New Roman" w:cs="Times New Roman"/>
        </w:rPr>
        <w:t>“Jesúsqa hanaq santuarioq khuyapayakuy tiyananmanta lloqsiytaña kashan, chaninchasqa p’achakunata churakuspa, Diostaq qowasqan k’anchayman mana kutichikuqkunapa contranpi taripaykunawan phiñakuyninta talliyananpaq. ‘Mana usqhayllamanta mana allin ruwaypaq kamachisqa muchuy mana hunt’achisqa kaptinmi, runaq churinkunapa sonqonku junt’asqa kachkan mana allinta ruwanankupaq.’ Señor paykunapaq ima unay pacienciawan, hatun muchuy-suyanawan ima ruwasqanta mana sonqochakuspaqa, Diosta mana manchakuqkuna, cheqaq kayta mana munakuqkunaqa mana allin puriyninkupi sonqonkuta aswan kallpachakunku. Ichaqa Diospa muchuy-suyayninpaqpas límitekuna kanmi, achka runakunaqtaq chay sayaykunata nisqallañas pasashanku. Paykunaqa graciapa límitekunata llallirqanku, chayraykutaq Diosqa haykunan, kikinpa yupaychayninta chaninchaytaq tiyan.”</w:t>
      </w:r>
    </w:p>
    <w:p>
      <w:pPr>
        <w:pStyle w:val="ArticleScripture"/>
        <w:jc w:val="left"/>
      </w:pPr>
      <w:r>
        <w:rPr>
          <w:rFonts w:ascii="Times New Roman" w:hAnsi="Times New Roman" w:eastAsia="Times New Roman" w:cs="Times New Roman"/>
        </w:rPr>
        <w:t>Amor runakunamantaqa Señor nirqan: “Tawa miraypi kutimunqaku kayman huktawan; Amor runakunaq huchanqa manaraqmi hunt’akunchu,” nispa. Kay nacionqa rikch’akusqa karqan yupaychasqa wak’a-diosninkunawan chaymanta mana allin kawsayninkunawanpas, ichaqa manaraqmi huchankupa k’asillanta hunt’achkarqanchu, chayraykutaq Diosqa manam kamachiyta qonqachu tukuy chinkachisqa kananpaq. Runakunaqa rikunan karqan Diospa atiynin sut’inchasqa hinata hatun reqsisqa rikuchisqa kasqanta, mana imapas pampachaypaq paykunaman saqesqa kananpaq. Kuyapayakuq Kamaqmi munarqan huchankuta awantayta tawa miray kama. Chaymanta, allinman tikrasqa mana rikukuptinqa, paypa taripayninkuna urmaykunan karqan paykunapa patanman.</w:t>
      </w:r>
    </w:p>
    <w:p>
      <w:pPr>
        <w:pStyle w:val="ArticleScripture"/>
        <w:jc w:val="left"/>
      </w:pPr>
      <w:r>
        <w:rPr>
          <w:rFonts w:ascii="Times New Roman" w:hAnsi="Times New Roman" w:eastAsia="Times New Roman" w:cs="Times New Roman"/>
        </w:rPr>
        <w:t>Mana pantaymana chiqap kachkan mana pantayniyuq Tukuy Atyniyuqqa llapa nacionkunawan khipupi yupaychasqa kasqanmi kachkanraq. Qispichiy munayninwan llamp’u kuyakuyninqa wanakuyman waqyayninkunawan qusqa kachkaptinpas, kay yupaychasqa khipu kichasqa qhiparinqa; ichaqa yupaykuna Diospa churasqan huk tupuyman chayaptinqa, phiñakuyninpa kamachiynin qallarin. Khipu wichq’asqanña. Diospa muchuy sonqochakuynin tukukunña. Manan aswanqa paykunapa favorninpi kuyapayakuymanta mañakuy kanchuña.</w:t>
      </w:r>
    </w:p>
    <w:p>
      <w:pPr>
        <w:pStyle w:val="ArticleScripture"/>
        <w:jc w:val="left"/>
      </w:pPr>
      <w:r>
        <w:rPr>
          <w:rFonts w:ascii="Times New Roman" w:hAnsi="Times New Roman" w:eastAsia="Times New Roman" w:cs="Times New Roman"/>
        </w:rPr>
        <w:t>“Profetaga, wiñay p’unchaykunata qhawarispa, kay pachata rikch’ayninpi rikurqan. Kay pachapi nacionkunaqa mana hayk’aqpas rikukuq khuyapayakuykunata chaskirqanku. Hanaq pacha bendicionkunamanta aswan akllasqakunata paykunaman qorqanku; ichaqa aswan hatun runayay, qhapaq kayta munay, ídolo yupaychay, Dios-ta pisipaq qhawariy, hinallataq p’enqaylla mana agradecikuy, chaykunaqa paykunapa contranpi qelqasqa kachkan. Utqaymanta Dioswan cuentankuta tukuchayman wichq’aykuchkanku.”</w:t>
      </w:r>
    </w:p>
    <w:p>
      <w:pPr>
        <w:pStyle w:val="ArticleScripture"/>
        <w:jc w:val="left"/>
      </w:pPr>
      <w:r>
        <w:rPr>
          <w:rFonts w:ascii="Times New Roman" w:hAnsi="Times New Roman" w:eastAsia="Times New Roman" w:cs="Times New Roman"/>
        </w:rPr>
        <w:t>“Ichaqa manchachiwanmi kayqa: aswan hatun k’anchayta, aswan hatun qhapaq kaykunatapas chaskiqkunaqa llapallamanta mast’arisqa mana alli ruwaywan q’añuchisqa karqaku. Paykunapa muyuriqninpi mana chanin runakunapa kallpachisqanrayku, achkaqmi, cheqaq kayta rimarispa willakuqkunamantapas, chiri tukusqaku, hinaspa mana allipa sinchi mayun apasqan urayman urmachisqa kachkanku. Cheqaq yupaychasqa kawsayta, ch’uya kaytapas tukuy llaqtapi pisipasqankurayku, Diosta mana aswan qayllapi watakuqkunaqa paypa Kamachikuyninman manchakuyta chinkachkanku. Sichus paykuna k’anchayta qatishaspa, sonqomanta cheqaq kayta kasukushanku chayqa, kay ch’uya Kamachikuyqa paykunapaqqa aswan chaninnaqmi rikurinman, kayhina pisipasqa, qichusqa kaptinpas. Diospa Kamachikuyninman mana yupaychayqa aswan sut’ita rikurimuptin, chayta waqaychaqkunawan kay pachawan chawpipi rak’inakuyqa aswan sut’iman tuku. Huk rakhu runakunapaqqa divina kamachikuykunata munakuyqa yapaymi wiñan, imaynachus huk rakhu runakunapaq chaykunata pisipaq qhawayqa yapay wiñan chayman hina.”</w:t>
      </w:r>
    </w:p>
    <w:p>
      <w:pPr>
        <w:pStyle w:val="ArticleScripture"/>
        <w:jc w:val="left"/>
      </w:pPr>
      <w:r>
        <w:rPr>
          <w:rFonts w:ascii="Times New Roman" w:hAnsi="Times New Roman" w:eastAsia="Times New Roman" w:cs="Times New Roman"/>
        </w:rPr>
        <w:t>“Chay crisis utqaylla hamusqanmanña qayllaykuchkan. Utqaylla wiñashaq yupaykuna rikuchinku Diospa watukuyninpaq pacha ñaña chayamushasqanta. Castigananpaq mana munaspa chayqa, chaywanpas castiganqa, chaytaq utqayllataqmi. Kunan p’unchaw k’anchaypi puriqkunaqa hamuq peligropa señalkunanta rikuq kanqaku; ichaqa mana ch’inlla, mana llakikuywan suyaspalla tiyaykuyta atinankuchu chinkay hamunanta, sonqonkupi kusisqa kaspa Dios llaqtanta watukuypi p’unchawpi pakaykusaq nispa. Manam chayhinachu. Paykunaqa yachayta atinanku hukkunata qispichinankupaq tukuy kallpawan llank’anankuta, kallpachasqa iñiywan Diosman qhawarispa yanapayninta mañakuspa. ‘Allin runapa k’anchasqa, sonqomanta mañakuyninqa ancha atiyniyuqmi.’”</w:t>
      </w:r>
    </w:p>
    <w:p>
      <w:pPr>
        <w:pStyle w:val="ArticleScripture"/>
        <w:jc w:val="left"/>
      </w:pPr>
      <w:r>
        <w:rPr>
          <w:rFonts w:ascii="Times New Roman" w:hAnsi="Times New Roman" w:eastAsia="Times New Roman" w:cs="Times New Roman"/>
        </w:rPr>
        <w:t>“Diosman yupaychasqa levaduranqa manam lliwta atiyninta chinkachirqanchu. Iglesiapa peligronninpas, llakisqa urmasqanpas aswan hatun kaq p’unchawkunaqa, chhika huch’uy huñunakuy, k’anchaypi sayaqkuna, allpapi rurasqa millay mana allinkunamanta llakikuspanku waqaspanku kanqa. Ichaqa aswanraqmi paykunapa mañakusqanku iglesiapa rayku hanaqman wichariy kanqa, imaraykuchus miembrosninkunaqa kay pachapa runakunapa rurayninta hinam purichkanku.</w:t>
      </w:r>
    </w:p>
    <w:p>
      <w:pPr>
        <w:pStyle w:val="ArticleScripture"/>
        <w:jc w:val="left"/>
      </w:pPr>
      <w:r>
        <w:rPr>
          <w:rFonts w:ascii="Times New Roman" w:hAnsi="Times New Roman" w:eastAsia="Times New Roman" w:cs="Times New Roman"/>
        </w:rPr>
        <w:t>Kay sapa mañakuykuna kay mana achka, ichaqa cheqaq sonqoyoq iñiqkunap, mana yanqallachu kanqa. Señor lloqsimuqtin muchuqkunata kutichiq hina, payqa hamunqapuni tukuy chaykunata amachaq hinapas, pikunachus iñiyta ch’uya kayninpi waqaycharqanku, hinaspa kikinkuta kay pachamanta mana qhellichasqa waqaycharqanku. Kay pachapin Dios prometisqanmi kikin akllasqankunata vengarinqa, payman tutapipas punchawpipas waqyaspa qapariqkunata, pay paykunawan unayta suyaspa kasqanrayku.</w:t>
      </w:r>
    </w:p>
    <w:p>
      <w:pPr>
        <w:pStyle w:val="ArticleScripture"/>
        <w:jc w:val="left"/>
      </w:pPr>
      <w:r>
        <w:rPr>
          <w:rFonts w:ascii="Times New Roman" w:hAnsi="Times New Roman" w:eastAsia="Times New Roman" w:cs="Times New Roman"/>
        </w:rPr>
        <w:t>Kamachikuyqa kaymi: “Llaqtapa chawpinpi puriy, Jerusalénpa chawpinpitaq puriy; chaypi ruwasqa llapa millay mana allinkunamanta sonqonpi llakikuspa waqaq qharikunapa urkunman señalta churay.” Kay llakikuspa waqaqkunaqa kawsay simikunata willaspaqmi karqaku; huchacharqaku, yuyaycharqaku, mañakurqaku ima. Wakinkunaqa Diosman mana yupaychaspa p’enqayta apachiqkuna karqaku, ichaqa arrepentikurqaku hinaspa paypa ñawpaqenpi sonqonkuta pisiyman churakurqaku. Ichaqa Señorpa hatun k’anchayninqa Israelmanta ripusqaña karqa; achka runakuna yupaychaypa rikch’ayninkunallataraq katirqaku chaypas, atiyninpas kachkayninpas manañam karqañachu.” Testimonios, volumen 5, 207–210.</w:t>
      </w:r>
    </w:p>
    <w:p>
      <w:pPr>
        <w:pStyle w:val="ArticleBody"/>
        <w:jc w:val="left"/>
      </w:pPr>
      <w:r>
        <w:rPr>
          <w:rFonts w:ascii="Times New Roman" w:hAnsi="Times New Roman" w:eastAsia="Times New Roman" w:cs="Times New Roman"/>
        </w:rPr>
        <w:t>Kaypi pasajepi Hermana Whitepa rikuchisqan Diospa juicio ejemplopiqa Jerusalén llaqtaman apamusiq juicioyuqmi, chaymi qhepa p’unchaykunapiqa Séptimo Día Adventista Iglesiapi sut’ichasqa kachkan. Juiciuqa Domingo leywanmi tukukapun, chaypim Diospa sellonpas, bestiapa señalanpas churakunku. Ezequiel qhelqapa pusaq kaq capitulonmi tawa aswan-aswan hatun millay ruwaqkunata reqsichin. Ñawpaq versículoqa allinta enfatizan kay visiónqa probation tukukuyman chayaykuspa ñawpaqllaña entiendekunanpaq kasqanta, soqta wataq soqta killapa pichqa p’unchayninta reqsichispa.</w:t>
      </w:r>
    </w:p>
    <w:p>
      <w:pPr>
        <w:pStyle w:val="ArticleBody"/>
        <w:jc w:val="left"/>
      </w:pPr>
      <w:r>
        <w:rPr>
          <w:rFonts w:ascii="Times New Roman" w:hAnsi="Times New Roman" w:eastAsia="Times New Roman" w:cs="Times New Roman"/>
        </w:rPr>
        <w:t>Ezequielqa mana necesitarchu karqa chay historiapi rikuchiq punto churayta. Payqa sapaqllaña qelqayman karqa: “Hinaspa pasaraqmi noqaq wasiypi tiyaspay, Judá llaqta machukunapas ñawpaqniypi tiyaspanku, chaypi Señor Diospa makin urmaykamuwarqa.” Pay chay p’unchawman qhawarichisqanta, “666” manaraq ñawpaq p’unchawman, yapasqanmantaqa, profecíata yachaqkunapaqmi huk profético qhawarichiy kashan. Chay qhawarichiytaqa, bestiapa sutinpa yupayninmanta atipaqkuna, “666” nisqata reqsiqkuna, yachanku; chayqa Jesucristopa Revelaciónninmanta huk imapasmi, prueba p’unchawkuna tukukunankama qayllapi kichasqa. Kaytaqa paykuna yachanku, imaraykuchus paykunaqa Diospa runankunami, Pedro nisqanman hina, “ñawpaq pachakunapiqa mana Diospa runankunachu karqanku.”</w:t>
      </w:r>
    </w:p>
    <w:p>
      <w:pPr>
        <w:pStyle w:val="ArticleBody"/>
        <w:jc w:val="left"/>
      </w:pPr>
      <w:r>
        <w:rPr>
          <w:rFonts w:ascii="Times New Roman" w:hAnsi="Times New Roman" w:eastAsia="Times New Roman" w:cs="Times New Roman"/>
        </w:rPr>
        <w:t>1 Pedro, capítulo iskaypi, kunakuna kunanqa Diospa llaqtantam kanku, “mallikurqanku Señormanta allin sonqo kasqanta.” Paykunam proféticamente Diospa siminta “mikhurqanku”, mana Diospa siminta mikhuyta munarqankuchu chaykunamanta hukninchasqa. Llapa profetakunam qhepa p’unchaykunamanta rimanku, hinaspa Juan, capítulo soqta-pi, Jesusqa willakurqa qatiqnin kunanqa aychanta mikhunankuta, yawarnintataq ukyanankuta. Chay capítulo-pi, discípulokuna paypa aychanta mikhuyta, yawarnintataq ukyayta mana munasqankurayku, chayta ruwarqanku versículo soqta chunka soqtayoqpi.</w:t>
      </w:r>
    </w:p>
    <w:p>
      <w:pPr>
        <w:pStyle w:val="ArticleScripture"/>
        <w:jc w:val="left"/>
      </w:pPr>
      <w:r>
        <w:rPr>
          <w:rFonts w:ascii="Times New Roman" w:hAnsi="Times New Roman" w:eastAsia="Times New Roman" w:cs="Times New Roman"/>
        </w:rPr>
        <w:t>Chay p’unchaymantaqa achka discipulonkuna qhepaman kutirirqaku, paywanqa manaña purirqakuchu. Juan 6:66.</w:t>
      </w:r>
    </w:p>
    <w:p>
      <w:pPr>
        <w:pStyle w:val="ArticleBody"/>
        <w:jc w:val="left"/>
      </w:pPr>
      <w:r>
        <w:rPr>
          <w:rFonts w:ascii="Times New Roman" w:hAnsi="Times New Roman" w:eastAsia="Times New Roman" w:cs="Times New Roman"/>
        </w:rPr>
        <w:t>Qhipa p’unchaykunapi Cristoq aychanta mikhuspa, yawarninta upyaspa yachaqkunaqa entiendenku Cristoqa, Palmoni hina, Admirable Yupaychaq kasqanta, hinaspa rikuchisqa kaptinmi paypa señalninta reqsinku. “665” yupayqa, Ezequiel pusaqniyuq capítuloq qallariynin versículopi, pipas rikuyta munasqankupaqmi chaypi kachkan, iskay ancha importante profético puntokunata riqsichispa. Ñawpaq kaqqa kaymi: mensajetaqa domingo ley manaraq chayamuptin ñawpaq tiempo pacha mast’arikusqanta hina entiendenapaqmi. Iskay kaqqa kaymi: “666” yupayqa Apocalipsis libropi iskay versículomantam hukninpi kachkan, chay versículotaq “yachaqkuna” qhipa p’unchaykunapi entiendenqaku nispa sut’inchasqa kachkan.</w:t>
      </w:r>
    </w:p>
    <w:p>
      <w:pPr>
        <w:pStyle w:val="ArticleScripture"/>
        <w:jc w:val="left"/>
      </w:pPr>
      <w:r>
        <w:rPr>
          <w:rFonts w:ascii="Times New Roman" w:hAnsi="Times New Roman" w:eastAsia="Times New Roman" w:cs="Times New Roman"/>
        </w:rPr>
        <w:t>Kaymi yachaymi. Yuyayniyuq runaqa uywa millaypa yupayninta yupachun: chayqa runapa yupayninmi; hinaspa paypa yupayninqa soqta pachak soqta chunka soqtañam. Apocalipsis 13:18.</w:t>
      </w:r>
    </w:p>
    <w:p>
      <w:pPr>
        <w:pStyle w:val="ArticleBody"/>
        <w:jc w:val="left"/>
      </w:pPr>
      <w:r>
        <w:rPr>
          <w:rFonts w:ascii="Times New Roman" w:hAnsi="Times New Roman" w:eastAsia="Times New Roman" w:cs="Times New Roman"/>
        </w:rPr>
        <w:t>Kay “yachaq” runakuna, pisi p’unchaykunapi yachay yapakusqanta entiendenku, Jesucristoq Revelación nisqan kichasqa kaptin, yachankaku “666” nisqaqa hatun profético unanchasqa kasqanta, chay yupaymanta atipayninta hap’isqankurayku. Chayrayku Ezequielqa pusaq ñiqin capítulope huk aswan-aswan wiñaq hatarikuq rebeliónta qallarichin, tawa aswan hatun millay ruwaykunawan unanchasqa. Qhipa kaqmi mana yuyaysapakunata inti-man k’umuykuspa reqsichin, chayhinataq Jerusalénpa juicioyninta (Adventismo) qhipa p’unchaykunapi señalaspa. Chay juicioqa tawa ñiqin miraypi ruwakun. Chay tawa millay ruwaykunaqa Laodicea Adventismopa tawa mirayninkunapa unanchankuna kanku.</w:t>
      </w:r>
    </w:p>
    <w:p>
      <w:pPr>
        <w:pStyle w:val="ArticleBody"/>
        <w:jc w:val="left"/>
      </w:pPr>
      <w:r>
        <w:rPr>
          <w:rFonts w:ascii="Times New Roman" w:hAnsi="Times New Roman" w:eastAsia="Times New Roman" w:cs="Times New Roman"/>
        </w:rPr>
        <w:t>Ñawpaq kaq mirayqa 1863 watapi qallarikurqan, Moisespa “qanchis kuti” juramentonpa contranpi hatarikuyninwan. Iskay chunka pichqa watakuna qhipamantataq, 1888 watapi hatarikuynin rikuchikurqan. Kimsa chunka hukniyuq watakuna qhipamantataq, 1919 watapi hatarikuynin pasakurqan, W. W. Prescottpa “The Doctrine of Christ” sutiyuq librunwan rikuchisqa. Chunka pusaqniyuq wata qhipamantataq, 1957 watapi, “Questions on Doctrine” sutiyuq librowan rikuchisqa hatarikuynin pasakurqan. Kunanqa qallarisunmi rikuchiyta imanas hatun ñan tupukuna kay tawa millay ruwaykunawan Ezequiel pusaq qillqapi tupaykunku chayta.</w:t>
      </w:r>
    </w:p>
    <w:p>
      <w:pPr>
        <w:pStyle w:val="ArticleBody"/>
        <w:jc w:val="left"/>
      </w:pPr>
      <w:r>
        <w:rPr>
          <w:rFonts w:ascii="Times New Roman" w:hAnsi="Times New Roman" w:eastAsia="Times New Roman" w:cs="Times New Roman"/>
        </w:rPr>
        <w:t>1863 watapi, Laodicea Adventismoqa musuq cuadrota qallarirqan, iskay cuadrokunata rantinankupaq; chay iskayqa Habacuc qelqap iskay kaq kapitulopi kamachikusqan “qillqay rikuchisqanta, sut’itaq ruray tablaspi” nisqap hunt’asqan karqan. 1863 watapi rurasqa cuadroqa “qanchis kutita” profético rikuchiymanta hurqun, imaynachus chay iskay sagrado cuadrokunapi kasqa karqan 1260, 1290, 1335 yupaykunawan kuska. Habacucpi, chay kamachikuy sut’inchan tablas nisqakuna (achka rimaypi) imayna rikhurichisqa kanankuta, “ñawirisqan runaq phawayta atinampaq.” 1863 watapi cuadroqa chhayna pantasqa karqan, chayrayku huk rakiy yachachiy qelqa masinta munarqan. Mana atisqachu karqan 1863 watapi cuadrota qhawaylla “phawayta,” mana huk yapamanta rakiy qelqawan kuskaqa.</w:t>
      </w:r>
    </w:p>
    <w:p>
      <w:pPr>
        <w:pStyle w:val="ArticleScripture"/>
        <w:jc w:val="left"/>
      </w:pPr>
      <w:r>
        <w:rPr>
          <w:rFonts w:ascii="Times New Roman" w:hAnsi="Times New Roman" w:eastAsia="Times New Roman" w:cs="Times New Roman"/>
        </w:rPr>
        <w:t>Hinamanta Tayta Diosqa kutichiwaraqmi, nispa: Qillqay chay rikuyta, sut’inchaytaq tabla-kunapi, ñawirisqan runa kallpachkananpaq. Habacuc 2:2.</w:t>
      </w:r>
    </w:p>
    <w:p>
      <w:pPr>
        <w:pStyle w:val="ArticleBody"/>
        <w:jc w:val="left"/>
      </w:pPr>
      <w:r>
        <w:rPr>
          <w:rFonts w:ascii="Times New Roman" w:hAnsi="Times New Roman" w:eastAsia="Times New Roman" w:cs="Times New Roman"/>
        </w:rPr>
        <w:t>1863 watapi qillqasqa kartaqa llullachisqa kasqa cheqaqta pakaypaq, hinallataqmi William Miller musquyninpi rikurqa. Iskay sagrado karta-kunaqa Cristo runakunawan rurasqan rimanakuypa unanchan karqanku, chay runakunaqa chayraqmi cheqaq protestante waqra hina allpa animalmanta sayasqanku. Chay iskay karta-kunaqa Millerista-kunawan Cristopa rimanakuyninpa unanchan karqanku, paymi 1844 watapi usqhaylla hamurqa Templonman, hinaspa hamuspanqa Rimanakuypa Kachaqnin hina hamurqa. Ñawpaq Israelqa kunan Israelta rikuchin, hinaspa Cristo ñawpaq Israelta Egipto suyupa wata-sqa kasqanmantam horqorqa, chaywanmi unanchaykurqa imayna payqa kunan Israelta papapa kamachikuyninpa waranqa iskay pachak soqta chunka watamanta wata-sqa kasqanmantam horqonqa. Hermana Whiteqa sapa kuti kay iskay willakuy-kunata kikinchakuq willakuy-kuna hina allinta sayachin.</w:t>
      </w:r>
    </w:p>
    <w:p>
      <w:pPr>
        <w:pStyle w:val="ArticleScripture"/>
        <w:jc w:val="left"/>
      </w:pPr>
      <w:r>
        <w:rPr>
          <w:rFonts w:ascii="Times New Roman" w:hAnsi="Times New Roman" w:eastAsia="Times New Roman" w:cs="Times New Roman"/>
        </w:rPr>
        <w:t>“Noqanchikmanmi k’anchamushan ñawpaq p’unchaykuna tantasqa k’anchaynin. Israelpa qonqayninmanta qillqasqa willakuyqa waqaychasqa kashan noqanchik yachachisqa kananchikpaq. Kay p’unchaypiqa Diosmi makinta churaran payman huk llaqtamanta, ayllumanta, simimanta runakunata huñunanpaq. Hamuq kay kuyuypiqa payqa herencianta rayku llamk’arqan, imaynan Israel runakunata Egiptomanta pusamuspa llamk’arqan hina. Hatun llakikuypi 1844 watapiqa paypa llaqtanpa iñiyninmi pruebasqa karqan, imaynan Hebreo runakunapa Puka Qochapa ñawpaqenpi pruebasqa karqan hina.” Testimonies, volumen 8, 115, 116.</w:t>
      </w:r>
    </w:p>
    <w:p>
      <w:pPr>
        <w:pStyle w:val="ArticleBody"/>
        <w:jc w:val="left"/>
      </w:pPr>
      <w:r>
        <w:rPr>
          <w:rFonts w:ascii="Times New Roman" w:hAnsi="Times New Roman" w:eastAsia="Times New Roman" w:cs="Times New Roman"/>
        </w:rPr>
        <w:t>Ñawpa Israel runakunawan Señor rimanakuyta rurashaqtin, payqa iskay tabla-kunata qorqa chay rimanakuy-masikayta rikuchinankupaq. Kunan pacha Israel runakunawan Señor rimanakuyta rurashaqtinpas, payqa iskay tabla-kunata qorqa chay rimanakuy-masikayta rikuchinankupaq. Chunka Kamachikuykunapa iskay tabla-ninqa Habacucpa iskay tabla-ninta unanchan. Puka Lamar qichwanmanta pasasqankumanta qhepantaraqmi payqa chay iskay tabla-kunata qorqa, chaytaqmi Hermana White 1844 watapi hatun llakikuywan tupachin. 1844 qhepanta, profetico historiapa nisqanman hina, Señorqa iskay kaq tabla-ta rurarqan. Ñawpa Israel runakunaqa Diospa kamachikuynin waqaychaqkuna kananpaq churakusqaku, kunan pacha Israel runakunaqa mana Diospa kamachikuynillanta waqaychaqkuna kananpaqchu churakusqaku, aswanpas chay hatun profetico cheqaq-kunatapas waqaychanankupaqmi churakusqaku.</w:t>
      </w:r>
    </w:p>
    <w:p>
      <w:pPr>
        <w:pStyle w:val="ArticleScripture"/>
        <w:jc w:val="left"/>
      </w:pPr>
      <w:r>
        <w:rPr>
          <w:rFonts w:ascii="Times New Roman" w:hAnsi="Times New Roman" w:eastAsia="Times New Roman" w:cs="Times New Roman"/>
        </w:rPr>
        <w:t>“Tayta Diosmi kay p’unchawkunapi iglesianta qayarqan, imaynatachus ñawpa Israelta qayarqan hina, kay pachapi k’anchay hina sayananpaq. Cheqaq kay atiyniyuq rakinaqwan, ñawpaq, iskay ñiqin, kimsa ñiqin angelkunapa willakuyninkunawan, payqa iglesiasmanta hinallataq pachamanta paykunata t’aqarqan, payman chuya, hatun qayllayman pusananpaq. Paymi paykunata kamachikuyninpa waqaychaqninman tukuchirqan, hinaspataq kay p’unchawpaq hatun profecía cheqaqkunata paykunaman wataykurqan. Imaynatachus ñawpa Israelman churakusqa ch’uya willasqakuna karqan hina, chaynallataq kaykunapas ch’uya confiakuy kanku, pacha runakunaman willanakunapaq.” Testimonies, volumen 5, 455.</w:t>
      </w:r>
    </w:p>
    <w:p>
      <w:pPr>
        <w:pStyle w:val="ArticleBody"/>
        <w:jc w:val="left"/>
      </w:pPr>
      <w:r>
        <w:rPr>
          <w:rFonts w:ascii="Times New Roman" w:hAnsi="Times New Roman" w:eastAsia="Times New Roman" w:cs="Times New Roman"/>
        </w:rPr>
        <w:t>Ñawpaq iskay Kamachikuykunaqa reqsichin Diosta idolatríata cheqninanta, chay ñawpaq iskay Kamachikuykunapitaq pay reqsichin taripakuyqa kimsañiqinman hinaspa tawañiqin miraykunakama apasqa kasqanta, payqa reqsichinmi paypis celoso Dios kasqanta.</w:t>
      </w:r>
    </w:p>
    <w:p>
      <w:pPr>
        <w:pStyle w:val="ArticleScripture"/>
        <w:jc w:val="left"/>
      </w:pPr>
      <w:r>
        <w:rPr>
          <w:rFonts w:ascii="Times New Roman" w:hAnsi="Times New Roman" w:eastAsia="Times New Roman" w:cs="Times New Roman"/>
        </w:rPr>
        <w:t>“Kamachikuyqa manam kay pachapichu rimarisqa karqa hebreokunapa sapallan allin kayninraykulla. Diosqa paykunata yupaycharqa paypa kamachikuyninpa waqaychaqnin, allinta qhawaqnin kananpaq; ichaqa chayqa tukuynin pacha runakunapaq sagrado confiakuy hina waqaychasqa kananpaqmi karqa. Decálogopa kamachikuyninqa llapa runakunaman tupaqmi kashan, hinaspan llapankupaq yachachinapaq, kamachinapaqpas qosqa karqa. Chunka kamachikuykuna, pisilla simipi, llapanta hap’iq, atiyyuq kamachikuyniyuq, runapa Diosman rurananta, runamasinman ruranantawan qhawarichin; tukuy chaykunapas munakuypa hatun, saphi prinsipionninpi sayasqa. ‘Señor Diosniykita munakunkiman tukuy sonqoykiwan, tukuy almaykiwan, tukuy kallpaykiwan, tukuy yuyayniykiwan; runamasiykitataq kikiykita hina.’ Lucas 10:27. Qhawaychispas Deuteronomio 6:4, 5; Levítico 19:18. Chunka Kamachikuykunapiqa kay prinsipio-kuna sut’inchasqa, detallawan mast’arikusqa kanku, hinallataq runapa kayninman, imayna kausanman, ima circunstanciankunamanpas tupachisqa kanku.”</w:t>
      </w:r>
    </w:p>
    <w:p>
      <w:pPr>
        <w:pStyle w:val="ArticleScripture"/>
        <w:jc w:val="left"/>
      </w:pPr>
      <w:r>
        <w:rPr>
          <w:rFonts w:ascii="Times New Roman" w:hAnsi="Times New Roman" w:eastAsia="Times New Roman" w:cs="Times New Roman"/>
        </w:rPr>
        <w:t>“‘Manam ñawpaqpiqa ama huk dioskuna kanchu.’”</w:t>
      </w:r>
    </w:p>
    <w:p>
      <w:pPr>
        <w:pStyle w:val="ArticleScripture"/>
        <w:jc w:val="left"/>
      </w:pPr>
      <w:r>
        <w:rPr>
          <w:rFonts w:ascii="Times New Roman" w:hAnsi="Times New Roman" w:eastAsia="Times New Roman" w:cs="Times New Roman"/>
        </w:rPr>
        <w:t>“Jehová, wiñaypaq, kikinmanta kaq, mana kamasqa Sapallan, pay kikinmi tukuy imapa Paqarichiqninpas chaymanta kallpachaqninpas; pay sapallanmi aswan hatun yupaychayta hinaspa adorasqata chaskinapaq derecho-yuq. Runamanqa michasqan kashan huk imamanpas munakuyninkunapi utaq servicionpi ñawpaq kaq lugar-ta qonanta. Imatapas kuyakusqanchik, Diosman munakuyninchikta pisiyachinapaq ayqichispa utaq payman qosqa servicio-ta hark’anapaq yanapakuq kaqtaqa, chaytaraqmi huk diosman tukuchinchik.”</w:t>
      </w:r>
    </w:p>
    <w:p>
      <w:pPr>
        <w:pStyle w:val="ArticleScripture"/>
        <w:jc w:val="left"/>
      </w:pPr>
      <w:r>
        <w:rPr>
          <w:rFonts w:ascii="Times New Roman" w:hAnsi="Times New Roman" w:eastAsia="Times New Roman" w:cs="Times New Roman"/>
        </w:rPr>
        <w:t>“‘Ama rurachikunkichu ima llasqapas ñit’isqa wakichiyta, nitaq ima rikch’aynintapas hanaq pacha patapi kaqkunamanta, uray allpapi kaqkunamanta, nitaq allpa uranpi unu ukhupi kaqkunamantapas: ama paykunaman qonqorikuychu, nitaq sirvichikuychu.’”</w:t>
      </w:r>
    </w:p>
    <w:p>
      <w:pPr>
        <w:pStyle w:val="ArticleScripture"/>
        <w:jc w:val="left"/>
      </w:pPr>
      <w:r>
        <w:rPr>
          <w:rFonts w:ascii="Times New Roman" w:hAnsi="Times New Roman" w:eastAsia="Times New Roman" w:cs="Times New Roman"/>
        </w:rPr>
        <w:t>“Iskay kamachiyqa chiqap Diospa yupaychananta ama rurachiychu imaginkunawan utaq rikch’akusqankunawan, nispa hark’an. Achka mana yupaychasqa nacionkunaqa nirqanku imaginkunankuqa chaylla siq’ikuna utaq unancha-kuna kasqanta, chaykunawanmi Diosta yupaychanku, nispa; ichaqa Diosmi willarqan hina yupaychayqa huchachasqa kasqanta. Wiñay Kaqta imaymana material kaqkunawan rikuchiyta munayqa runapa Diosmanta yuyayninta pisiyachinmanmi. Umallin, Jehovápa mana tukukuq hunt’asqa allin kayninta saqespa, rurasqa kaqmanmi aswan aysasqa kanman, manataq Ruraqmanchu. Hinallataq, Diosmanta yuyayninkuna pisiyachisqa kaptinqa, runaqa kikintapas p’enqayman urmayachisqa kanman.”</w:t>
      </w:r>
    </w:p>
    <w:p>
      <w:pPr>
        <w:pStyle w:val="ArticleScripture"/>
        <w:jc w:val="left"/>
      </w:pPr>
      <w:r>
        <w:rPr>
          <w:rFonts w:ascii="Times New Roman" w:hAnsi="Times New Roman" w:eastAsia="Times New Roman" w:cs="Times New Roman"/>
        </w:rPr>
        <w:t>“‘Ñuqa, Tayta Diosniyki, suwa munayniyuq Dios kani.’ Diospa llaqtanwan aswan qayllapi, ch’uya t’inkisqanqa kasarakuypa rikch’ayninwanmi qhawachisqa. Idolatríataq espíritu adulterio kasqanrayku, chaypaq Diospa mana kusisqanqa allinmi celos nisqawan sutichasqa.” Patriarchs and Prophets, 305, 306.</w:t>
      </w:r>
    </w:p>
    <w:p>
      <w:pPr>
        <w:pStyle w:val="ArticleBody"/>
        <w:jc w:val="left"/>
      </w:pPr>
      <w:r>
        <w:rPr>
          <w:rFonts w:ascii="Times New Roman" w:hAnsi="Times New Roman" w:eastAsia="Times New Roman" w:cs="Times New Roman"/>
        </w:rPr>
        <w:t>Diospa celosninqa aswan rikurichikun idolatríapa contra, hinaspata mana casualchu kashan Ezequiel qelqapa pusaj kaq capítulonpi ñawpaq abominación nisqaqa “celospa imagennin” kasqanmanta.</w:t>
      </w:r>
    </w:p>
    <w:p>
      <w:pPr>
        <w:pStyle w:val="ArticleScripture"/>
        <w:jc w:val="left"/>
      </w:pPr>
      <w:r>
        <w:rPr>
          <w:rFonts w:ascii="Times New Roman" w:hAnsi="Times New Roman" w:eastAsia="Times New Roman" w:cs="Times New Roman"/>
        </w:rPr>
        <w:t>Hinaspapasmi ipan xihuitl chikuasen, ipan metztli chikuasen, ipan macuili tonal ipan metztli, nehuatl nimotlalijtoya ipan nochan, huan huehueh Judá ehuani motlaliajtoyah noixpa, huan ompa huetzi nopan ima Toteco Dios. Huan nitlachix, huan niqueh ita se iixiptla quen tlenesi: desde itzinco campa ilpitoc itlancuaitl para tlase, tlenesi; huan desde campa ilpitoc itlancuaitl para tlacpac, quemeh iixnextilis petlani, quemeh itlapal ámbar. Huan quimacac inextli se maitl, huan nechitzquili ica se tzontli notzoncal; huan in Espíritu nechajcoc entre tlalli huan ilhuicatl, huan nechhuicac ipan tlatlachializtli de Dios hasta Jerusalén, campa puerta interior tlen tlachiya ica norte; campa oyaya isilla in ixiptla celosía, tlen quixitini celos. Huan, xiquita, ompa oyaya ihueyitilis in Dios de Israel, quen in tlatlachializtli tlen niquitac ipan in llano. Huan yehhua nechilhui: Tlacatl iconeuh, axan xicajcoc moixteyol ica norte. Huajca nehuatl nicajcoc noixteyol ica norte, huan xiquita, ica norte campa ipuerta in altar, ipan calaquiliztli oyaya ni ixiptla celosía. Ezequiel 8:1–5.</w:t>
      </w:r>
    </w:p>
    <w:p>
      <w:pPr>
        <w:pStyle w:val="ArticleBody"/>
        <w:jc w:val="left"/>
      </w:pPr>
      <w:r>
        <w:rPr>
          <w:rFonts w:ascii="Times New Roman" w:hAnsi="Times New Roman" w:eastAsia="Times New Roman" w:cs="Times New Roman"/>
        </w:rPr>
        <w:t>Envidiapa rikchayninmi Ezequielman rikuchisqa tawa aswan-aswan hatun millay ruwaykunamanta ñawpaq kaqnin. Envidiapa rikchayninqa Adventismopi tawa miraykunamanta ñawpaq kaq miraypa qallariyninta sut’inchan, chay miraykunaqa aswan-aswan wiñaq hatariy huchallikuymi kanku. Ñawpaq mirayqa 1863 watapi qallarin.</w:t>
      </w:r>
    </w:p>
    <w:p>
      <w:pPr>
        <w:pStyle w:val="ArticleBody"/>
        <w:jc w:val="left"/>
      </w:pPr>
      <w:r>
        <w:rPr>
          <w:rFonts w:ascii="Times New Roman" w:hAnsi="Times New Roman" w:eastAsia="Times New Roman" w:cs="Times New Roman"/>
        </w:rPr>
        <w:t>Kay yachayta qatiqkusaqku hamuq qillqapi.</w:t>
      </w:r>
    </w:p>
    <w:p>
      <w:pPr>
        <w:pStyle w:val="ArticleScripture"/>
        <w:jc w:val="left"/>
      </w:pPr>
      <w:r>
        <w:rPr>
          <w:rFonts w:ascii="Times New Roman" w:hAnsi="Times New Roman" w:eastAsia="Times New Roman" w:cs="Times New Roman"/>
        </w:rPr>
        <w:t>“Sapaq ñawpa profetakunam kikinkupa pacha raykullachu rimarqanku, aswanqa noqanchispa pacha rayku; chayraykum paykunapa profecías rimakusqankuta noqanchispaq kallpanpi kachkan. ‘Kunanqa tukuy kaykunam paykunapi pasaq, yachachinapaq rikch’akuyninkuna hina; qelqasqataq kachkan noqanchispa yuyaychakuyninchispaq, pichus kay pachakunaq tukukuyninman chayamusqanchispaq.’ 1 Corintios 10:11. ‘Mana kikinkupaqchu, aswanqa noqanchispaqmi sirvirqanku chay imakunata, kunanqa willasqasña kachkan qankunaman, hanaq pacha mantam Santo Espíritu kachamusqanwan evangeliota qankunaman willaqkuna rayku; chay imakunatam angelkunapas qawanankupaq munaqkama.’ 1 Pedro 1:12....”</w:t>
      </w:r>
    </w:p>
    <w:p>
      <w:pPr>
        <w:pStyle w:val="ArticleScripture"/>
        <w:jc w:val="left"/>
      </w:pPr>
      <w:r>
        <w:rPr>
          <w:rFonts w:ascii="Times New Roman" w:hAnsi="Times New Roman" w:eastAsia="Times New Roman" w:cs="Times New Roman"/>
        </w:rPr>
        <w:t>“Bibliaqa kay qhipa miraypaqmi tukuy qhapaq kayninkunata huñuspa huatasqa. Ñawpa Testamentopi llapa hatun ruraykuna, chaymanta ancha ch’uyanchasqa ukhunakuykunaqa kasqankutaq, kunanpas kay qhipa p’unchaykunapi iglesiapi yapamanta ruwakuspa kachkan.” Selected Messages, libro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Chunka Qanchisniyuq Isqonniyuq</dc:title>
  <dc:subject>Paqarichispa Wiñaymanta Hamuq Miraykuna Muyunta: Adventismopa Tawa Millay Ruwayninkuna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