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Yupanakuy Qanchis Chunka Suqtayuq</w:t>
      </w:r>
    </w:p>
    <w:p>
      <w:pPr>
        <w:pStyle w:val="ArticleSubtitle"/>
        <w:jc w:val="left"/>
      </w:pPr>
      <w:r>
        <w:rPr>
          <w:rFonts w:ascii="Arial" w:hAnsi="Arial" w:eastAsia="Arial" w:cs="Arial"/>
        </w:rPr>
        <w:t>Profeciakunata kichaspa: 1856 watapi k’anchayta chinkachisqan, hinaspa chaymanta hamuq consecuenciankuna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 watapi “qanchis kuti” nisqamanta k’anchay kichasqa karqan, hinaspataq 1863 watakama chay k’anchayqa qhespichisqa karqan. Judá llaqtamanta profetaqa mana allin rey Jeroboamman chay k’anchayta apamurqan, ichaqa Jeroboamqa chay k’anchayta qhespichirqan. Isaíaspas kikillan k’anchayta mana allin rey Ahazman apamurqan, paypas chayta qhespichirqan. Siloé qochawan tupanakusqa k’anchayta mana chaskisqanrayku, Jeroboampa reinon (norte llaqtapi kaq) hina Ahazpa reinonpas (sur llaqtapi kaq) norte llaqtamanta reywan watukusqa esclavitudman apasqa karqanku, sapaqninpi 723 a.C. hinaspa 677 a.C. watakunapi.</w:t>
      </w:r>
    </w:p>
    <w:p>
      <w:pPr>
        <w:pStyle w:val="ArticleBody"/>
        <w:jc w:val="left"/>
      </w:pPr>
      <w:r>
        <w:rPr>
          <w:rFonts w:ascii="Times New Roman" w:hAnsi="Times New Roman" w:eastAsia="Times New Roman" w:cs="Times New Roman"/>
        </w:rPr>
        <w:t>Moisés, Aarónpa hatariskuyninpi; Isaías Ahazwan, Jeremíaspas huk reykunawan, Milleritapa historiampi cheqaq sonqoyoqkunata rikuchirqanku, paykuna llapallan qhipa p’unchaykunapa hatariskuyninpi k’anchay willakuqkunata rikuchishaqkuna karqanku. 1863 watapi “ñawpaq” qhipa-p’unchay sasa kay, hinaspa Apocalipsis chunka hukniyuq capítulo nisqapi “hatun pachakutik”pa “qhipa” qhipa-p’unchay sasa kaynin (manaraq chayamusaq dominiku kamachiy), tukuy chay profecía siq’ikunawanmi rikuchisqa kachkan. Judá llaqtamanta profetaqa huk profetatan rikuchin, paymi kamachisqanman hina ruwanakuy ninmanta qhipaman kutipurqan, hinaspan apostata protestantismowan kuska huk sepulturapi pampasqa tukurqan. Wañuyninpas pampasqa kayninpas karqan Bethel llaqta llulla profetapa mikhuyninta hinaspa upyananta akllakusqanrayku.</w:t>
      </w:r>
    </w:p>
    <w:p>
      <w:pPr>
        <w:pStyle w:val="ArticleBody"/>
        <w:jc w:val="left"/>
      </w:pPr>
      <w:r>
        <w:rPr>
          <w:rFonts w:ascii="Times New Roman" w:hAnsi="Times New Roman" w:eastAsia="Times New Roman" w:cs="Times New Roman"/>
        </w:rPr>
        <w:t>Papakunap atipasqan taripaynin, Inti p’unchay kamachikuypi (Asiriapaq reyin) vincisqa kayninmanta, mayqanmi Jeroboampa Ahazpa ima, hanaq suyukunata uray suyukunata ch’iqchichisqanwan rikch’achisqa karqa, Judea llaqtamanta profetapa kawsay tukukuyninwan tinkun, payqa wañurqan huk “leon” huk “asno” chawpipi. “Leon” nisqaqa Babiloniapa unanchanmi, qhepa p’unchaykunapim papakuy kachkan.</w:t>
      </w:r>
    </w:p>
    <w:p>
      <w:pPr>
        <w:pStyle w:val="ArticleScripture"/>
        <w:jc w:val="left"/>
      </w:pPr>
      <w:r>
        <w:rPr>
          <w:rFonts w:ascii="Times New Roman" w:hAnsi="Times New Roman" w:eastAsia="Times New Roman" w:cs="Times New Roman"/>
        </w:rPr>
        <w:t>Hinaspanmi, t’antata mikhuqtin, upyaqtinpas, paypaq asnuta qillpachirqan, kutichimusqan profetapaq. Chaymanta ripusqantintaq, huk leon ñanpi tinkurqan, wañuchirqanmi; ayantañataq ñanpi wikch’uykusqa saqirqan, asnupas qayllanpi sayasharqan, leonpas ayapa qayllanpi sayasharqan. Qhawariychá, runakuna chayta riqkuspa pasaqkuna, ñanpi wikch’uykusqa ayata rikuspa, leonpas ayapa qayllanpi sayashaqta rikuspa, hamuspa willarqanku machu profeta tiyashan llaqtapi. Ñanmantam kutichimuq profeta chayta uyarispa nirqan: “Kayqa Diospa runanmi, Señorpa siminta mana kasukuq; chayraykun Señorqa leónman entregaykurqan, paymi llik’irqan, wañuchirqanpas, Señorpa siminman hina, imatachus payman rimarqanman hina.” Hinaspan churinkunata rimapaykurqan: “Asnuta qillpachiychis.” Paykunataq qillpachirqanku. Rispataq ayanta tariyrqan ñanpi wikch’uykusqata, asnupas leonpas ayapa qayllanpi sayashaqta; leonqa mana ayata mikhurqanchu, nitaq asnutapas llik’irqanchu. Chaymantataq profetaqa Diospa runanpa ayanta oqarispa asnuman churaykurqan, kutichimurqan; hinaspan machu profetaqa llaqtaman hamurqan waqananpaq pampananpaqpas. Ayantataq kikinpa p’ampasqan uchkupi churaykurqan; paykunataq paymanta waqarqanku nispanku: “Ay, wawqey!” Hinaspan p’ampayta tukuruspa churinkunata rimapaykurqan: “Wañuqtíy, chayqa pampawaychis Diospa runa p’ampasqa sepulcrospi; tulluykunata churaychis paypa tullunkuna qayllanman. Betelpi altar contra, Samariapa llaqtankunapi kaq alto lugarkunapa wasinkuna contrapas, Señorpa siminwan waqyaspa willasqanqa cheqaqtapunin hunt’akunan.” 1 Reyes 13:11–32.</w:t>
      </w:r>
    </w:p>
    <w:p>
      <w:pPr>
        <w:pStyle w:val="ArticleBody"/>
        <w:jc w:val="left"/>
      </w:pPr>
      <w:r>
        <w:rPr>
          <w:rFonts w:ascii="Times New Roman" w:hAnsi="Times New Roman" w:eastAsia="Times New Roman" w:cs="Times New Roman"/>
        </w:rPr>
        <w:t>Judea llaqtap willakuyta willaqninqa iskay unanchakunap chawpinpi wañurqan. Leónqa Babiloniapa unanchanmi, chay qhipa p’unchaykunapi kunan Babiloniapas Norte Reymi, paymi yanapaqnin mana kaptin tukukuyninman chayan, Daniel qillqapi chunka hukniyuq capítulo, tawa chunka pichqayuq versículopi nisqahinata. Paypa kamachikuyninpa señalanqa intita yupaychaymi, chaymi tawa kaq millay ruway, maypichus Laodicea Adventismoq tawa kaq miraynin Ezequiel qillqapi pusaq capítulo nisqapi intiman k’umuykuspa rikuchisqa kachkan. Millerpa musquyninpi rikuchirqanku mana kuyay rumi-kunalla ch’iqichisqa, pakasqapas kasqanta, aswanpas cajón kikinpas, Bibliata unanchaq, llikisqa kachkasqantawan.</w:t>
      </w:r>
    </w:p>
    <w:p>
      <w:pPr>
        <w:pStyle w:val="ArticleBody"/>
        <w:jc w:val="left"/>
      </w:pPr>
      <w:r>
        <w:rPr>
          <w:rFonts w:ascii="Times New Roman" w:hAnsi="Times New Roman" w:eastAsia="Times New Roman" w:cs="Times New Roman"/>
        </w:rPr>
        <w:t>Adventismopa kinsa kaq ayllupin, Bibliapa nisqa sutichasqa moderno tikrasqankunapa llamk’ayninta qallarichiyqa Adventismopa umalliqninkunamanta kallpachakurqa. Chay sutichasqa moderno tikrasqankunaqa ismusqa qillqasqa maki qillqakunamantan horqosqa karqa; chaykunatataq huchayoq runapa teologonkunan, hinallataq apostata Protestantekuna kallpachanku. Millerpa arkankaqa King James Version karqa, mana ismusqa maki qillqakunamanta tikrasqa.</w:t>
      </w:r>
    </w:p>
    <w:p>
      <w:pPr>
        <w:pStyle w:val="ArticleBody"/>
        <w:jc w:val="left"/>
      </w:pPr>
      <w:r>
        <w:rPr>
          <w:rFonts w:ascii="Times New Roman" w:hAnsi="Times New Roman" w:eastAsia="Times New Roman" w:cs="Times New Roman"/>
        </w:rPr>
        <w:t>Laodicea Adventismoq tawa miray qatiqninman chayamusqankama, iglesiaqa Tukuynin Iglesiakunapa Mundial Consejonman hukllachasqa karqan, Romanopa iglesianwan churi warmi iglesiankunawan huk mankakuyta. Adventismoqa wata wata rimarqan, puñusqa uywanku allinpaq, paykunaqa Tukuynin Iglesiakunapa Mundial Consejopi “qhawariqkuna”lla kasqankuta; ichaqa chay mana allin mankakuypa kamachikuyninkuna rikuchirqan, “qhawariq” sutiyoq kayqa hunt’asqa voteq miembro kasqanta!</w:t>
      </w:r>
    </w:p>
    <w:p>
      <w:pPr>
        <w:pStyle w:val="ArticleBody"/>
        <w:jc w:val="left"/>
      </w:pPr>
      <w:r>
        <w:rPr>
          <w:rFonts w:ascii="Times New Roman" w:hAnsi="Times New Roman" w:eastAsia="Times New Roman" w:cs="Times New Roman"/>
        </w:rPr>
        <w:t>Paykuna tawa mirayninkupi iskay kuti “huchayuq runata” qurimanta medallawan premiarqanku. Chay medallakunamanta hukninpas Cristoq Iskay Kuti Hamuyninmanta católico yachachiyta unancharqan, Jesús kutimuyninpi chakinta kay pachaman churashaqta rikuchispa; hinallataq Cristoq qhepapi católico intiq muyuriyninta apaq kasqa, chaymanta católico pisiyachisqa tawa kaq kamachikuytawan, mayqinchus sapallanta nirqan: “Samana punchawta yuyariy.” Huk cortepi ruwasqa procesopi (mayqinchus kamachikuq rimaymi), Conferencia Generalpa Presidenten testimoniota qorqan, maypichus sut’incharqan Seventh-day Adventist iglesiaq ñawpaqta papadoqa anticristo kasqanta creenqakuq kasqanta; ichaqa igllesianñataq unayña chay iñiyta “historiaq q’upa qutuman” wikch’usqaña kasqanta rimarqan.</w:t>
      </w:r>
    </w:p>
    <w:p>
      <w:pPr>
        <w:pStyle w:val="ArticleBody"/>
        <w:jc w:val="left"/>
      </w:pPr>
      <w:r>
        <w:rPr>
          <w:rFonts w:ascii="Times New Roman" w:hAnsi="Times New Roman" w:eastAsia="Times New Roman" w:cs="Times New Roman"/>
        </w:rPr>
        <w:t>Tawa kaj kaq millay ruwaykunaqa (miraykunaqa) kachkan maypichus Jerusalén iglesiapa iskay chunka pichqa umalliqninkuna intiman qonqoriykunku. Wiñaq millay ruwaykunaqa qallarin celokuypa lantinta yaykuna punkupi sayachisqa kasqanwan, qallariyta señalaspa. Judámantap pacha willakuqqa tukukun apostata protestantismowan pampasqa, hinaspa león (Babilonia) wañuchin payta, apostata protestantismopa metodología-nman kutirisqanrayku; chayrayku mana atiyniyuqchu reqsinanpaq Roma kasqanta musuq rikch’ayta sayachiq, hinaspa maypichus mana musuq rikch’ayqa sayachisqachu huchayoq runapa símbolonninwan, chaypi tukukuqllapi huchayoq runapa ladonmanmi rinki.</w:t>
      </w:r>
    </w:p>
    <w:p>
      <w:pPr>
        <w:pStyle w:val="ArticleScripture"/>
        <w:jc w:val="left"/>
      </w:pPr>
      <w:r>
        <w:rPr>
          <w:rFonts w:ascii="Times New Roman" w:hAnsi="Times New Roman" w:eastAsia="Times New Roman" w:cs="Times New Roman"/>
        </w:rPr>
        <w:t>“Simipaq rimayta entiendenankupi pantasqa rikukuqkunaqa, anticristopa niynin ima kasqanta mana rikukuqkunaqa, cheqaqtapuni anticristopa ladonman churakunku.” Kress Collection, 105.</w:t>
      </w:r>
    </w:p>
    <w:p>
      <w:pPr>
        <w:pStyle w:val="ArticleBody"/>
        <w:jc w:val="left"/>
      </w:pPr>
      <w:r>
        <w:rPr>
          <w:rFonts w:ascii="Times New Roman" w:hAnsi="Times New Roman" w:eastAsia="Times New Roman" w:cs="Times New Roman"/>
        </w:rPr>
        <w:t>Profeta judeomantaqa runaqa Bethel llullakuq profetawanpuni pampasqa karqa, paymi payta “wawqi” nispa reqsichirqan, hinallataq wañusqa tarikurqan iskay unanchaqkunapa chawpinpi. “León” nisqaqa anticristota mana allinta entiendenanpaq pantaq kayninta unanchan, hinaspa “asno” nisqaqa Islam nisqapa unanchaqninmi. Laodicea Adventismoqa ñam upallakusqanwan rikuchirqan, 11 septiembre 2001 p’unchawmanta mana rimarisqanrayku, kimsa kaq Ay nisqapi Islam yachachikuq kasqanta mana reqsiyta, chaytaq Chisyaq waqyay, qhipa para willakuynin kasqanta. Qhipa para willakuyninta mana reqsiyqa, wañuymi! Qhipa paraqa qallariq 11 septiembre 2001 p’unchawpi, Apocalipsis chunka pusaqniyuqpi atiyniyuq angelta uraykamusqanpi, Nueva York llaqtapa hatun wasikunata urmachisqa kaptin. “Paraqa” huk willakuymi, chay willakuytaq reqsisqa kanan tiyan chaskinapaq.</w:t>
      </w:r>
    </w:p>
    <w:p>
      <w:pPr>
        <w:pStyle w:val="ArticleScripture"/>
        <w:jc w:val="left"/>
      </w:pPr>
      <w:r>
        <w:rPr>
          <w:rFonts w:ascii="Times New Roman" w:hAnsi="Times New Roman" w:eastAsia="Times New Roman" w:cs="Times New Roman"/>
        </w:rPr>
        <w:t>“Ama suyasunchu manam qhipa para hamunankama. Chayqa hamushanmi llapa runakunaman, pikunachus reqsinku hinaspa chaskinku llamp’u chhullichakuyta hinaspa munay-lla kachkak para-kunata, mayqinchus ñoqanchisman urmaykunku. Intiypa k’anchayninpa ch’iqnisqa puchukayninkunata huñuspa, hinaspa Diospa chiqap khuyapayakuyninkunata chaninchaspanchik, payqa munanmi ñoqanchik paypi atinichakunanchikta, chayqa sapa nisqa simi hunt’asqa kanqa. [Isaiah 61:11 quoted.] Tukuy kay pacham hunt’a kanan Diospa gloriawan.” The Seventh-day Adventist Bible Commentary, volume 7, 984.</w:t>
      </w:r>
    </w:p>
    <w:p>
      <w:pPr>
        <w:pStyle w:val="ArticleBody"/>
        <w:jc w:val="left"/>
      </w:pPr>
      <w:r>
        <w:rPr>
          <w:rFonts w:ascii="Times New Roman" w:hAnsi="Times New Roman" w:eastAsia="Times New Roman" w:cs="Times New Roman"/>
        </w:rPr>
        <w:t>“Llapa kay pacha” yachan imatachus pasaq 11 ñiqin punchawpi, septiembre killapi, 2001 watapi; ichaqa chaypi qallariq willakuyta chaskinapaq, hinallataq tukuy kay pachata Diospa k’anchayninwan qhanchachinanpaq, chay willakuy reqsichisqa kanan. “Reqsiy” simiqa nin “yachayta yuyarimuy utaq kutichimuy, chay yachayta sut’ichaspa utaq mana sut’ichaspa. Karupi huk runata reqsinchik, ñawpaqta payta rikusqanchikta yuyarispanchik, utaq ñawpaqmanta reqsisqanchikta yuyarispanchik. Uyanmanta rikch’ayninkunata utaq rimayninta reqsinchik.” Webster’s 1828 Dictionary.</w:t>
      </w:r>
    </w:p>
    <w:p>
      <w:pPr>
        <w:pStyle w:val="ArticleBody"/>
        <w:jc w:val="left"/>
      </w:pPr>
      <w:r>
        <w:rPr>
          <w:rFonts w:ascii="Times New Roman" w:hAnsi="Times New Roman" w:eastAsia="Times New Roman" w:cs="Times New Roman"/>
        </w:rPr>
        <w:t>Huklla ñanmi Laodicea nisqapi Adventista runaqa 2001 wata, septiembre killapa 11 p’unchayninpi chayamuq qhipa para willakuyta riqsiyta atinman, sicheqa ñawpaq p’unchaykunapi kaylla kaq Diospa atiynin rikurimusqanta riqsispa. 1840 wata, agosto killapa 11 p’unchayninpi, Apocalipsis chunka kaqpi atiyniyuq angil uraykamurqan, Islampa iskay ñiqin ay nisqa qhelqaq willakuynin hunt’akusqanrayku. Chay historiata hinallataq sumaqta kutichisqa karqan 2001 wata, septiembre killapa 11 p’unchayninpi, Apocalipsis chunka pusaqniyuq kaqpi atiyniyuq angil uraykamurqan, Islampa kimsa ñiqin ay nisqa qhelqaq willakuynin hunt’akusqanrayku; hinaspa kimsa ñiqin ay nisqapi Islamta mana riqsiyqa, purun Arabia asno salvaje nisqawan wañuyman apachisqa kaymi, chay wañuyqa kunan pacha Babiloniaq leonninmanta hamun.</w:t>
      </w:r>
    </w:p>
    <w:p>
      <w:pPr>
        <w:pStyle w:val="ArticleBody"/>
        <w:jc w:val="left"/>
      </w:pPr>
      <w:r>
        <w:rPr>
          <w:rFonts w:ascii="Times New Roman" w:hAnsi="Times New Roman" w:eastAsia="Times New Roman" w:cs="Times New Roman"/>
        </w:rPr>
        <w:t>Efraínpa machasqakuna, sellosqa libruyta ñawinchayta mana atisqankurayku, manam rikunkuchu Milleritakunaq historianta kutimuyta; chay reqsiyqa “línea hina línea patapi” nisqa qhepa para metodologíamanmi sayarishan. Diospa atininpa rikuchikuynin Milleritakunaq historiapi qhepa p’unchaykunapi kutimusqanta niy yuyayqa manam sayachiysaqachu apostata protestantismopaq catholicismopaq metodologíanwan.</w:t>
      </w:r>
    </w:p>
    <w:p>
      <w:pPr>
        <w:pStyle w:val="ArticleScripture"/>
        <w:jc w:val="left"/>
      </w:pPr>
      <w:r>
        <w:rPr>
          <w:rFonts w:ascii="Times New Roman" w:hAnsi="Times New Roman" w:eastAsia="Times New Roman" w:cs="Times New Roman"/>
        </w:rPr>
        <w:t>“Kinsa angelmi kimsa kaq angelpa willakuynin willakuypi huñunakun, payqa tukuy hallp’ata kikinpa hatun k’anchariyninwan k’anchachinan. Kaypiqa willakuykusqa kashan huk llapa pachakuna mast’arisqa ruwana, mana llump’ay atiywan. 1840–44 watakunapi hamuq kay kuyuyqa Diospa atiyninpa sumaq rikuchikuynin karqan; ñawpaq kaq angelpa willakuyninqa kay pachapi tukuy misioneropa chaynanman apasqa karqan, wakin suyukunapitaq ancha hatun religión nisqapi munakuy karqan, chay hinaqa mana mayqin hallp’apiq rikusqachu chunka suqta pachak watayuq Reforma pasasqanmantapacha; ichaqa kaykunaqa atipasqa kanqaku kimsa kaq angelpa qhipa amonestacionnin urapi hatun kallpayuq kuyuywan.” The Great Controversy, 611.</w:t>
      </w:r>
    </w:p>
    <w:p>
      <w:pPr>
        <w:pStyle w:val="ArticleBody"/>
        <w:jc w:val="left"/>
      </w:pPr>
      <w:r>
        <w:rPr>
          <w:rFonts w:ascii="Times New Roman" w:hAnsi="Times New Roman" w:eastAsia="Times New Roman" w:cs="Times New Roman"/>
        </w:rPr>
        <w:t>Kay p’unchaykunapi Israel nisqapa ñawsa pusaqkunaqa kikin metodologíankuraykuqa manam chaskinkuchu chay cheqaqtapas: qhepa p’unchaykunapi Diospa atiynin rikurimunqanta yapamanta, ñawpaq watakunapi hina.</w:t>
      </w:r>
    </w:p>
    <w:p>
      <w:pPr>
        <w:pStyle w:val="ArticleScripture"/>
        <w:jc w:val="left"/>
      </w:pPr>
      <w:r>
        <w:rPr>
          <w:rFonts w:ascii="Times New Roman" w:hAnsi="Times New Roman" w:eastAsia="Times New Roman" w:cs="Times New Roman"/>
        </w:rPr>
        <w:t>“Kaypi rikunchik iglesiata—Señorpa santuarionninta—Diospa piñakuyninpa maqanakuyta ñawpaqta muchuqta. Ñawpa machukuna, pikunamanmi Dios hatun k’anchayta qosqa karqa, hinaspa llaqtapa espirituypa allin kayninkunata waqaychaq hina sayasqa karqaku, confiakusqankuta qichusqaku. Paykuna churakusqaku kay yuyayman: manañam milagrokunata suyananchikchu, nitaq Diospa atiyninpa sut’i rikurimuyninta, ñawpaq p’unchaykunapi hina. P’unchaykuna tikrasqañam. Kay simikuna mana iñisqankuta kallpachanku, hinaspa ninku: Señorqa manam allinta rurankachu, nitaq manam mana allintapas rurankachu. Payqa ancha khuyapayakuqmi, chayrayku manam llaqtanta taripayninwan watukuq hamunqachu. Chhaynapi ‘Samay kawsay, qispisqa kay’ nisqa qapariymi lloqsin qharikunamanta, pikunachus manaña hayk’aqpas trompeta hina rimayninkuta oqarinqachu, Diospa llaqtanman huchankunata rikuchinankupaq, Jacobpa wasinmanpas huchankunata rikuchinankupaq. Kay upa allqukuna, mana qaparinqa munasqaqkuna, paykunam phiñasqa Diospa chanin venganzañanta muchunku. Qharikuna, sipaskuna, huch’uy wawakunapas llapallan kuska chinkapunku.” Testimonies, volumen 5, 211.</w:t>
      </w:r>
    </w:p>
    <w:p>
      <w:pPr>
        <w:pStyle w:val="ArticleBody"/>
        <w:jc w:val="left"/>
      </w:pPr>
      <w:r>
        <w:rPr>
          <w:rFonts w:ascii="Times New Roman" w:hAnsi="Times New Roman" w:eastAsia="Times New Roman" w:cs="Times New Roman"/>
        </w:rPr>
        <w:t>Jerusalén llaqtapi mana yachaqkunata kamachiq yachaq runakunapa Laodicea-hina ñawsa kayninku mana atinkuchu qepa para riqsiyta, imaraykuchus mana allinchasqa Biblia-pa yachachiy ñanllatachu hap’ipkanku, aswanpas llulla yuyayninkupa tukukuyninkuna churanku maypichus ñawpa p’unchawkuna hina Diospa atiyninpa ima qhipa rikurimuynintapas ñiqhunkuman. Ichataq Malaquías kimsa nisqan sut’inta reqsichin: Pacto-pa Chaskiqnin Levípa churinkunata ch’uyaqtaq, chaypacha haywakuyqa kanqa ñawpa p’unchawkuna hina.</w:t>
      </w:r>
    </w:p>
    <w:p>
      <w:pPr>
        <w:pStyle w:val="ArticleScripture"/>
        <w:jc w:val="left"/>
      </w:pPr>
      <w:r>
        <w:rPr>
          <w:rFonts w:ascii="Times New Roman" w:hAnsi="Times New Roman" w:eastAsia="Times New Roman" w:cs="Times New Roman"/>
        </w:rPr>
        <w:t>“Cheqaq Testigomantaqmi willakun: ‘Ruwasqaykikunata reqsini’ nispa. ‘Arrepentikuychik, ñawpaq ruwanakunataq ruwariychik’ nispa. Kaymi cheqaq pruebakuna, rikuchikuq evidenciataq, Diospa Espiritun sonqopi llank’asqanta, paypa munakuyninwan hunt’achisunaykipaq. ‘Utqayllam hamusqayki hawaman, candeleroykitaq kasqan cheqmanta oqharisqayki, mana arrepentikuspaykiqa’ nispa. Iglesiaga mana ruruyuq sach’aman hinam, chhikchi, para, inti k’anchayta chaskispa, achka ruruta apamunan karqan, ichaqa divino maskhayqa raprallatam tarin. Ancha uyarisqa yuyaymi iglesiakunapaq! ancha uyarisqa, ari, sapa runapaqpas! Diospa paciencia y aguantakuyqa admirakuypaqmi; ichaqa ‘mana arrepentikuspaykiqa,’ tukukunqam; iglesiakuna, institucionninchikkunapas, pisi kallpamanta aswan pisi kallpaman, chiri formalidadmanta wañusqa kasqaman rinqa, kaynata nispa kashaqtinku: ‘Qhapaq kani, imaymanayuqmi kani, manam imapas faltawanchu’ nispa. Cheqaq Testigomantaqmi nin: ‘Mana yachankichu qamqa wakcha, llaquypaq, pobri, ñawsa, q’ala kashaqta’ nispa. ¿Hayk’aqllapas sut’ita rikunqachus imayna kasqankuta?</w:t>
      </w:r>
    </w:p>
    <w:p>
      <w:pPr>
        <w:pStyle w:val="ArticleScripture"/>
        <w:jc w:val="left"/>
      </w:pPr>
      <w:r>
        <w:rPr>
          <w:rFonts w:ascii="Times New Roman" w:hAnsi="Times New Roman" w:eastAsia="Times New Roman" w:cs="Times New Roman"/>
        </w:rPr>
        <w:t>“Iglesiakunapiqa kanqa Diospa atipayninpa musphay rikuchikuy; ichaqa mana kuyurinchu Señorpa ñawpaqenpi mana pisiyaykukuspa, sonqopa punkunta kicharispa confesiónwan hinaspa arrepentimientowan kaqkunamanqa. Chay atipayninpa rikuchikuyninpi, mayqenmi kay pachata Diospa k’anchayninwan achikyachin, paykunaqa mana imatapas qawarinqachu aswanpas huk imallatam, paykunapa ñawsa kayninpi peligrosa nisqankuta, huk imatam manchakuykuta hatarichinqa, hinaspataq chayta hark’anankupaq kallpachakunkuq. Imaraykuchus Señorqa mana paykunapa yuyaykunaman nitaq suyakuyninkuman hina llamk’anchu, chayraykuqa llamk’anata awqachinqaku. ‘Imaraykutaq,’ ninku, ‘mana ñuqaykuqa Diospa Espiritunta reqsiymanchu, achka watakuna kay llamk’anapi kasqaykuqa?’—Diospa willakuyninkunapa amonestacionninkunaman, mañakuyninkunaman mana kutichisqankurayku, aswanpas sapa kuti nispa qatipakusqankurayku, ‘Qhapaqmi kani, imaymanawan yapasqañam kani, mana imatapas necesitaniñachu.’ Yachayniyuq kay, unay experiencia, mana runakunata k’anchaypa purichiqninchikman tukuchinqachu, mana allin chiqanpi churakunkuchu Cheqaq Kusay Intipa lliphipiq k’anchayninkuna urapi, hinaspa mana qayasqa, akllasqa, Espíritu Santopa qosqanwan waqaychasqa kasqankukama. Sacro kaqkunata llamk’achiq runakuna Diospa atiyniyoq makin urapi pisiyaykukuspankuqa, Señorqa paykunata hoqarinqa. Payqa paykunata rikhuy atiyniyuq runakuna ruwanqa—Espiritunpa graciayuq qhapaq runakuna. Paykunapa kallpachasqa, sapan munayniyoq caracterninkuna, sinch’i sayasqankutaq, kay pachapa K’anchayninmanta hamuq k’anchaypi rikuchisqa kanqa. ‘Utiqllam qanman hamusaq, hinaspa candeleroykita maypi kasqanmantapas oqharisaq, mana arrepentikunkichu chayqa.’ Sichus tukuy sonqoykiwan Señorta maskanki, payqa tarisqa kanqa qanmanta.” Review and Herald, December 23, 1890.</w:t>
      </w:r>
    </w:p>
    <w:p>
      <w:pPr>
        <w:pStyle w:val="ArticleBody"/>
        <w:jc w:val="left"/>
      </w:pPr>
      <w:r>
        <w:rPr>
          <w:rFonts w:ascii="Times New Roman" w:hAnsi="Times New Roman" w:eastAsia="Times New Roman" w:cs="Times New Roman"/>
        </w:rPr>
        <w:t>Judeamanta profetapa wañusqanmi rikuchisqa kachkan iskayninwanpas: kay pacha Babilonia mushuqmanta “leon” nisqawan, mayqinchus profetap kawsay ñawpaq willakuyninpa qhawariyninta takyachiq profetika unanchan, hinallataq “asno” nisqawanpas. Qhelqasqa Qelqaykunapi Islammanta ñawpaq rimariyqa Ishmael sutiyuq runa “runasallqa” hina reqsichisqa kaptinmi.</w:t>
      </w:r>
    </w:p>
    <w:p>
      <w:pPr>
        <w:pStyle w:val="ArticleScripture"/>
        <w:jc w:val="left"/>
      </w:pPr>
      <w:r>
        <w:rPr>
          <w:rFonts w:ascii="Times New Roman" w:hAnsi="Times New Roman" w:eastAsia="Times New Roman" w:cs="Times New Roman"/>
        </w:rPr>
        <w:t>Payqaqa sallqa runa kanqa; makinmi llapa runakunapa contranpi kanqa, hinallataq llapa runakunapa makinpas paypa contranpi kanqa; hinaspan llapa wawqinkunapa ñawpaqenpi tiyakonqa. Génesis 16:12.</w:t>
      </w:r>
    </w:p>
    <w:p>
      <w:pPr>
        <w:pStyle w:val="ArticleBody"/>
        <w:jc w:val="left"/>
      </w:pPr>
      <w:r>
        <w:rPr>
          <w:rFonts w:ascii="Times New Roman" w:hAnsi="Times New Roman" w:eastAsia="Times New Roman" w:cs="Times New Roman"/>
        </w:rPr>
        <w:t>Qelqakuna nisqapa kamachiynin, qelqakunaq ñawpaq rimariyninpi, reqsichin tukuy unanchapa imayna kayninkuna chaypi hap’isqa kananpaq; imaraykuchus Diospa Siminqa muhu hinam, hinaspa muhupaqa llapa ADN nisqanmi tiyan tukuy yurata hunt’achispa puquchinampaq. “Sallqa runa” nispa tikrasqa simiqa, “sallqa Arabia asno” nisqapa siminmi. “Asno” nisqaqa cheqaq Qelqakunapiqa Islam nisqapa huk unanchaqninmi.</w:t>
      </w:r>
    </w:p>
    <w:p>
      <w:pPr>
        <w:pStyle w:val="ArticleBody"/>
        <w:jc w:val="left"/>
      </w:pPr>
      <w:r>
        <w:rPr>
          <w:rFonts w:ascii="Times New Roman" w:hAnsi="Times New Roman" w:eastAsia="Times New Roman" w:cs="Times New Roman"/>
        </w:rPr>
        <w:t>Ezequielpa kimsa chunka qanchisniyuq capitulopi willakuynin, maypichus wañusqa tullukunata kawsarichin, sayk’achispa hatun ejército hina sayarichin, chaymi Islampa kinsa kaq Ay mensajen, hinaspa chay mensajemi qhepa p’unchaykunapi Chawpi Tuta Qapariyninpa mensajen. Hermana White sut’ita yachachin, Cristopa atipaylla yaykuynin Jerusalén llaqtaman Chawpi Tuta Qapariyninpa mensajenta rikuchisqanta.</w:t>
      </w:r>
    </w:p>
    <w:p>
      <w:pPr>
        <w:pStyle w:val="ArticleScripture"/>
        <w:jc w:val="left"/>
      </w:pPr>
      <w:r>
        <w:rPr>
          <w:rFonts w:ascii="Times New Roman" w:hAnsi="Times New Roman" w:eastAsia="Times New Roman" w:cs="Times New Roman"/>
        </w:rPr>
        <w:t>“Chawpi tuta qaparikuyqa manam ancha rimaykunawan apasqachu karqa, hinallataq Qillqakunaq sut’inchayninqa sut’i, mana atipana hinataq tukukuq karqan. Chaywan kuska risaq kallpa karqa, chaymi alma-ta kuyuchirqan. Manam iskayrayaychu karqa, manam tapukuychu karqa. Cristo Jerusalénman atipayninwan yaykusqan p’unchawpiqa, raymita ruranankupaq llaqtamanta tukuy suyukunamanta huñunasqa runakunaqa Olivos Orqoman hamurqanku; hinaspan Jesus-ta pusaspa richkaq t’aqapi huñunakuspaqa, chay horaspa sonqonchayninta hap’irqanku, hinaspan qapariyta astawan hatunyachirqanku: ‘¡Kusisqa kachun Señorpa sutimpi hamuq!’ [Mateo 21:9.] Chay hinallataq mana iñiqkunaqa Adventista tantanakuykunaman hamuspa—wakinkuna curiosidadmanta, wakinkunaqa asipayllapaq—‘¡Qhawariy, Casarakuq qhari hamushan!’ nisqa willakuypi kuska puriq yachachiq kallpata musyarqanku.” Spirit of Prophecy, volumen 4, 250.</w:t>
      </w:r>
    </w:p>
    <w:p>
      <w:pPr>
        <w:pStyle w:val="ArticleBody"/>
        <w:jc w:val="left"/>
      </w:pPr>
      <w:r>
        <w:rPr>
          <w:rFonts w:ascii="Times New Roman" w:hAnsi="Times New Roman" w:eastAsia="Times New Roman" w:cs="Times New Roman"/>
        </w:rPr>
        <w:t>Jesucristopa Revelacionninqa qhepa p’unchaykunapi kichasqa qhepa qillqakuy willakuymi, chaypitaq kinsa kaq Ay ayllupi Islam nisqapas kachkan. Cristo, paymi chay kichasqa willakuy, Jerusalénman yaykuspa, chhaynataq qhepa p’unchaykunapa Chawpi Tuta waqyakuyninta rikuchirqan, “asno” nisqawan apasqa karqan (paypa willakuyninpas apasqa karqan). Cristopa qhepa willakuynin, paypa chanin kayninmanta, Islam nisqawan apasqanmi.</w:t>
      </w:r>
    </w:p>
    <w:p>
      <w:pPr>
        <w:pStyle w:val="ArticleBody"/>
        <w:jc w:val="left"/>
      </w:pPr>
      <w:r>
        <w:rPr>
          <w:rFonts w:ascii="Times New Roman" w:hAnsi="Times New Roman" w:eastAsia="Times New Roman" w:cs="Times New Roman"/>
        </w:rPr>
        <w:t>Islamqa karqan, kanan, hinallaraqmi sallqa runa kanqa, imaynachus sallqa Arabia asnuwan rikuchisqa hina; hinaspa pipas rikuyta munankuqa (ashka mana rikuyta munaqkuna kasqankupas), sasachayniyllapim “riqsiyta” atinman, kunan Islam rayku rurakusqan maqanakuyqa sallqa upayaymi kasqanta. Wañuyman haykuyta munay, qhepa kausaypi hatun sexual kutichikuy kanqa nispa iñispaqa, supaypa upayaymi. Islammanta ñawpaq willakuyninmi reqsichirqan Islamqa sallqa runa kananta.</w:t>
      </w:r>
    </w:p>
    <w:p>
      <w:pPr>
        <w:pStyle w:val="ArticleBody"/>
        <w:jc w:val="left"/>
      </w:pPr>
      <w:r>
        <w:rPr>
          <w:rFonts w:ascii="Times New Roman" w:hAnsi="Times New Roman" w:eastAsia="Times New Roman" w:cs="Times New Roman"/>
        </w:rPr>
        <w:t>Islampa maqanakuyqa tukuy runakunata huñun kimsañiqin Llakikuypa aswan wiñashaq maqanakuyta maqanakunankupaq. Islamqa profetiku yuyaychaymi huk sapa pacha kamachiyta churariypi ruwasqa kananpaq; hinallataq globalistakuna yachachinku paykuna munayllankumanta Iskay Kaq Pacha Maqanakuy qhipaman judíokunata Israel allpaman kutichisqankuta, Islampa unay cheqninkuta judíokunapaq llamk’achispa Kimsa Kaq Pacha Maqanakuyta qallarinankupaq. Globalistakuna creenku, hinaspataq chunka watakunamanta yachachkanku, huk Kimsa Kaq Pacha Maqanakuyta munanqaku sapa pachapa kamachiyninkuta apamunankupaq. Globalistakunapa millay q’iwisqa munayninkuna, kikinkupa siminkuwan nisqanku hina, Islampa Bibliapi kaq ruwanakunaq chananman allin tupayku.</w:t>
      </w:r>
    </w:p>
    <w:p>
      <w:pPr>
        <w:pStyle w:val="ArticleBody"/>
        <w:jc w:val="left"/>
      </w:pPr>
      <w:r>
        <w:rPr>
          <w:rFonts w:ascii="Times New Roman" w:hAnsi="Times New Roman" w:eastAsia="Times New Roman" w:cs="Times New Roman"/>
        </w:rPr>
        <w:t>Ichaqa aswan allinmi Ismaelpa profetico ADNnimpí kaqmi, paymanta ñawpaq kuti rimakusqaq versiculopi, chayqa kaymi: paypa espiritun, “salqa runa”pa espiritun kaspa, “llapa wauqenkunapa ñawpaqenpi tiyan.” Kay yuyayqa, iskay kimsa kaq Ay ñak’ariypiqa radical islammanta wakin sectakuna sapaqllam chaypi kasqanku nispa, Diospa Siminwanqa mana tupanchu. Política nisqapi allin rikuchisqa común yuyayqa, sapa religión persuasiónpi wakin mana allin ruruqkuna kan, musulmán religiónmanta aswan achka runakunaqa thak kay munasqa llaqta masikuna kasqanku nispa, manam paykunaq kikinkupa santo libronwanpas, Bibliatawanpas acuerdanchu.</w:t>
      </w:r>
    </w:p>
    <w:p>
      <w:pPr>
        <w:pStyle w:val="ArticleBody"/>
        <w:jc w:val="left"/>
      </w:pPr>
      <w:r>
        <w:rPr>
          <w:rFonts w:ascii="Times New Roman" w:hAnsi="Times New Roman" w:eastAsia="Times New Roman" w:cs="Times New Roman"/>
        </w:rPr>
        <w:t>Qur’an yachachinmi, Allahpa sapa qatiqninpa ruwanan kasqanta, llapa kay pachata Sharia kamachiywan hukllachaspa churayta; hinallataq, Génesis libropi Islammanta ñawpaq rimayqa reqsichinmi, Ismaelpa “sallqa runa” espiritunqa Islam qatiq sapa runapim kananta. Qur’anmi chiqap yachachin qatiqninkunata allin kawsayniyuq hina rikuchikuyta, maypi kasqankupi manaraq atiyniyuq kashanku chay runakunaman hinaspa llaqtaman religiónninkupa kamachiyninta qochayta, Catolicismohina.</w:t>
      </w:r>
    </w:p>
    <w:p>
      <w:pPr>
        <w:pStyle w:val="ArticleBody"/>
        <w:jc w:val="left"/>
      </w:pPr>
      <w:r>
        <w:rPr>
          <w:rFonts w:ascii="Times New Roman" w:hAnsi="Times New Roman" w:eastAsia="Times New Roman" w:cs="Times New Roman"/>
        </w:rPr>
        <w:t>Judá llaqtamanta profetaqa Jeroboamta uyarichirqa reinon musuqmanta qallariyninpi. Protestante apostasíaqa 1844 watapi qallarirqa, chaymantataq usqhayllaña Millerita Adventismo payta tinkurirqa, Santísimo Lugarman yaykuspa Diospa kamachikuyninta tarisqanrayku, chaypi qanchis p’unchaw samana p’unchawpas kasqanrayku. Millerita Adventismomanqa, Jeremías nisqaman rikch’akuq hina, Diosman kutimunanpaq nirqaku, ichaqa mana hayk’aqpas “burlakuqkunapa huñunakuyninman” kutinampaqchu. Judá llaqtamanta profetataqa nirqaku mana hamusqan ñanninta kutinampaqchu, nitaj Betel llaqtapi llulla profetapa mikhuyninta otaq upyananta mikhuq-yuqpaqchu, ichaqa chayta ruwarqa. Judá llaqtamanta profetapa wañuyninqa simbólicamente churakusqa karqa iskay señalkunapa chawpinpi, chaykuna papadota hinallataq Islamta rikch’achiqkuna kasqankurayku. Laodicea sutiyuq Adventismoqa mana chay iskay cheqaqkunata rikuyta atinchu, imaraykuchus 1863 watapi kikinkupa espiritual ñawinkuta qispichirqaku, hinaspa William Millerpa apasqan alhajakuna hinallataq metodologíanta pakayta qallarisqaku, Adventismopa cimientokunata sayachinankupaq llulla qullqikunawan alhajakuna hinallataq protestante apostasíapa catholicismopa metodologíankunawan.</w:t>
      </w:r>
    </w:p>
    <w:p>
      <w:pPr>
        <w:pStyle w:val="ArticleBody"/>
        <w:jc w:val="left"/>
      </w:pPr>
      <w:r>
        <w:rPr>
          <w:rFonts w:ascii="Times New Roman" w:hAnsi="Times New Roman" w:eastAsia="Times New Roman" w:cs="Times New Roman"/>
        </w:rPr>
        <w:t>“Qupa pichana Qhari” kunanqa wasinta pichachkan, chay sumaq rumi-kunata kutichimuspa, hinallataq Miller-man qushan mesan patapi churaykunanpaq; ichaqa Adventismoqa ñawsaqchasqa kachkan chay iñiyninwan paykunaqa puchuq llaqtam kasqankuta, paypa llaqtan kananpaq 1844 watapi hatarichisqa kasqankuta.</w:t>
      </w:r>
    </w:p>
    <w:p>
      <w:pPr>
        <w:pStyle w:val="ArticleScripture"/>
        <w:jc w:val="left"/>
      </w:pPr>
      <w:r>
        <w:rPr>
          <w:rFonts w:ascii="Times New Roman" w:hAnsi="Times New Roman" w:eastAsia="Times New Roman" w:cs="Times New Roman"/>
        </w:rPr>
        <w:t>Ama ama niychu sonqoykichispi ninkichischu: “Abrahammanta taytayoqmi kanchis” nispa; noqaqa niykichismi: Diosqa kay rumikunamantapas atiwanmi Abrahampaq churinkunata hatarichiyta. Kunanpas hachaqa sachakunapa saphinman churakusqañam kachkan; chayrayku llapa sachapas mana allin ruruta apaqqa kuchusqa kanqa, ninamanpas wikch’usqa kanqa. Noqaqa yakuwanmi bautizaykichis wanakuyman; ichaqa qhepamanta hamuqqa noqamanta aswan kallpasapaqmi, paypa usut’anta apayllaypaqpas mana hinachu kani; paymi bautizasunkichis Santo Espirituwan, ninawanpas. Paypa wayrachinampaq rawk’an makimpi kachkan, paymi era nispan allinta pichanqa, trigonta waqaychanaman huñunqa; ichaqa qarat’aqa mana wañuq ninawan rupachinqa. Mateo 3:9–12.</w:t>
      </w:r>
    </w:p>
    <w:p>
      <w:pPr>
        <w:pStyle w:val="ArticleBody"/>
        <w:jc w:val="left"/>
      </w:pPr>
      <w:r>
        <w:rPr>
          <w:rFonts w:ascii="Times New Roman" w:hAnsi="Times New Roman" w:eastAsia="Times New Roman" w:cs="Times New Roman"/>
        </w:rPr>
        <w:t>Laodicea nisqa Adventismoqa Señorpa siminmanta wisch’usqa kanqa, ichaqa chay sapanka runakuna arrepentikunkuman chayqa mana. Laodicea nisqa Adventismoqa p’ampasqa kanan kashan kikin sepulturapi ñawpaq pacto llaqtakuna Millerpa willakuyninta mana chaskiqkuna p’ampasqa kanku chaypi hina, paykunaqa kunanpas ñawpaq pacto llaqta kanku pachak tawa chunka tawa waranqa runakunawan tupachisqa. 1863 watapi hatarikuyninqa ricuchisqa kashan Judá llaqtamanta hamuq profetawan, paymi rey Josíasmanta huk willakuyta saqerqan.</w:t>
      </w:r>
    </w:p>
    <w:p>
      <w:pPr>
        <w:pStyle w:val="ArticleBody"/>
        <w:jc w:val="left"/>
      </w:pPr>
      <w:r>
        <w:rPr>
          <w:rFonts w:ascii="Times New Roman" w:hAnsi="Times New Roman" w:eastAsia="Times New Roman" w:cs="Times New Roman"/>
        </w:rPr>
        <w:t>Kay yachayta qatiqpaqmi hamuq qillqapi purichisunchik.</w:t>
      </w:r>
    </w:p>
    <w:p>
      <w:pPr>
        <w:pStyle w:val="ArticleScripture"/>
        <w:jc w:val="left"/>
      </w:pPr>
      <w:r>
        <w:rPr>
          <w:rFonts w:ascii="Times New Roman" w:hAnsi="Times New Roman" w:eastAsia="Times New Roman" w:cs="Times New Roman"/>
        </w:rPr>
        <w:t>“Aswan pacha hina kay mundo-man rikch’akuytaqa, aswanraqmi kay mundomanta sapaqchakuspa, sut’ichakuspa kananchik. Satanásqa iglesiakunawan hukllachaspa, Diospa cheqaq kayninta contra atipanakuyta ruwananpaq hatun yachaywan kallpachakusqantaqa ruwashan, hinallataqmi ruwallasaq. Diospa llaqtan runakuna kay munduman yaykuyta rurashaqtin, chayqa tutayaypa atiyninkunamanta sinchi sayariyta rikuchinqa. Awqapa qhipa hatun maqanakuyuqa ancha sinchi, mana kuyuy atipanakuy kanqa. Chayqa tutayaypa atiyninkunawan k’anchaypa atiyninkuna chawpinpi qhipa maqanakuy kanqa. Sapa cheqaq Diospa wawqanmi Cristopa ladonpi sinchita maqanakunqa. Kay hatun sasachakuy pachapi pichkunaqa kikinkuta saqespa Diospa ladonmanta aswan kay mundopa ladonpi kaqkunaqa, tukukuyninpi llapaqta kay mundopa ladonman churakuykunku. Pichkuna Diospa siminmanta entiendenankupi pantasqa tukunku, anticristopa niyninta mana rikunku, paykunaqa mana iskayrayaspa anticristopa ladonman churakuykunku. Kunanqa mana pacha kanchu kay mundowan chhapuykukuspa hukllaychasqa kanananchikpaq. Danielqa paypa suertinpi, paypa churasqa cheqanpi sayashan. Danielpa hinallataq Juanpa profeciankunaqa entiendesqa kananmi. Paykunaqa huknin hukninwan sut’inchanku. Paykunaqa kay mundoman llapa runakuna yachanankupaq cheqaq kaykunata qonku. Kay profeciakunaqa kay mundopi testigopaq kananmi. Kay qhipa p’unchaykunapi hunt’akusqanrayku, kikinkumanta sut’inchakunqaku.”</w:t>
      </w:r>
    </w:p>
    <w:p>
      <w:pPr>
        <w:pStyle w:val="ArticleScripture"/>
        <w:jc w:val="left"/>
      </w:pPr>
      <w:r>
        <w:rPr>
          <w:rFonts w:ascii="Times New Roman" w:hAnsi="Times New Roman" w:eastAsia="Times New Roman" w:cs="Times New Roman"/>
        </w:rPr>
        <w:t>“Señorqa kay pachakrunata mana allin rurayninkunamanta castiganampaqña kashan. Payqa kayllamanta qillqasqa k’anchayta, cheqaq kayta chaskinankupaq qosqasqa kaptinpas mana chaskisqankumanta religiösu huñunakuykunatapas castiganampaqña kashan. Hatun willakuy, huk ñiqin, iskay ñiqin, kimsa ñiqin angelkunapa willakuyninkunata huñuspa, pachakrunaman qosqa kanan. Chaymi llasaynin kanan llank’ananchispa. Pipas Cristopi cheqaqtapuni creenqa, Jehovápa kamachikuyninman sut’ita kasukunqa. Sábadoqa Dioswan llaqtan runakuna pakati señalm; chayraykun Diospa kamachikuyninman kasukuyninchista rikuchisqa kanan Sábadota waqaychaspa. Chayqa Diospa akllasqa llaqtan runakunapaqwan kay pachawan t’aqanakuypa señalan kanan. Diosman cheqaq kayqa anchatam niynin. Chaypiqa saludmanta allinchaypas kan. Chayri mikhunanchisqa sasa mana kanan, tukuy imapipas pisiypi, tupusqa kayniyoq kanan. Mesa patapi achka kutipi rikusqa mikhunakuna ima rikch’aqmi mana nisësaryuchu, aswanpas ancha dañiñam. Yuyaywan cuerpopas allin aswan allin saludpi waqaychasqa kanan. Diospa yachayninpi, manchakuyinpi allinta yachasqa runakuna sapallanmi akllasqa kanan responsabilidadkunata apananpaq. Unayña cheqaq kaypi kashaspa pas, cheqaq chanin kaypa chuya principiosninkunata mana allin kaypa principiosninkunamanta mana rakiy atiqkuna, justicia, misericordia, Diospa munakuyninmanta entiendeynin phuyuysqasqa kaqkunaqa, responsabilidadmanta qespichisqa kanan.”</w:t>
      </w:r>
    </w:p>
    <w:p>
      <w:pPr>
        <w:pStyle w:val="ArticleScripture"/>
        <w:jc w:val="left"/>
      </w:pPr>
      <w:r>
        <w:rPr>
          <w:rFonts w:ascii="Times New Roman" w:hAnsi="Times New Roman" w:eastAsia="Times New Roman" w:cs="Times New Roman"/>
        </w:rPr>
        <w:t>“Diosqa ancha importante yachachiykunata sapa llaqtanpaq yachanankupaq kan. Kay yachachiykuna ñawpaqta yachasqa kaspaqa, paypa ruwasqan mana kunan hina kasqanman chayaspachu karqan. Huk imapas ruwasqa kanan. Cheqaq kaq mana pakasqa kananchu ministrukunamanta utaq kamachiykunapi kaq runakunamantapas, paykuna mana kusikuyta apanankuta manchakuspa. Ñoqanchikpa institucionninkunawan kuska kananmi runakuna, llamp’u sonqowan hinaspa yachaywan Diospa llapa yuyayninta willakuyta atinkuqkuna. Diospa piñakuynin rawrarin, aycha munaypi hinaspa allin kasqankupi atisqa kawsaspa, paypa pusayninta pisipaq qawasqankurayku. Paykunaqa ruwasqapa allin wiñayninta peligropi churashanku.”</w:t>
      </w:r>
    </w:p>
    <w:p>
      <w:pPr>
        <w:pStyle w:val="ArticleScripture"/>
        <w:jc w:val="left"/>
      </w:pPr>
      <w:r>
        <w:rPr>
          <w:rFonts w:ascii="Times New Roman" w:hAnsi="Times New Roman" w:eastAsia="Times New Roman" w:cs="Times New Roman"/>
        </w:rPr>
        <w:t>“Sapa llulla ñanqa pantasqa kasqanmi, chayta mana saqispa qatiqtenqa, tukuypim chinkachisqaman apasun. Chayraykun Señorqa llulla yuyaykunata qatiqkunataqa chinkachisqa kananpaq saqin. Alabanzapas hatunchaypas uyarikushaqtinmi, hukllapi chinkachiy hamun. Wakinkunam kan, hukkunaman mana allin kasqankumanta qhawachisqa rimay chaskisqankuta yachaspapas, yachachikuyta wasallaman kutirinqaku. Paykunaqa iskay kuti huchayuqmi. Señorpa munayninta yacharqanku, ichaqa manam rurarqankuchu. Castigonkupas huchankuman hina tupachisqa kanqa. Manam Señorpa siminta uyarinayankuchu.”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Yupanakuy Qanchis Chunka Suqtayuq</dc:title>
  <dc:subject>Profeciakunata kichaspa: 1856 watapi k’anchayta chinkachisqan, hinaspa chaymanta hamuq consecuenciankuna</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