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Qanchis Chunka Qanchisniyuq Número</w:t>
      </w:r>
    </w:p>
    <w:p>
      <w:pPr>
        <w:pStyle w:val="ArticleSubtitle"/>
        <w:jc w:val="left"/>
      </w:pPr>
      <w:r>
        <w:rPr>
          <w:rFonts w:ascii="Arial" w:hAnsi="Arial" w:eastAsia="Arial" w:cs="Arial"/>
        </w:rPr>
        <w:t>Qhawaypi pakasqa profético tinkuchiyta rikuchispa: Laodicea Adventismo 1863 watapi, hinaspa Biblia tipologíawan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2024-02-10</w:t>
      </w:r>
    </w:p>
    <w:p>
      <w:pPr>
        <w:pStyle w:val="ArticleBody"/>
        <w:jc w:val="left"/>
      </w:pPr>
      <w:r>
        <w:rPr>
          <w:rFonts w:ascii="Times New Roman" w:hAnsi="Times New Roman" w:eastAsia="Times New Roman" w:cs="Times New Roman"/>
        </w:rPr>
        <w:t>1863 watapi, Laodicea Adventismo hatarirqan kutichiyqa, Jericota yapamanta sayarichisqanmanta willakusqa ñakaywanmi rikuchisqa kashan.</w:t>
      </w:r>
    </w:p>
    <w:p>
      <w:pPr>
        <w:pStyle w:val="ArticleScripture"/>
        <w:jc w:val="left"/>
      </w:pPr>
      <w:r>
        <w:rPr>
          <w:rFonts w:ascii="Times New Roman" w:hAnsi="Times New Roman" w:eastAsia="Times New Roman" w:cs="Times New Roman"/>
        </w:rPr>
        <w:t>Chay p'unchaypi Josué paykunata jurachispa nirqan: “Tata Diospa ñawpaqenpi maldisionchasqa kachun chay runa, Jericó llaqtata hatarichispa yapamanta sayarichiq; chaypa cimientonta churanka ñawpaq wawanwanmi, punkunkunatataq suwaq qhepa wawallanwanmi sayachinqa.” Josué 6:26.</w:t>
      </w:r>
    </w:p>
    <w:p>
      <w:pPr>
        <w:pStyle w:val="ArticleBody"/>
        <w:jc w:val="left"/>
      </w:pPr>
      <w:r>
        <w:rPr>
          <w:rFonts w:ascii="Times New Roman" w:hAnsi="Times New Roman" w:eastAsia="Times New Roman" w:cs="Times New Roman"/>
        </w:rPr>
        <w:t>1863 watapi Laodicea nisqa Adventismo hatarichisqan, wasi ruwaqkuna esquina rumi nisqa hatun kallpachaq rumita mana chaskisqankuwanmi rikuchisqa karqa.</w:t>
      </w:r>
    </w:p>
    <w:p>
      <w:pPr>
        <w:pStyle w:val="ArticleScripture"/>
        <w:jc w:val="left"/>
      </w:pPr>
      <w:r>
        <w:rPr>
          <w:rFonts w:ascii="Times New Roman" w:hAnsi="Times New Roman" w:eastAsia="Times New Roman" w:cs="Times New Roman"/>
        </w:rPr>
        <w:t>Jesusqa paykuman nirqan: ¿Manachu hayk’aqpas Qelqasqa Qelqakunapi liyirqankichis: “Ruwachiqkunaq qhesachasqan ruminqa, chayllataq tukurqan esquinaq umanman; kayqa Señorpa ruwasqanmi, ñawinchiskunapitaq musphaypaqmi”? Chayraykun niykichis: Diospa qhapaq suyunninqa qankunamanta qechusqa kanqa, hinaspan churasqa kanqa huk llaqtaman, chaypa rurayninpa rurunkunata apamuqman. Mateo 21:42, 43.</w:t>
      </w:r>
    </w:p>
    <w:p>
      <w:pPr>
        <w:pStyle w:val="ArticleBody"/>
        <w:jc w:val="left"/>
      </w:pPr>
      <w:r>
        <w:rPr>
          <w:rFonts w:ascii="Times New Roman" w:hAnsi="Times New Roman" w:eastAsia="Times New Roman" w:cs="Times New Roman"/>
        </w:rPr>
        <w:t>Laodicea sutiyuq Adventismoq 1863 watapi hatarikuyninqa, Aaronpa quri becerronwanmi rikuchisqa karqan.</w:t>
      </w:r>
    </w:p>
    <w:p>
      <w:pPr>
        <w:pStyle w:val="ArticleScripture"/>
        <w:jc w:val="left"/>
      </w:pPr>
      <w:r>
        <w:rPr>
          <w:rFonts w:ascii="Times New Roman" w:hAnsi="Times New Roman" w:eastAsia="Times New Roman" w:cs="Times New Roman"/>
        </w:rPr>
        <w:t>Paykuna ñoqaman nirqanku: “Ñawpaqninchikman rispa pusawananpaq dioskuna rurapuwayku; kay Moisesmantaqa, Egipto hallp’amanta orqomuwasqanchik runamantaqa, mana yachanchikchu imayna kasqanta” nispa. Chaymi paykunata nirqani: “Pipas qoriyniyoq kaqqa, chinkachichun” nispa. Hinaspan paykuna qoyuwanku; noqataq ninaman wikch’urqani, hinaspam kay toritucha lluqsimurqa. Moises runakunata q’alalla kasqankuta rikuspataq, (Aaronmi paykunata q’alallayachisqa, awqankupa ñawpaqenpi p’enqayman churananpaq). Éxodo 32:23–25.</w:t>
      </w:r>
    </w:p>
    <w:p>
      <w:pPr>
        <w:pStyle w:val="ArticleBody"/>
        <w:jc w:val="left"/>
      </w:pPr>
      <w:r>
        <w:rPr>
          <w:rFonts w:ascii="Times New Roman" w:hAnsi="Times New Roman" w:eastAsia="Times New Roman" w:cs="Times New Roman"/>
        </w:rPr>
        <w:t>1863 watapi Laodicea Adventismo hatarirqan, Jeroboampa iskay qurimanta torokunawanmi rikuchisqa karqan.</w:t>
      </w:r>
    </w:p>
    <w:p>
      <w:pPr>
        <w:pStyle w:val="ArticleScripture"/>
        <w:jc w:val="left"/>
      </w:pPr>
      <w:r>
        <w:rPr>
          <w:rFonts w:ascii="Times New Roman" w:hAnsi="Times New Roman" w:eastAsia="Times New Roman" w:cs="Times New Roman"/>
        </w:rPr>
        <w:t>Sichus kay llaqta Jerusalénpi Señorpa wasinman sacrificiota ruwaq wicharinqaku chayqa, chay llaqtapa sonqon kutimunqa paykunaq apunman, Judápa reynin Roboamman; hinaspan noqata wañuchiwankuman, hinaspa kutinqakuman Judápa reynin Roboamman. Chayraykun rey yuyayman churakuspa iskay qorimanta becerrokunata ruwachirqan, hinaspan paykunata nirqan: Jerusalénman wichayqa qankunapaq ancha sasañanmi; qhawariy, Israel, kaymi diosniykikuna, Egipto suyomanta orqomusunkikuna. Hukta churarqun Betelpi, huktaq Danpi churarqan. 1 Reyes 12:27–29.</w:t>
      </w:r>
    </w:p>
    <w:p>
      <w:pPr>
        <w:pStyle w:val="ArticleBody"/>
        <w:jc w:val="left"/>
      </w:pPr>
      <w:r>
        <w:rPr>
          <w:rFonts w:ascii="Times New Roman" w:hAnsi="Times New Roman" w:eastAsia="Times New Roman" w:cs="Times New Roman"/>
        </w:rPr>
        <w:t>1863 watapi Laodicea Adventismo hatarichisqanqa, Judá llaqtamanta profetapa rikch’ayninwanmi qhawachisqa, payqa asnowan leonwan chawpipi wañusqa.</w:t>
      </w:r>
    </w:p>
    <w:p>
      <w:pPr>
        <w:pStyle w:val="ArticleScripture"/>
        <w:jc w:val="left"/>
      </w:pPr>
      <w:r>
        <w:rPr>
          <w:rFonts w:ascii="Times New Roman" w:hAnsi="Times New Roman" w:eastAsia="Times New Roman" w:cs="Times New Roman"/>
        </w:rPr>
        <w:t>Hinaspanmi, t’antata mikuspa, upyaspaña, asnotaña sillachirqan, kutichimunqan profetapaq. Ripusqaptintaq, huk león ñanpi tariparqan, wañuchirqantaq; aychantataq ñanpi saqerqan, asnoqa chay ladonpi sayarqan, leónpas aychapa ladonpi sayallarqataq. 1 Reyes 13:23, 24.</w:t>
      </w:r>
    </w:p>
    <w:p>
      <w:pPr>
        <w:pStyle w:val="ArticleBody"/>
        <w:jc w:val="left"/>
      </w:pPr>
      <w:r>
        <w:rPr>
          <w:rFonts w:ascii="Times New Roman" w:hAnsi="Times New Roman" w:eastAsia="Times New Roman" w:cs="Times New Roman"/>
        </w:rPr>
        <w:t>Laodicea nisqapi Adventismopa hatarikuynin 1863 watapi, ñawpa Israelpa chunka kaq pruebanwanmi rikuchisqa karqan, chaymi paykunapa puriyta qallarichirqan ch’in pampa purichiypi.</w:t>
      </w:r>
    </w:p>
    <w:p>
      <w:pPr>
        <w:pStyle w:val="ArticleScripture"/>
        <w:jc w:val="left"/>
      </w:pPr>
      <w:r>
        <w:rPr>
          <w:rFonts w:ascii="Times New Roman" w:hAnsi="Times New Roman" w:eastAsia="Times New Roman" w:cs="Times New Roman"/>
        </w:rPr>
        <w:t>Ichaqa kawsasqayman hina, tukuy kay pachaqa Señorpa hatun k’anchayninwan hunt’asqa kanqa. Chayrayku llapa chay runakuna, ñoqaq hatun k’anchaynayta, Egiptopi chaymanta purunpi rurasqay milagrokunaytawan rikuspanku, kunan chunka kuti pruebaykuwaspanku, manataq simiyta uyarispa, cheqaqmi mana rinqakuchu taytankuman jurarasqay allpata rikuyta; nitaq piñaqchiwaqniykunapas chayta rikunqachu. Ichaqa kamachiyuqniy Caleb, hukniraq espirituyuq kasqanrayku, llapan sonqowan qatiruwasqanrayku, paytan pusasaq chay haykusqan allpaman; mirayninpas chayta jap’inqa. Números 14:21–23.</w:t>
      </w:r>
    </w:p>
    <w:p>
      <w:pPr>
        <w:pStyle w:val="ArticleBody"/>
        <w:jc w:val="left"/>
      </w:pPr>
      <w:r>
        <w:rPr>
          <w:rFonts w:ascii="Times New Roman" w:hAnsi="Times New Roman" w:eastAsia="Times New Roman" w:cs="Times New Roman"/>
        </w:rPr>
        <w:t>Apóstol Pabloqa yachachirqan:</w:t>
      </w:r>
    </w:p>
    <w:p>
      <w:pPr>
        <w:pStyle w:val="ArticleScripture"/>
        <w:jc w:val="left"/>
      </w:pPr>
      <w:r>
        <w:rPr>
          <w:rFonts w:ascii="Times New Roman" w:hAnsi="Times New Roman" w:eastAsia="Times New Roman" w:cs="Times New Roman"/>
        </w:rPr>
        <w:t>Kay tukuykunam paykunaman chayarqan ejemplokunapaqmi; qelqasqataq kachkan noqanchikpa yuyachisqanchikpaq, pimanmi kay pachakunaq tukukuynin chayamun. 1 Corintios 10:11.</w:t>
      </w:r>
    </w:p>
    <w:p>
      <w:pPr>
        <w:pStyle w:val="ArticleBody"/>
        <w:jc w:val="left"/>
      </w:pPr>
      <w:r>
        <w:rPr>
          <w:rFonts w:ascii="Times New Roman" w:hAnsi="Times New Roman" w:eastAsia="Times New Roman" w:cs="Times New Roman"/>
        </w:rPr>
        <w:t>Chay profético principioqta rimarispa, Hermana Whiteqa kaynata nirqan:</w:t>
      </w:r>
    </w:p>
    <w:p>
      <w:pPr>
        <w:pStyle w:val="ArticleScripture"/>
        <w:jc w:val="left"/>
      </w:pPr>
      <w:r>
        <w:rPr>
          <w:rFonts w:ascii="Times New Roman" w:hAnsi="Times New Roman" w:eastAsia="Times New Roman" w:cs="Times New Roman"/>
        </w:rPr>
        <w:t>“Sapa ñawpa profetakunam kikinkupa pachanpaqqa manam anchatachu rimarqanku, aswanqa ñuqanchikpaqmi; chayraykum profeciankuqaqa ñuqanchikpaq kallpanwan kananpaq kachkan. ‘Kay llapa imakunaqa paykunaman rikch’achinapaqmi pasaq, qelqasqataqmi kachkan ñuqanchikpa yuyaychanapaq, pichus kay pacha tukukuyninkunaman chayamusqanchikpaq.’ 1 Corintios 10:11. ‘Manam paykikunallapaqchu, aswanqa ñuqanchikpaqmi sirvirqanku chay imakunata, kunan qankunaman willasqasqa kaqkunata, hanaq pacha manta kachamusqa Santo Espirituwan evangelio willaqkunaranti; chay imakunatam angelkunapas qhawariyta munanku.’ 1 Pedro 1:12....”</w:t>
      </w:r>
    </w:p>
    <w:p>
      <w:pPr>
        <w:pStyle w:val="ArticleScripture"/>
        <w:jc w:val="left"/>
      </w:pPr>
      <w:r>
        <w:rPr>
          <w:rFonts w:ascii="Times New Roman" w:hAnsi="Times New Roman" w:eastAsia="Times New Roman" w:cs="Times New Roman"/>
        </w:rPr>
        <w:t>“La Bibliaqa kay qhipa wiñaypaqmi tukuy qhapaq kaqninkunata huñurqusqa, hukllachasqataq watarusqa. Tukuy hatun ruraykuna hinaspa llakiywan hunt’asqa rurasqakuna Ñawpaq Testamento historiapiqa karqan, hinaspataq kachkan, kutimanta pasakuspalla iglesiapi kay qhipa p’unchaykunapi.” Selected Messages, book 3, 338, 339.</w:t>
      </w:r>
    </w:p>
    <w:p>
      <w:pPr>
        <w:pStyle w:val="ArticleBody"/>
        <w:jc w:val="left"/>
      </w:pPr>
      <w:r>
        <w:rPr>
          <w:rFonts w:ascii="Times New Roman" w:hAnsi="Times New Roman" w:eastAsia="Times New Roman" w:cs="Times New Roman"/>
        </w:rPr>
        <w:t>Isaías nisqanman hina, qhipa paraq willakuyninqa huk willakuymi, paymi reqsichin mana allin runakuna mana uyariyta munasqankuta, chay willakuynintataq “siq’i patapi siq’i” nispa sutichan.</w:t>
      </w:r>
    </w:p>
    <w:p>
      <w:pPr>
        <w:pStyle w:val="ArticleScripture"/>
        <w:jc w:val="left"/>
      </w:pPr>
      <w:r>
        <w:rPr>
          <w:rFonts w:ascii="Times New Roman" w:hAnsi="Times New Roman" w:eastAsia="Times New Roman" w:cs="Times New Roman"/>
        </w:rPr>
        <w:t>¿Pitaq yachachinqa yachayta? ¿Pitaq yachachinqa yachachikuyta entiendenanpaq? Ñuñumanta qichusqakunata, ñuñukunaqmanta qarqosqakunatan. Kamachikuyqa kamachikuy patanpi kanqa, kamachikuy kamachikuy patanpi; siq’i siq’i patanpi, siq’i siq’i patanpi; kaypi aslla, chaypitaq aslla. Imaraykuchus aklluy simikunawan, huk simiwantaqmi kay llaqtaman rimarinqa. Paykunamanmi nirqa: Kaymi samay, chaywan sayk’usqata samachinkichik; kaymi kawsarichiy. Chaywanpas mana uyariyta munarqakuchu. Ichataq Señorpa siminqa paykunapaq karqa kamachikuy patanpi kamachikuy, kamachikuy patanpi kamachikuy; siq’i patanpi siq’i, siq’i patanpi siq’i; kaypi aslla, chaypitaq aslla; hinaqtin rispa qhipaman urmanankupaq, pakisqa kananankupaq, toqllaman urmanankupaq, hinaspa hap’isqa kananankupaq. Isaías 28:9–13.</w:t>
      </w:r>
    </w:p>
    <w:p>
      <w:pPr>
        <w:pStyle w:val="ArticleBody"/>
        <w:jc w:val="left"/>
      </w:pPr>
      <w:r>
        <w:rPr>
          <w:rFonts w:ascii="Times New Roman" w:hAnsi="Times New Roman" w:eastAsia="Times New Roman" w:cs="Times New Roman"/>
        </w:rPr>
        <w:t>Chaymanta ñaqa riqsichisqanchis suqta siq’ikunaqmantam, manañam sut’inchasqanchischu wakinkunaqa kanraqmi, hukninqa 1863 watata hatarichin, wiñayman puriq huk pruebayuq tukukuynin hina, chaymantaq purun pampapi wayray puriyta apamurqan. Iskayñinmi ñawpaq rimanakuypa llaqtanta saqisqa hina qhawachin, hinaspa musuq akllasqa llaqtawan rantisqa. Hukninmi ñakayta señalaykun Diospa ñakariywan thuñisqa, saqisqa, mana yapamanta hatarichinapaq kasqan imata yapamanta hatarichisqanmanta; hukñataq ñakayta señalaykun mayman kutinapaq mana saqisqa kasqaykiman kutisqanmanta. Iskayñinmi Chunka Kamachikuykunapa ishkay tablankunapa llullachiq rikch’akuyninkunata qawachin, chaykunataq Habacucpa ishkay tablankunata sut’icharqan.</w:t>
      </w:r>
    </w:p>
    <w:p>
      <w:pPr>
        <w:pStyle w:val="ArticleBody"/>
        <w:jc w:val="left"/>
      </w:pPr>
      <w:r>
        <w:rPr>
          <w:rFonts w:ascii="Times New Roman" w:hAnsi="Times New Roman" w:eastAsia="Times New Roman" w:cs="Times New Roman"/>
        </w:rPr>
        <w:t>Aarónpa Jeroboampa qori becerro-ninkunaqa celos nisqamanta llulla rikch’ayninta representan, chaymi 1863 watapi chart llulla nisqata representan. Huñusqa kaspankum, Aarónpa Jeroboampa iskay testigo-ninkuna yachachinaku Habacucpa iskay tabla-ninkuna huk tabla kasqanta, chunka kamachikuykunapa iskay tabla-ninkuna Diospa huk ley-ninta representasqankuman hinallataq. Huñusqa kaspanku, huk símbolo tukunku, chayqa iskaymanta ruwasqa, huñuchisqa kaptinku. Diospa ley-ninpa iskay tabla-ninkunapi kaq kikin profético dinámica-kunaqa Habacucpa iskay tabla-ninkunapipas kanku, chaykunata huñuspa Aarónpa Jeroboampa llulla rikch’ayninkuna chay profético fenómeno-ta rimarinku.</w:t>
      </w:r>
    </w:p>
    <w:p>
      <w:pPr>
        <w:pStyle w:val="ArticleBody"/>
        <w:jc w:val="left"/>
      </w:pPr>
      <w:r>
        <w:rPr>
          <w:rFonts w:ascii="Times New Roman" w:hAnsi="Times New Roman" w:eastAsia="Times New Roman" w:cs="Times New Roman"/>
        </w:rPr>
        <w:t>Adventismopa ñawpaq mirayninqa Ezequiel qhelqapi pusaq kaq kapitulumanta “envidia” nisqa rikch’ayninwanmi unanchasqa karqan. Ezequielpa pusaq kaq kapitulumpi qallarikuq musqoyqa, soqta kaq watapi, soqta kaq killapi, pichqa kaq p’unchaypi qallarispan, isqon kaq kapitulumankama astawan purin; chaypim pachak tawa chunka tawa waranqa runakunapa selloswan unanchasqa kaynin rikuchisqa kachkan. Isqon kaq kapitulumanta selloswan unanchaypaq rikch’ayninta rimashaspa, Panay Whiteqa Diospa characterninpa huk kayninta yapamun, chaymi reqsichin Diosqa kinsa kaq chanta tawa kaq miraykunapi mana kasukuqkunata juzgananpaq kasqanta. Chayraykum payqa iskay kaq kamachikuywan chiqanmanta tinkisqa cheqaq kayta huñun, chay kamachikuyqa ídolokunata yupaychayta hark’an, imaynachus Aaronpa chanta Jeroboampa qori becerro-kunata.</w:t>
      </w:r>
    </w:p>
    <w:p>
      <w:pPr>
        <w:pStyle w:val="ArticleScripture"/>
        <w:jc w:val="left"/>
      </w:pPr>
      <w:r>
        <w:rPr>
          <w:rFonts w:ascii="Times New Roman" w:hAnsi="Times New Roman" w:eastAsia="Times New Roman" w:cs="Times New Roman"/>
        </w:rPr>
        <w:t>«Payqaqmi qillqay llikllayuq runaman, ladonpi qillqanapaq tinterunta apaqman; hinaspan Señor nirqan payman: Llaqtapa chawpinpi puriy, Jerusalénpa chawpinpi puriy, hinaspa churay señalta urkunankupi chay runakunapaq, pikunachus llakikunku, waqyakunkuña tukuy millay ruwasqakunamanta chaypi ruwakusqankumanta. Hinaspan wakinkunatari, uyariniypi, nirqan: Qatipaychis payta llaqtanta purispa, hinaspa wañuchiychis; ama ñawiykichis qespichichunchu, amataq kuyapayakuychu: tukuyta wañuchiychis machukunatawan waynakunatawan, sipaskunatawan uchuy wawakunatawan warmikunatawan; ichaqa ama qayllaykuychischu mayqin runamanpas, mayqinpichus chay señal kasqa; hinaspa qallariychis Santuariy-mantapacha. Chaymantataq qallarikurqanku wasipa ñawpaqpi kaq machu runakunamanta.»</w:t>
      </w:r>
    </w:p>
    <w:p>
      <w:pPr>
        <w:pStyle w:val="ArticleScripture"/>
        <w:jc w:val="left"/>
      </w:pPr>
      <w:r>
        <w:rPr>
          <w:rFonts w:ascii="Times New Roman" w:hAnsi="Times New Roman" w:eastAsia="Times New Roman" w:cs="Times New Roman"/>
        </w:rPr>
        <w:t>“Jesúsqa hanaq pachapi kaq santuarioq kuyapayakuy tiyananmanta lluqsiytaña kashan, phiñakuy p’achakunata churakuspa, taripaykunapi phiñakuyninta uraykachinampaq, Diospa qusqan k’anchayman mana kutichikuqkunapaq. ‘Mana utqayllachu huchallikuq ruwasqa ruraypa contranpi taripaynin churakusqanrayku, runakunaq sonqonqa huchata ruwanankupaq hunt’asqaña churasqa kashan.’ Señor paykunaman pacienciawan unay forbearanciawan rikusqanmanta mana llamp’uyachisqa kaymantaqa, aswanmi Diosman mana manchakukuq, cheqaq kayta mana munakuq runakunaqa sonqonkuta kallpachakunku mana allin puriyninkupi. Ichaqa Diospa forbearancianninqa límitesniyuqmi, askha runakunaqmi chay sayasqakunata llump’aytañas ruwashanku. Paykunaqa graciapa límitesninkunata atiparunñanku, chayrayku Diosqa haykuykuyta, kikimpa yupaychasqa sutinpa allichaq kayninta qhawachiytaqmi tiyan.”</w:t>
      </w:r>
    </w:p>
    <w:p>
      <w:pPr>
        <w:pStyle w:val="ArticleScripture"/>
        <w:jc w:val="left"/>
      </w:pPr>
      <w:r>
        <w:rPr>
          <w:rFonts w:ascii="Times New Roman" w:hAnsi="Times New Roman" w:eastAsia="Times New Roman" w:cs="Times New Roman"/>
        </w:rPr>
        <w:t>Amorreo runakunamantaqa Señor nirqan: “Tawa miraypi kutimunqaku kayman, Amorreo runakunaq huchankupa tupayninqa manaraq hunt’asqachu.” Kay nación hatun rikurikusqa karqan ídolo yupaychayninrayku, hinallataq qhelli kayninrayku, ichaqa manaraqmi huchankupa k’asillanta hunt’achkarqanchu, Diospas manam kamachinqachu tukuy chinkachisqa kananpaq. Runakunaqa rikunankupaqmi karqan Diospa atiynin sut’ita rikuchisqa kasqanta, chaynaqa mana ima pampachayniyuq qhiparinankupaq. Khuyapayakuq Kamaqmi munarqan huchankuta muchuywan apayta tawa miray kama. Chaymantataq, allinman tikray mana rikuriptinqa, paypa taripayninkunam paykunaman urmanan karqan.</w:t>
      </w:r>
    </w:p>
    <w:p>
      <w:pPr>
        <w:pStyle w:val="ArticleScripture"/>
        <w:jc w:val="left"/>
      </w:pPr>
      <w:r>
        <w:rPr>
          <w:rFonts w:ascii="Times New Roman" w:hAnsi="Times New Roman" w:eastAsia="Times New Roman" w:cs="Times New Roman"/>
        </w:rPr>
        <w:t>“Mana pantaynaq chiqap allintaqa mana pantasqa yachaywan tukuy nacionkunawan yupaychasqa qillqataqa waqaychanraqmi. Paypa kuyapayakuyninqa wanakuyman waqyayninkunawan qusqa kaptin, kay qillqasqa yupayqa kichasqa kasqanllapi qhiparinqa; ichaqa yupaykunaqa Diospa churakusqan huk tupuyman chayaptinqa, Phiñakuyninpa kamaynin qallarin. Qillqasqa yupay wisqasqan. Diospa paciencia-ninqa tukukun. Manan paykunapa raykunqa kuyapayakuy mañakuyña kanchu.”</w:t>
      </w:r>
    </w:p>
    <w:p>
      <w:pPr>
        <w:pStyle w:val="ArticleScripture"/>
        <w:jc w:val="left"/>
      </w:pPr>
      <w:r>
        <w:rPr>
          <w:rFonts w:ascii="Times New Roman" w:hAnsi="Times New Roman" w:eastAsia="Times New Roman" w:cs="Times New Roman"/>
        </w:rPr>
        <w:t>“Profetaqa, p’unchaykunapa unay watakunata qhawarispa, kay pachata rikuyñinpa ñawpaqman churapusqa karqa. Kay pacha nacionkunaqa mana hayk’aqpas rikusqa khuyapayakuykunata chaskiqkuna kasharqaku. Hanaq pacha bendicionkunamanta akllaska aswan allinkuna paykunaman qusqakuna karqa; ichaqa aswan hatun tukuy, qhapaq kayta munay, idolatría, Diosta pisipaq qhawariy, hinallataq millay mana añayniyuq kay, chaykunam paykuna contra qillqasqa kachkan. Utqayllataq Dioswan cuentankuta wisq’achkanku.”</w:t>
      </w:r>
    </w:p>
    <w:p>
      <w:pPr>
        <w:pStyle w:val="ArticleScripture"/>
        <w:jc w:val="left"/>
      </w:pPr>
      <w:r>
        <w:rPr>
          <w:rFonts w:ascii="Times New Roman" w:hAnsi="Times New Roman" w:eastAsia="Times New Roman" w:cs="Times New Roman"/>
        </w:rPr>
        <w:t>“Chaymi ichaqa chukchichiwachkanmi kay chiqaqmanta: hatun aswan k’anchayta, aswan allin atiykunatapas chaskiqkunaqa llaqtapi mast’arikusqa mana allinkaywan qhellichasqaña rikurirqaku. Paykunata muyuriq mana chiqap runakunaq qatikusqanrayku, achkaqmi, chiqaqta iñiymanta rimariqkunamantapas, chiri sonqoyarqaku, hinaspataq mana allinkaypa sinchi mayu puriynin apaykacharqan. Cheqaq Dios yupaychayman, ch’uya kaymanpas tukuy llaqtapi asipayasqa qhawasqa kayqa, mana Dioswan sumaqta t’inkisqa kaqkunata, paypa kamachikuyninman manchakuy yupaychayninkuta chinkachin. Sichus paykunaqa k’anchayta qatiqkuman karqan, sonqomanta cheqaqta kasukuspa, chay ch’uya kamachikuyqa paykunapaq aswan chaninnaq kanman karqan, chayhina pisipachasqa, wijch’usqa kaptinpas. Diospa kamachikuyninman mana respitayqa astawan sut’ita rikurimuptin, chayta waqaychaqkunawan kay pachapa runakunawanpas t’aqasqa chiqaq siq’iqa astawan sut’iyarimun. Huk clase runakunapiqa munakuyninku Diospa kamachisqankunapaq astawan wiñan, imaynachus huk clase runakunapi paykunapaq chiqnikuy astawan wiñaptin chayhina.”</w:t>
      </w:r>
    </w:p>
    <w:p>
      <w:pPr>
        <w:pStyle w:val="ArticleScripture"/>
        <w:jc w:val="left"/>
      </w:pPr>
      <w:r>
        <w:rPr>
          <w:rFonts w:ascii="Times New Roman" w:hAnsi="Times New Roman" w:eastAsia="Times New Roman" w:cs="Times New Roman"/>
        </w:rPr>
        <w:t>“Hatun llakikuyqa utqayllam qayllamushan. Utqaylla wiñaq yupaykunaqa rikuchinñam Diospa watukusqanpaq pachaqa chayamunñataq kasqanta. Mana castigayta munaspa chaypas, castiganqapunin, chaytaq utqayllam. K’anchaypi puriqkunaqa qayllamuq manchaypaq señalkunata rikusqanku; ichaqa manam upallalla, mana llakikuq suyayllapi tiyayta atinankuchu chinkay hamuqta qhawaspa, sonqochakuspa Diosqa watukuy p’unchawpi llaqtanta pakaykunqa nispa. Manam chayhinachu. Yuyaymanan hamunan allinta kallpachakuspanku hukkunata salvanankupaq llank’ananku kasqanta, sinchi iñiywan Diosman qhawarispa yanapayninta mañakuspa. ‘Chaninnaq runapa sonqomanta rawraq mañakuyninqa anchatam atipan.’”</w:t>
      </w:r>
    </w:p>
    <w:p>
      <w:pPr>
        <w:pStyle w:val="ArticleScripture"/>
        <w:jc w:val="left"/>
      </w:pPr>
      <w:r>
        <w:rPr>
          <w:rFonts w:ascii="Times New Roman" w:hAnsi="Times New Roman" w:eastAsia="Times New Roman" w:cs="Times New Roman"/>
        </w:rPr>
        <w:t>Diosman allin kayninpa levaduranqa manam llapan kallpanta chinkachirqanchu. Iglesiapa peligroyninpas, llaquikuyñinpas aswan hatun kaptin, chay pisilla huñu kay k’anchaypi sayaqkunaqa suyarispa waqaychaspa kachkanqaku kay hallp’api rurasqa millay mana allinkunamanta. Ichaqa aswanraqmi mañakuyninkuqa iglesiapa raykun sayarinqa, imaraykuchus miembrokunaqa kay pachapa ruwasqan hina ruwashanku.</w:t>
      </w:r>
    </w:p>
    <w:p>
      <w:pPr>
        <w:pStyle w:val="ArticleScripture"/>
        <w:jc w:val="left"/>
      </w:pPr>
      <w:r>
        <w:rPr>
          <w:rFonts w:ascii="Times New Roman" w:hAnsi="Times New Roman" w:eastAsia="Times New Roman" w:cs="Times New Roman"/>
        </w:rPr>
        <w:t>Kay sapaq iñiqkunaq munaywan mañakusqankum mana yanqallañachu kanqa. Señor lloqsimuspa huk p’iñasqapa kutichiq hina, hinallataq hamunqa tukuy chaykunapa amachaqnin hina, pikunachus iñiyta ch’uya kayninpi waqaycharqanku, hinaspa kay pachamanta mana qhellichasqa kikinkuta waqaycharqanku. Kay pachapin Dios prometerqan akllasqan runankunata kutichipunanpaq, payman p’unchay tuta waqaspa qapariqkunata, paykunawan unayta muchuspanpas.</w:t>
      </w:r>
    </w:p>
    <w:p>
      <w:pPr>
        <w:pStyle w:val="ArticleScripture"/>
        <w:jc w:val="left"/>
      </w:pPr>
      <w:r>
        <w:rPr>
          <w:rFonts w:ascii="Times New Roman" w:hAnsi="Times New Roman" w:eastAsia="Times New Roman" w:cs="Times New Roman"/>
        </w:rPr>
        <w:t>Kamachikuyqa kaymi: “Llaqtapa chawpinpi puriy, Jerusalénpa chawpinpitaq puriy, hinataq señalta churay chay runakunapa urkunpi, pikunachus llakikunku, waqaychataq llaqtapa chawpinpi ruwasqa tukuy millay mana allin ruwaykunamanta,” nispa. Kay llakikuq, waqaychaq runakunaqa kawsaypa siminkunata willakuspa kachkarkanku; huchacharqanku, yuyaycharqanku, mañakurqankutaq. Wakinkunaqa, Diosman mana yupaychaspa p’enqaychachiqkuna kasqankumanta, wanakurqanku, sonqonkutataq paypa ñawpaqenpi pisiyman urayachirqanku. Ichaqa Señorpa k’anchayninqa Israelmanta ripusqaña karqa; askha runakunaqa yupaychaypa rikch’ayninkunallataraq qatikachkaptinku, atiyninpas, kayninqa manaña karqachu. Testimonios, volumen 5, 207–210.</w:t>
      </w:r>
    </w:p>
    <w:p>
      <w:pPr>
        <w:pStyle w:val="ArticleBody"/>
        <w:jc w:val="left"/>
      </w:pPr>
      <w:r>
        <w:rPr>
          <w:rFonts w:ascii="Times New Roman" w:hAnsi="Times New Roman" w:eastAsia="Times New Roman" w:cs="Times New Roman"/>
        </w:rPr>
        <w:t>Ezequiel qelqaskanta sellos nisqamanta rikch’ayninta allinta rak’inapaq, Adventismoq tawa mirayninkunata unanchayqa ancha munasqam. Hermana Whiteqa akllasqayku pasaje qallariyninpi Ezequiel pusaqniyuq qanchisniyuq t’aqaman chiqanmanta rimarin, chaymanta akllasqayku rakhuqa tukuyninpipas Ezequiel pusaqniyuq qanchisniyuq t’aqamanta chiqanmanta rimariyllawan tukukun. Chay pasajeppiqa Ezequielmanta kayhinata nin: “Profetaqa, watakunaq unay p’unchayninkunata qhawarispa, kay pachata rikuyñinpa ñawpaqenman churakusqata rikuran.” Ezequielqa pachak tawa chunka tawa waranqa t’aqasqakunapa sellakusqanpi ima kaqkunachus pasachkanku, chaykunata rikuran.</w:t>
      </w:r>
    </w:p>
    <w:p>
      <w:pPr>
        <w:pStyle w:val="ArticleBody"/>
        <w:jc w:val="left"/>
      </w:pPr>
      <w:r>
        <w:rPr>
          <w:rFonts w:ascii="Times New Roman" w:hAnsi="Times New Roman" w:eastAsia="Times New Roman" w:cs="Times New Roman"/>
        </w:rPr>
        <w:t>Ñawpaq qillqapi kimsa sapa pasaje Espíritu de Profecía-manta nisqawan reqsichirqanchik Isaiaspa “Efraínpa machasqakuna” nisqankuta, kay pasajempiqa “machu runakuna” nisqa reqsichisqa kasqankuta, hinaspa iskaynin pasajempi Jerusalénpa (Adventismo-pa) pusayninta rikuchisqankuta, mana qhawariyta atinkuchu Diospa atiyninpa hatun rikhuriy kananta, ñawpaq watakunapi hina. Kay pasajempiqa, paykuna mana qhawariyta munasqanku kikin Diospa atiyninpa rikhuriyninmi paykunaman apamuchisqa diosmanta taripaypa huk parten hina ruwakunan, imaraykuchus nisqa kachkan: “runakunaqa Diospa atiynin sut’inchaypi allin reqsichisqa rikhuriyta qhawanan karqa, chay hina mana ima pampachayniyuq saqisqa kanankupaq.”</w:t>
      </w:r>
    </w:p>
    <w:p>
      <w:pPr>
        <w:pStyle w:val="ArticleBody"/>
        <w:jc w:val="left"/>
      </w:pPr>
      <w:r>
        <w:rPr>
          <w:rFonts w:ascii="Times New Roman" w:hAnsi="Times New Roman" w:eastAsia="Times New Roman" w:cs="Times New Roman"/>
        </w:rPr>
        <w:t>Laodiceapuni Adventismo mana munanichu qhepaman paraq rikurimuyninta qhawariyta, mayqinchus 11 septiembre 2001 p’unchawmanta qallarispa ch’iqchiyta qallarirqan; ichaqa chay paraq tukukuynintaqa rikunqaku, Chawpi Tuta Qapariy willakuy qhepa p’unchaykunapi yapamanta willasqa kaptin. Chay willakuyqa Islammi, kinsa kaq Ay-ayaymanta. ¿Manachu ñawpaq Israelpa umalliqninkuna, Mesíasninkuta chakatayman churaykuspaña, qhawarirqaku Espíritu Santo Pentecostéspi hich’aykusqa kasqanta?</w:t>
      </w:r>
    </w:p>
    <w:p>
      <w:pPr>
        <w:pStyle w:val="ArticleBody"/>
        <w:jc w:val="left"/>
      </w:pPr>
      <w:r>
        <w:rPr>
          <w:rFonts w:ascii="Times New Roman" w:hAnsi="Times New Roman" w:eastAsia="Times New Roman" w:cs="Times New Roman"/>
        </w:rPr>
        <w:t>Kay qillqashqaqqa riqsichinmi iglesiata, mayqen contextopi Ezequielqa Jerusalén hina rikuchin, chay iglesiapi (Jerusalénpi) kaq runakunaqa huk “aslla huñuyniyoq” runakunawan tupachisqa kachkanku; paykunapas riqsichisqankum “k’anchaypi puriqkuna” hina, hinaspataq “iñiyniyoq pisillakuna” kanku. Bibliata yachachinmi “achkha” runakuna waqyasqa kanku, ichaqa “pisilla” akllasqa kanku. Kay qillqashqaqqa Diospa phiñakuyninmanta rimarin, chaymi llaqtanman apamun. Runakunaqa kikinmanta taripayninkuta apamurqanku, ichaqa Diosqa sut’ita nispa kallpachin paypa angelninkuna kasqanta chay chinkachiy llamk’ayta ruranankupaq. Diosqa manam hayk’aqpas llullakunchu, hinaspataq prometirqanmi pay kikin kasqanta runakunapa huchankuta kimsa kaq, tawa kaq mirayninkama watukuq. Taripayta hunt’achiyta pimampas Diosmanta hukman quykuyqa paypa kayninta ñak’arichiymi, hinaspataq llullaq kasqanta niyta yuyachin.</w:t>
      </w:r>
    </w:p>
    <w:p>
      <w:pPr>
        <w:pStyle w:val="ArticleBody"/>
        <w:jc w:val="left"/>
      </w:pPr>
      <w:r>
        <w:rPr>
          <w:rFonts w:ascii="Times New Roman" w:hAnsi="Times New Roman" w:eastAsia="Times New Roman" w:cs="Times New Roman"/>
        </w:rPr>
        <w:t>Kay qillqaqa riqsichinmi, Ezequielpa chinkachiq angelkuna Jerusalén llaqtata puriyta qallarispaqa, chaypim “Piñakuyninpa ministriyun qallarin” nisqa. Diospa piñakuyninqa Jerusalénmanta qallarin, paypa iglesian kasqanrayku, chaymi Laodicea Adventismo.</w:t>
      </w:r>
    </w:p>
    <w:p>
      <w:pPr>
        <w:pStyle w:val="ArticleScripture"/>
        <w:jc w:val="left"/>
      </w:pPr>
      <w:r>
        <w:rPr>
          <w:rFonts w:ascii="Times New Roman" w:hAnsi="Times New Roman" w:eastAsia="Times New Roman" w:cs="Times New Roman"/>
        </w:rPr>
        <w:t>Imaraykunan chayamunña Diospa wasinpi taripay qallarinanpaq; chayri ñoqaykumantaraq qallarispaqa, ¿imataq tukunku Diospa evangelninta mana kasukuqkunapaq? 1 Pedro 4:17.</w:t>
      </w:r>
    </w:p>
    <w:p>
      <w:pPr>
        <w:pStyle w:val="ArticleBody"/>
        <w:jc w:val="left"/>
      </w:pPr>
      <w:r>
        <w:rPr>
          <w:rFonts w:ascii="Times New Roman" w:hAnsi="Times New Roman" w:eastAsia="Times New Roman" w:cs="Times New Roman"/>
        </w:rPr>
        <w:t>Diospa phiñakuyninqa Diospa angelninkunawanmi hunt’achisqa kan, hinaspa llamk’ayninku qallariqtinmi kamachisqa kanku: “maqaychis,” llapanta, hinaspa “ama ñawiykichis qespichichunchu, amataq khuyapayankichischu: tukuypachata wañuchiychis machukunatawan waynakunatawan, sipaskunatawan, wawakunatawan, warmikunatawan; ichaqa ama qayllaykuychischu mayqin runamanpas señalta apaqman; hinaspa qallariychis Santuariymantapacha.” Diospa phiñakuyninqa ch’uya angelninkunawanmi apasqa kan, hinaspa kaypi reqsichiyta munasqayku puntunqa kaymi: Diospa phiñakuy ministriyninpa qallariyninqa tawa kaq miraypi hunt’achisqa kan.</w:t>
      </w:r>
    </w:p>
    <w:p>
      <w:pPr>
        <w:pStyle w:val="ArticleBody"/>
        <w:jc w:val="left"/>
      </w:pPr>
      <w:r>
        <w:rPr>
          <w:rFonts w:ascii="Times New Roman" w:hAnsi="Times New Roman" w:eastAsia="Times New Roman" w:cs="Times New Roman"/>
        </w:rPr>
        <w:t>Kay yachayta qatiqisunchik hamuq qillqapi.</w:t>
      </w:r>
    </w:p>
    <w:p>
      <w:pPr>
        <w:pStyle w:val="ArticleScripture"/>
        <w:jc w:val="left"/>
      </w:pPr>
      <w:r>
        <w:rPr>
          <w:rFonts w:ascii="Times New Roman" w:hAnsi="Times New Roman" w:eastAsia="Times New Roman" w:cs="Times New Roman"/>
        </w:rPr>
        <w:t>Señorpa sacrificion p’unchawpiqa kayna kanqa: ñoqaqa castigasaj kamachiqkunata, reypa churinkunata, hinallataq llapa mana llaqta p’achawan p’achallikusqakunata. Chay p’unchawllapitaqmi castigasaj llapa punku patapi phinkiqkunata, paykunaqa patronninkupa wasinkunata hunt’achinku maqanakuywan chaymanta llullakuywan. Chay p’unchawpiqa, nispa Señor, challwa punkumanta waqaypa qapariynin uyarikunqa, iskay kaqmanta aullakuq qapariy, urqukunamantataq hatun t’aqyakuy. Aullaychis, Maktesh llaqtapi tiyaqkuna; llapa rantikuy runakunaqa tukusqasñan kanku; llapa qolqeta apaqkunapas chinkachisqasñan kanku. Chay tiempopitaqmi Jerusalénta mechakunawan mask’asaj, hinaspa castigasaj vinopa q’unchayninpi samarusqa runakunata, sonqonkupi nisqankuta: Señorqa mana allinta ruwanqachu, mana millaytapas ruwanqachu. Sofonías 1:8–12.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Qanchis Chunka Qanchisniyuq Número</dc:title>
  <dc:subject>Qhawaypi pakasqa profético tinkuchiyta rikuchispa: Laodicea Adventismo 1863 watapi, hinaspa Biblia tipologíawan</dc:subject>
  <dc:creator>Jeff Pippenger</dc:creator>
  <cp:keywords/>
  <dc:description>Generated by ArticleDigger from daniel\77_daniel.json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