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Iskay chunka iskayniyuqniyoq</w:t>
      </w:r>
    </w:p>
    <w:p>
      <w:pPr>
        <w:pStyle w:val="ArticleSubtitle"/>
        <w:jc w:val="left"/>
      </w:pPr>
      <w:r>
        <w:rPr>
          <w:rFonts w:ascii="Arial" w:hAnsi="Arial" w:eastAsia="Arial" w:cs="Arial"/>
        </w:rPr>
        <w:t>Sut’inchay Profecíata qhawarichispa: Danielpa qhipa soqta versiculonkuna kimsa kutipi rurasqankumanta chaymanta Kinsa Kaq Angelpa ñawpaqman puriq aswan achkiymanta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Millerita kuyuyllapiqa yachay yapakuqmi kicharisqa karqan, chaymi aswanqa, ichaqa mana sapallanachu, Estados Unidos llaqtapi sutichakusqa Protestantekunata pruebayta ruwarqan. Sardis, papaq atiyninmanta tutayaymanta lluqsiq iglesia, hanaq pachapi hanaq santuario kicharisqa kaptin rikuchisqa kananpaq kaq evangelio nisqapa aswan hunt’asqa yuyayninman pusasqa karqan. Kinsa angelpa kuyuyllanpiqa yachay yapakuqmi 11 de septiembre de 2001 p’unchawpi kicharisqa karqan, chaymi tukuy pachapi Laodicea Adventismota pruebayta ruwarqan. Chayraykun Daniel chunka hukniyuq qhelqapa qhipa suqta versokunapi rikuchisqa cheqaq-kay, maymanta yachay yapakuq hamun, Laodicea Adventismomanta hark’asqa karqan.</w:t>
      </w:r>
    </w:p>
    <w:p>
      <w:pPr>
        <w:pStyle w:val="ArticleScripture"/>
        <w:jc w:val="left"/>
      </w:pPr>
      <w:r>
        <w:rPr>
          <w:rFonts w:ascii="Times New Roman" w:hAnsi="Times New Roman" w:eastAsia="Times New Roman" w:cs="Times New Roman"/>
        </w:rPr>
        <w:t>Chiqaq cimientopi huk iskayllapaq allin simipi cheqaqta fiel kaq ruraqkuna (1 Corinthians 3:10, 11) pantasqa yachachikuykunapa q’upa aswanmi llamk’ayta hark’asqanrayku musphachisqa hinaspa hark’asqa karqanku. Nehemías p’unchaykunapi Jerusalén llaqta pirqapi ruraqkuna hina, wakinkuna kaynata niyta wakichisqa karqanku: “Aysaqkunaq kallpan pisiñarunña, ancha achka q’upa kashan; chayrayku mana atinchikchu hatarichiyta.” Nehemías 4:10. Qatiq qatiq sayk’usqa ñak’ariykunawan maqanakuyrayku, llullakuywan, mana allin ruraywan, hinaspa Supaypa paykunaq ñawpaqman puriyninta hark’ananpaq tukuy ima wakichisqanwan, wakin cheqaq cimientopi fiel ruraqkuna sonqon urmasqa rikurirqanku; hinaspa hawka kawsaypaq, imankunapas hap’ipakusqankuta hinaspa kawsayninkuta waqaychanankupaq, cheqaq cimientomanta karunchakurqanku. Hukkunataq, awqankuq sayayninwan mana mancharisqa, mana manchakuspa kaynata willarqanku: “Ama paykunamanta manchakuychischu: yuyarikuychis Hatun Señorta, payqa hatunmi hinaspa manchaypaqmi” (verse 14); hinaspa llamk’ayta qallarirqanku, sapankanku espadawan ladonpi watasqa. Ephesians 6:17.</w:t>
      </w:r>
    </w:p>
    <w:p>
      <w:pPr>
        <w:pStyle w:val="ArticleScripture"/>
        <w:jc w:val="left"/>
      </w:pPr>
      <w:r>
        <w:rPr>
          <w:rFonts w:ascii="Times New Roman" w:hAnsi="Times New Roman" w:eastAsia="Times New Roman" w:cs="Times New Roman"/>
        </w:rPr>
        <w:t>“Cheqaq pachallapi, cheqaqman cheqnikuywan, hinaspa waqaychasqaymanta hark’akuywan hunt’asqa kikin espírituqa Diospa awqankunata llapa pacha wiñaykama kallpachirqan; chay hinallataq, paypa sirviqninakunamanta sapa kuti mañakusqa karqan allin rikch’ariy hinaspa suniq kasqankuta. Cristoqa ñawpaq disipulonkuman nisqan rimaykunaqa tiempo tukukuyninkama qatiqninkunapaqpas valeqmi: ‘Qankunaman nisqayta llapankumanmi nini: Qhawariychik,’ ” Marcos 13:37. Hatun Churanakuy, 56.</w:t>
      </w:r>
    </w:p>
    <w:p>
      <w:pPr>
        <w:pStyle w:val="ArticleBody"/>
        <w:jc w:val="left"/>
      </w:pPr>
      <w:r>
        <w:rPr>
          <w:rFonts w:ascii="Times New Roman" w:hAnsi="Times New Roman" w:eastAsia="Times New Roman" w:cs="Times New Roman"/>
        </w:rPr>
        <w:t>Danielpa qhepa soqta versículonkunaq willakuyninpa rikuchisqanqa qallarisqa karqa Laodicea Adventismopa kikinmantamanta yanapakuq ministeriokunaq chawpinpi, chaymantaq pisi-pisi p’unchawkuna pasaptin Laodicea Adventismopi sutichasqa teologokunawan (yachaqkuna) tupachisqa karqa. Chay willakuyta mana allinman churayta munaspa llamk’achisqa armaskunaqa mana kutinpas pantarqachu, aswan hatun k’anchayta, sut’ichaytawan paqarichirqan qhawasqa hinallataq maqasqa versículokunamanta. Chay maqanakuykunaq tukukuyninpiqa ñawpaqta mana reqsisqa proféticopa entiendisqankuna paqarirqan; chaykunaqa chaymanta takyasqa karqan hinaspa tarisqa karqan kimsakaj angelpa ñawpaqman riq k’anchayninpa huknin kasqanta.</w:t>
      </w:r>
    </w:p>
    <w:p>
      <w:pPr>
        <w:pStyle w:val="ArticleBody"/>
        <w:jc w:val="left"/>
      </w:pPr>
      <w:r>
        <w:rPr>
          <w:rFonts w:ascii="Times New Roman" w:hAnsi="Times New Roman" w:eastAsia="Times New Roman" w:cs="Times New Roman"/>
        </w:rPr>
        <w:t>Milleritakunaqaqa Bibliaq willakuy proféticapi tawa qhapaq suyukunallatan reqsirqaku, ichaqa 1844 watamanta qhepanpiqa, yachakurqanmi Estados Unidos sutiyoq llaqtakuna Apocalipsis chunka kimsayoqpi allpamanta bestia kasqanta, chay yachaytaq sut’icharqan papadoqa mana Roma qhapaq suyumanta huk rakhuyninllachu kasqanta, aswanpas cheqaqtapuni Bibliaq willakuy proféticapi phisqa kaq qhapaq suyu kasqanta.</w:t>
      </w:r>
    </w:p>
    <w:p>
      <w:pPr>
        <w:pStyle w:val="ArticleScripture"/>
        <w:jc w:val="left"/>
      </w:pPr>
      <w:r>
        <w:rPr>
          <w:rFonts w:ascii="Times New Roman" w:hAnsi="Times New Roman" w:eastAsia="Times New Roman" w:cs="Times New Roman"/>
        </w:rPr>
        <w:t>“Hatun puka dragón jatunpa unanchankunawan, leopardoman rikch’akuq uywawan, hinallataq corderopa waqrankunayoq uywawanpas, Diospa kamachikuyninta saruchaspa Hina llaqtanta qatiykachaq kay pachapi gobiernokunaqa, Juanman rikuchisqa karqan. Chay maqanakuyqa pacha tukukuyninkama apasqa kachkan. Diospa llaqtanqa, huk ch’uya warmiwan wawankunawan unanchasqa, ancha pisillapi kaq hina rikuchisqa karqan. Qhipa p’unchaykunapiqa huk puchuqllaña kawsarqan. Paykunamantaqa Juan rimarin: ‘Diospa kamachikuyninkunata waqaychaqkunam, Jesucristopa testimoniunta hap’iqkunam.’”</w:t>
      </w:r>
    </w:p>
    <w:p>
      <w:pPr>
        <w:pStyle w:val="ArticleScripture"/>
        <w:jc w:val="left"/>
      </w:pPr>
      <w:r>
        <w:rPr>
          <w:rFonts w:ascii="Times New Roman" w:hAnsi="Times New Roman" w:eastAsia="Times New Roman" w:cs="Times New Roman"/>
        </w:rPr>
        <w:t>“Paganu kayninwan, hinaspataq Papakuna kamachikuyninwanpas, Satanásqa achka pachak watakunapi atiywan llamkarqan, Diospa cheqaq testigokunata kay pachamanta chinkachinampaq. Paganokunapas papistakunapas kikin dragónpa espiritunwanmi kuyuchisqa karqanku. Sapaqlla hukninchakuq karqanku kaypi: Papakuna, Diosta serviq hina llullakuspa rikuchikusqanrayku, aswan peligrosomi karqan, aswan sinch’i mana kuyapayuq awqapas. Romanismopa rurayninwanmi Satanásqa pachata prisionerata hina hap’irqan. Diospa iglesian nisqa kaqpas kay pantasqa qatiymanmi aysasqa karqan, hinaspa waranqa watamanta aswanmi Diospa runankuna dragónpa phiñakuynin urapi ñak’arirqanku. Hinaqtin Papakuna, kallpanmanta qichusqa kaspa, qatiykachaymanta sayarinanpaq kamachisqa kasqanpi, Juanqa huk musuq atiyniyuq lloqsimuqta rikurqan, dragónpa siminta qaparichinampaq, hinaspa chay kikin sinch’i mana kuyapayuq, Diospa contran rimaywan hunt’asqa ruranata ñawpaqman apananpaq. Kay atiyniyuqmi, iglesiapa contran, Diospa leyninpa contranpas maqanakunanpaq qhipa kaq, cordero hina waqrankunayuq uywawan unanchasqa karqan.”</w:t>
      </w:r>
    </w:p>
    <w:p>
      <w:pPr>
        <w:pStyle w:val="ArticleScripture"/>
        <w:jc w:val="left"/>
      </w:pPr>
      <w:r>
        <w:rPr>
          <w:rFonts w:ascii="Times New Roman" w:hAnsi="Times New Roman" w:eastAsia="Times New Roman" w:cs="Times New Roman"/>
        </w:rPr>
        <w:t>Ichaqa profético qillqan sinchi siq’inmi kay thak kawsay rikch’ayninpi huk tikrayta rikuchin. Ovejapa waqrachayuq uywapaq rikch’akuq animalqa dragónpa siminwanmi rimarin, hinaspa “ñawpaq kaq animalpa llapan atiniyninta ñawpaqninpi ruwarin.” Profecíam ninmi kay pachapi tiyakuqkunaman ninqa animalpaq rikch’ayninta ruwanankupaq, hinaspa “llapantam, huch’uytapas hatuntapas, qhapaqtapas wakchatapas, librepas watasqapas, paña makinkupi utaq urqunkupipi señalta chaskinankupaq kamachin; chaymantaqa mana pipas rantiyta ni rantichiyta atinqachu, mana señalyuq kaqqa, utaq animalpa sutiyuq kaqqa, utaq sutinpa yupayninyuq kaqqa.” Chay hinam protestantismopa Papadoq ñanninkunata qatiyninpi purin. Signs of the Times, November 1, 1899.</w:t>
      </w:r>
    </w:p>
    <w:p>
      <w:pPr>
        <w:pStyle w:val="ArticleBody"/>
        <w:jc w:val="left"/>
      </w:pPr>
      <w:r>
        <w:rPr>
          <w:rFonts w:ascii="Times New Roman" w:hAnsi="Times New Roman" w:eastAsia="Times New Roman" w:cs="Times New Roman"/>
        </w:rPr>
        <w:t>Daniel chunkaq chunka huk versículonkuna kichasqa kaptin, reqsisqa karqan chay soqta versículopi rikuchisqa tukuy qatiqninqa, Sister White chayraq sutichasqan kimsa atiykunapa puririnninkunata rimarisqanta: “paganismo”, “Papado” hinaspa “Protestantismo”. Awqaqa nisqa karqan tawa chunka hukniyuq versículopi “allin llaqt’a” nisqaqa Protestantismopa utaq Qanchis p’unchaw samana Adventista iglesiapa unanchan kasqanta; ichaqa “allin llaqt’a” nisqaqa Estados Unidosmi, hinaspa tawa chunka hukniyuq versículopi norte reyninqa (papadokuna) Estados Unidosta atipan, utqaylla hamuq domingo kamachiy tiempope. Supaypa pantasqa yachachikuynin, “allin llaqt’a” nisqata Estados Unidosmanta huk imatapas sutichaqnin, runakunata warmikunatapas hark’anapaq ruwasqam, ama reqsichun 1989 watapi Unión Soviética urmasqan qhepanpi hamuq qhipa profético pasakuyqa, Daniel chunka huk qhipa soqta versículonkuna rikuchisqan pachapi, utqaylla hamuq domingo kamachiy kasqanta.</w:t>
      </w:r>
    </w:p>
    <w:p>
      <w:pPr>
        <w:pStyle w:val="ArticleBody"/>
        <w:jc w:val="left"/>
      </w:pPr>
      <w:r>
        <w:rPr>
          <w:rFonts w:ascii="Times New Roman" w:hAnsi="Times New Roman" w:eastAsia="Times New Roman" w:cs="Times New Roman"/>
        </w:rPr>
        <w:t>Qanchis p’unchawniyuq Adventistakunapaq, kayqa ninmi chusku chunka hukniyuq versículopi Diostaq iglesianpa gracia pacha tukukuyninta reqsisqanta, hinaspa qhipa imatachus Laodiceayuq Adventismo uyariyta munaqchuqa, chaymi paykunapa gracia pacha tukukuymanña chayaykusqanta. Señorqa rimayta pusarqan huk punto kama, maypichus reqsisqa karqan paganoruna Roma 31 a.C. watapi Actium maqanakuypi pacha llapanta kamachiyta qallarispan, ñawpaqta kimsa hallp’a atiykunata atipayta kasqanta, Daniel qanchis pusaqniyuq kapitulumanta rikch’achisqa hina.</w:t>
      </w:r>
    </w:p>
    <w:p>
      <w:pPr>
        <w:pStyle w:val="ArticleScripture"/>
        <w:jc w:val="left"/>
      </w:pPr>
      <w:r>
        <w:rPr>
          <w:rFonts w:ascii="Times New Roman" w:hAnsi="Times New Roman" w:eastAsia="Times New Roman" w:cs="Times New Roman"/>
        </w:rPr>
        <w:t>Hinaspam hukninmanta lluqsimurqa huch’uy waqra, mayqinchus ancha hatuntaq karqa, urayman, inti lloqsimuyman, hinallataq sumaq allpamanpas. Daniel 8:9.</w:t>
      </w:r>
    </w:p>
    <w:p>
      <w:pPr>
        <w:pStyle w:val="ArticleBody"/>
        <w:jc w:val="left"/>
      </w:pPr>
      <w:r>
        <w:rPr>
          <w:rFonts w:ascii="Times New Roman" w:hAnsi="Times New Roman" w:eastAsia="Times New Roman" w:cs="Times New Roman"/>
        </w:rPr>
        <w:t>Sut’inchasqa chiqaqmi karqa chay “ura”, “inti lloqsimuy”, hinaspa “munay allpa” nisqakuna kimsa pachamama suyukunata rikuchisqankuta, maykunatan pagano Roma kamachiyman apakurqa, kay pachapa tronomanmanta wicharispa, Bibliapi profecía nisqapi tawa kaq qhapaq suyu hina. Kay chiqaqwan kuskaqa, papaq Romaqa hinallataq kimsan pachamama atiyniyuqkunata atipayta karqa, kay pachapa tronomanmanta wicharispa, Bibliapi profecía nisqapi pichqa kaq qhapaq suyu hina, imaynachus Daniel qillqapa qanchis kaq kapitulumanta rikuchisqa.</w:t>
      </w:r>
    </w:p>
    <w:p>
      <w:pPr>
        <w:pStyle w:val="ArticleScripture"/>
        <w:jc w:val="left"/>
      </w:pPr>
      <w:r>
        <w:rPr>
          <w:rFonts w:ascii="Times New Roman" w:hAnsi="Times New Roman" w:eastAsia="Times New Roman" w:cs="Times New Roman"/>
        </w:rPr>
        <w:t>Waq qawarirqani waqranakunata; hinaspan qhawarirqani, paykunapuramanta huk huch’uy waqra lluqsimurqa, ñawpaq waqranakunamanta kinsa waqrakunata sapinmanta oqharisqa ñawpaqninpi; hinaspan qhawarirqani, kay waqrapi runapa ñawinkuna hina ñawikuna karqan, hinaspa hatun imakunata rimaj simipas karqan. Daniel 7:8.</w:t>
      </w:r>
    </w:p>
    <w:p>
      <w:pPr>
        <w:pStyle w:val="ArticleBody"/>
        <w:jc w:val="left"/>
      </w:pPr>
      <w:r>
        <w:rPr>
          <w:rFonts w:ascii="Times New Roman" w:hAnsi="Times New Roman" w:eastAsia="Times New Roman" w:cs="Times New Roman"/>
        </w:rPr>
        <w:t>Chusku tawa chunka hukniyuq versiculopi “allin sumaq allpa”manta rimanakusqapiqa, Señorqa reqsichirqan profeciapi Romaq kinsa rikurikuyninkuna kasqanta. Ñawpa Roma pagana karqan, chaymanta qatiqnin karqan Roma papal, hinaspataq kachkarqan qhepa p’unchaykunapa Roma, mayqantachus “Roma moderna” nispa suticharqayku. Profeciapa iskay allin, takyachisqa cheqaqkuna rayku, ñawpaq kaqtaq Dios mana hayk’aqpas cambiasqanmanta, huknintaq cheqaq kayqa iskay testigokunapa willakuyninpi takyachisqa kasqanmanta, mana iskayrayaspa tukuypuni tukuychaykurqayku Daniel qillqapa chunka hukniyuq kapituluq qhepa soqta versiculonkuna ukhupi norte reyypaq kinsa hark’akunaqa kinsa geográfica poderkunata kunan p’unchaykunapi representanan kasqanta.</w:t>
      </w:r>
    </w:p>
    <w:p>
      <w:pPr>
        <w:pStyle w:val="ArticleScripture"/>
        <w:jc w:val="left"/>
      </w:pPr>
      <w:r>
        <w:rPr>
          <w:rFonts w:ascii="Times New Roman" w:hAnsi="Times New Roman" w:eastAsia="Times New Roman" w:cs="Times New Roman"/>
        </w:rPr>
        <w:t>Jesucristoqa qaynin p’unchawkunapipas, kunanpas, wiñaypaqpas kikinllataqmi. Hebreos 13:8.</w:t>
      </w:r>
    </w:p>
    <w:p>
      <w:pPr>
        <w:pStyle w:val="ArticleScripture"/>
        <w:jc w:val="left"/>
      </w:pPr>
      <w:r>
        <w:rPr>
          <w:rFonts w:ascii="Times New Roman" w:hAnsi="Times New Roman" w:eastAsia="Times New Roman" w:cs="Times New Roman"/>
        </w:rPr>
        <w:t>Qankunapa kamachiykipipas qillqasqam kachkanmi: iskay runakunap willakuyninqa cheqaqmi. Juan 8:17.</w:t>
      </w:r>
    </w:p>
    <w:p>
      <w:pPr>
        <w:pStyle w:val="ArticleBody"/>
        <w:jc w:val="left"/>
      </w:pPr>
      <w:r>
        <w:rPr>
          <w:rFonts w:ascii="Times New Roman" w:hAnsi="Times New Roman" w:eastAsia="Times New Roman" w:cs="Times New Roman"/>
        </w:rPr>
        <w:t>Kay reqsiy allinta qhawachirqan ñawpaqmantapuni tukuchisqaykuta, imaraykuchus “glorioso allpa” nisqata huk kay pachapi atiyniyuqmanmi riqsichkarqayku (Estados Unidos), hinaspapas mana allin yuyayta qichurqayku, iglesia kasqanta nispan, mayqinchus huk yuyayllapi atiyniyuqmi. Kay sayayta churakurqayku chay iñiyrayku, mayqinchus sapa kuti takyachisqa kashan, Diospa Siminpi mana ima pisiqllapas kashanchu. Askha testigokunawan sut’inmi, qhipa p’unchaykunapi Diospa iglesianqa huk orqom.</w:t>
      </w:r>
    </w:p>
    <w:p>
      <w:pPr>
        <w:pStyle w:val="ArticleScripture"/>
        <w:jc w:val="left"/>
      </w:pPr>
      <w:r>
        <w:rPr>
          <w:rFonts w:ascii="Times New Roman" w:hAnsi="Times New Roman" w:eastAsia="Times New Roman" w:cs="Times New Roman"/>
        </w:rPr>
        <w:t>Qhepa p’unchaykunapi pasakunanpaqmi, Señorpa wasin urquqa urqukunap patanpi sayachisqa kanqa, moqokunamantapas aswan hanaqchasqa kanqa; llapa nacionkunapas chaymanmi ayqenqaku. Achka llaqtakunapas rinqaku, nispa: Hamuychik, Señorpa urqunman wicharisun, Jacobpa Diosninpa wasinman; paymi ñanninkunamanta yachachisunqanchik, ñanninkunapipas purisunchik: Sionmantaqmi ley lluqsinqa, Señorpa siminpas Jerusalénmanta. Isaías 2:2, 3.</w:t>
      </w:r>
    </w:p>
    <w:p>
      <w:pPr>
        <w:pStyle w:val="ArticleBody"/>
        <w:jc w:val="left"/>
      </w:pPr>
      <w:r>
        <w:rPr>
          <w:rFonts w:ascii="Times New Roman" w:hAnsi="Times New Roman" w:eastAsia="Times New Roman" w:cs="Times New Roman"/>
        </w:rPr>
        <w:t>“Hatun allpa” nisqaqa huk iglesiam kasqanta nispa yuyaycharqanku qhispichiqkunaqa, aswan achka kutiqa Seventh-day Adventist iglesiam kasqantam sut’incharqanku; chayta ruwarqanku imaraykuchus Danielqa chay allpata “hatun” nispa reqsichin, hinaspa paykunap pisi ukhuyuq yuyaychakusqanku tukurqan: tawa chunka phisqayuq versículopi “hatun santo urqu” nisqaqa cheqaqtapuni Diospa qhepa p’unchawkuna iglesian kasqanrayku, chayrayku “hatun allpa” nisqapas iglesiampuni kanan. Tukuy chaymantaqa, iskayninkupas “hatun” nisqa sutichasqayuqmi kanku.</w:t>
      </w:r>
    </w:p>
    <w:p>
      <w:pPr>
        <w:pStyle w:val="ArticleBody"/>
        <w:jc w:val="left"/>
      </w:pPr>
      <w:r>
        <w:rPr>
          <w:rFonts w:ascii="Times New Roman" w:hAnsi="Times New Roman" w:eastAsia="Times New Roman" w:cs="Times New Roman"/>
        </w:rPr>
        <w:t>Mana pantas Diospa siminpiqa mana pantaykuna kanchu, chayrayku Daniel “allpa” nisqanta “hatun sumaq” simiwan tinkuchispa rimaspan, tawa versículokuna qhipaman “ch’uya urqu” nisqatapas “hatun sumaq” simiwan tinkuchispa rimarqan, Danielqa munasqa huk sutinchayta reqsichirqan huk allpamanta huk urqumanta. Chiqap hatun sumaq allpaqa Judámi, hinaspa Jerusalén llaqtapin Diospa templon sayarichisqa karqan. Jerusalén, utaq templo, Diospa iglesian hina entiendisqa kayta atin, ichaqa Jerusalén maypi kasqan suyupaq allpanqa Judápa allpanmi. Kimsa kaq angelpa ñawpaqman riq achkiypi yachay mirasqanman hina askha cheqaqkuna takyasqa karqan, ichaqa kaypiqa ñawpaqchasqallatam churashanchik profecía kimsa Roma rikuriykunata reqsichisqanmanta.</w:t>
      </w:r>
    </w:p>
    <w:p>
      <w:pPr>
        <w:pStyle w:val="ArticleBody"/>
        <w:jc w:val="left"/>
      </w:pPr>
      <w:r>
        <w:rPr>
          <w:rFonts w:ascii="Times New Roman" w:hAnsi="Times New Roman" w:eastAsia="Times New Roman" w:cs="Times New Roman"/>
        </w:rPr>
        <w:t>Maypacha ñawpaq Roma paganakunaq papal Romaqwan ishkay testigokunata quspaq, kunan pacha Romaq profétik característicankunata sayachisqanta reqsirqayku, huk interpretación nisqapi kamachiyta reqsirqayku, chaytan noqa suticharqani “profecíaq kimsakutin churakuynin” nispa. Wakinkunaqa ñam ñawpaqmantapacha kaq profecíakunaq kimsa kuti kutirikuyninmanta rikch’aq yuyaykunata llamk’achirqakuña, ichaqa noqayku reqsiyta chayarqanayku definiciónqa, kunanpas llamk’achkanchik chay definiciónmi. Ancha chaninniyoqmi entiendenapaq profecíaq kimsakutin churakuyninmanta kamachiyqa, chaymi Future for America nisqapaq ancha sapa kuti llamk’achisqa, Daniel chunka hukniyoqpa qhepa soqta versículonkunaq argumentonpi reqsichisqa kasqanta; ichaqa chay hina kikin ancha chaninniyoqmi chay argumentoqa profecíaq kimsakutin churakuyninqa Romaqmanta kasqanta ñawpaq kutita reqsichirqan. Millerita historiapi huk argumentoqa kaymi karqan: Antiochus Epiphaneschu Danielpa llaqtanmanta “suwakuna” karqan, icha Roma-chu “suwakuna” karqan, imaynatachus Milleritakuna entienderqaku hina. Kaypaq ancha chaninniyoq kasqan raykuqa, Roma, Danielpa llaqtanmanta “suwakuna” hina, paykunam kanman “rikuyta sayachiqkuna” Daniel chunka hukniyoq, versículo chunka tawaqpi.</w:t>
      </w:r>
    </w:p>
    <w:p>
      <w:pPr>
        <w:pStyle w:val="ArticleScripture"/>
        <w:jc w:val="left"/>
      </w:pPr>
      <w:r>
        <w:rPr>
          <w:rFonts w:ascii="Times New Roman" w:hAnsi="Times New Roman" w:eastAsia="Times New Roman" w:cs="Times New Roman"/>
        </w:rPr>
        <w:t>Chay p’unchaykunapiqa achkakuna hatarinqaku uray suyuq reyninpa contra; hinallataq llaqtayki runakunamanta suwaqkunaqa hatarinqaku rikch’ayta sayachinankupaq; ichaqa urmanqaku. Daniel 11:14.</w:t>
      </w:r>
    </w:p>
    <w:p>
      <w:pPr>
        <w:pStyle w:val="ArticleBody"/>
        <w:jc w:val="left"/>
      </w:pPr>
      <w:r>
        <w:rPr>
          <w:rFonts w:ascii="Times New Roman" w:hAnsi="Times New Roman" w:eastAsia="Times New Roman" w:cs="Times New Roman"/>
        </w:rPr>
        <w:t>Profecíapa kimsa kuti ruraynin kasqanta ñawpaq kutipi hamut’arqayku, Bibliapa profecíankunapi Romaq kimsa rikurimuyninkuna kasqanrayku chayta reqsisqa kasqanwan. Romaqa kimsa kaq angelpa aswan ñawpaqman puriq k’anchariyninpa visiónninta sayarichirqa, imaynachus Millerita historiapipas rurasqan hina. Millerita historiapiqa, gentilismo papalismowan kuska, santuarioyta host-ta saruchaq atiykuna kasqankuta entiendesqanku, chaymi cheqaq yachaypa marcon karqa, maypi William Millerqa “llapa” profecía entiendesqankunata sayarichirqa. Daniel chunka hukniyuq qelqapa qhipa soqtan versículonkunaqa, Future for America llaqta llapa profecía aplikacionninkunata sayarichisqanpaq cheqaq yachaypa marconta takyachirqan. Chay marconqa dragón, bestia, llulla profeta nisqakunapa kimsa ch’usaqyachiq atiykunan, paykunaqa kay pachata Armagedónman pusanku.</w:t>
      </w:r>
    </w:p>
    <w:p>
      <w:pPr>
        <w:pStyle w:val="ArticleBody"/>
        <w:jc w:val="left"/>
      </w:pPr>
      <w:r>
        <w:rPr>
          <w:rFonts w:ascii="Times New Roman" w:hAnsi="Times New Roman" w:eastAsia="Times New Roman" w:cs="Times New Roman"/>
        </w:rPr>
        <w:t>Chay kamachiyqa sayriyanmi kashan kayta reqsispa: pagano Roma, chaymantataq papal Roma, iskay testigokuna kanku, paykunaqaqa kunan pacha Romata takyachinku; hinaspa kunan pacha Romaqa kinsa kuti huñusqa hukllachasqam kashan: espiritismoq dragonnin (Naciones Unidas), catolicismoq bestian (papado), hinaspa apostata protestantismoq llulla profetan (Estados Unidos). Chay kamachiyqa noqayku reqsichiyku profeciapa kinsa kuti rurasqa aplikacionnin hina. Qhipa articulokunapi rimanakusunchik profeciapa imaymana kinsa kuti aplicacionninkunamanta, mayqenkunachus reqsisqa karqan, hinaspa mayqenkunachus kinsantin angelkunaq ñawpaqman puriq k’anchayninpa kamachiyninta hunt’achinku.</w:t>
      </w:r>
    </w:p>
    <w:p>
      <w:pPr>
        <w:pStyle w:val="ArticleBody"/>
        <w:jc w:val="left"/>
      </w:pPr>
      <w:r>
        <w:rPr>
          <w:rFonts w:ascii="Times New Roman" w:hAnsi="Times New Roman" w:eastAsia="Times New Roman" w:cs="Times New Roman"/>
        </w:rPr>
        <w:t>Qhawarisun Romaq kimsa rikuriykunapa kimsa kuti churananta, chaykunaq sut’inchasqanta kunan pacha Romaq política hinallataq religioso nisqa sayayninta, maytataq Hermana White suticharqan iglesiacraft nisqawan statecraft nisqawan. Chay sayay reqsichisqa kachkan pagano Romaq profético nisqa característicokunata huñuspa papal Romaq profético nisqa característicokunawan, kunan pacha Romapi chay característicokunata sut’inchanapaq hinallataq sayachinapaq.</w:t>
      </w:r>
    </w:p>
    <w:p>
      <w:pPr>
        <w:pStyle w:val="ArticleBody"/>
        <w:jc w:val="left"/>
      </w:pPr>
      <w:r>
        <w:rPr>
          <w:rFonts w:ascii="Times New Roman" w:hAnsi="Times New Roman" w:eastAsia="Times New Roman" w:cs="Times New Roman"/>
        </w:rPr>
        <w:t>Qhawarisun kimsa rikch’akuynin Babiloniapa kimsantin ruranankunata, Nimrod, Nabucodonosor, Belshazzar nisqakunapi rikuchisqa hina, chaykunaqa reqsichin huchayoq runapa hatunchakuyninta, paymi Diospa templonpi tiyashan, “Noqaqa Dios kani” nispa willakuspa, chaytaq Isaías sutiyoq profetaqa “hatunchakusqa Asirio” nispa suticharqan. Papa-pa hatunchakuynin, Biblia-pa profeciankunapa yachachikuyninmanta kaq, reqsichisqa kachkan Babelpa profetiko unanchayninkunata Babiloniapa profetiko unanchayninkunawan huñuspa, kunan pacha Babiloniapa unanchayninkunata reqsichiyta, takyachiyta ima rurananpaq.</w:t>
      </w:r>
    </w:p>
    <w:p>
      <w:pPr>
        <w:pStyle w:val="ArticleBody"/>
        <w:jc w:val="left"/>
      </w:pPr>
      <w:r>
        <w:rPr>
          <w:rFonts w:ascii="Times New Roman" w:hAnsi="Times New Roman" w:eastAsia="Times New Roman" w:cs="Times New Roman"/>
        </w:rPr>
        <w:t>Qhawarisun kimsa rikch’akuykunap kimsakutin churanankuta Elíaspa, imaynatachus Elíaswan Juan Bautista rikhuchinku, paykunataq reqsisichinku “ch’in pampapi waqyaspa qapariq simita” qhepa p’unchaykunapi. Ch’in pampapi waqyaspa qapariq simi qhepa p’unchaykunapi sut’i rikch’akuq qhawariqta sut’inchan, chaytaq huk kuyuymi; hinallataq reqsisichin iskay testigokunata huk kuyuypi, qallariyninpas tukukuyninpas kaqllata hina kaqta. Yachachisqa kashanchik kimsa kaq angel mana kananmanchu huk ñawpaq kaqwan iskay kaq mana kaptinqa; chayrayku huk nivelpi mana atikunachu ñawpaq kaq angelpa kuyuyta t’aqay kimsa kaq angelpa kuyuyninmanta, iskaynin kuyuypas qhawariqwanmi rikuchisqa kanku, chay qhawariqtaq Elíaswan Juan Bautista nisqakunawan unanchasqa karqa.</w:t>
      </w:r>
    </w:p>
    <w:p>
      <w:pPr>
        <w:pStyle w:val="ArticleScripture"/>
        <w:jc w:val="left"/>
      </w:pPr>
      <w:r>
        <w:rPr>
          <w:rFonts w:ascii="Times New Roman" w:hAnsi="Times New Roman" w:eastAsia="Times New Roman" w:cs="Times New Roman"/>
        </w:rPr>
        <w:t>“Qillqawanpas, rimaywanpas willakuyta waqyarichinanchikmi, paykunapa nisqankuta rikuchispa, chaymanta profeciakunapa apaykachasqanta qawachispa, kinsa kaq angelpa willakuyninman chayananchikpaq. Mana atikunchu kinsa kaqqa kananpaq huk ñawpaq kaqwan iskay ñawpaq kaqwan mana kaspa. Kay willakuykunataqa pachantinmanmi qunanchik, qillqasqa rurasqakunapi, yachachiy rimaykunapi, profetico historiapa siqinpi rikuchispa ima kaqkunachus karqanku, hinallataq ima kaqkunachus kanqaku.” Selected Messages, libro 2, 105.</w:t>
      </w:r>
    </w:p>
    <w:p>
      <w:pPr>
        <w:pStyle w:val="ArticleBody"/>
        <w:jc w:val="left"/>
      </w:pPr>
      <w:r>
        <w:rPr>
          <w:rFonts w:ascii="Times New Roman" w:hAnsi="Times New Roman" w:eastAsia="Times New Roman" w:cs="Times New Roman"/>
        </w:rPr>
        <w:t>Qhawasunchikmi kimsakutin rurasqanta, ñan allichaq kachaqpa kinsa rikch’ayninta, Paktopa Kachaqnin templonman usqhaylla hamunanpaq wakichisqanta, Juan Bautistawan William Millerwan sut’ichasqa hina. Qhipa qhawaqqa huk profecía asuntu kasqanmi, Juan Bautistaq hinaspa William Millerpa profético característicankunata huñuspa reqsichisqa, Malaquías kinsa kaq capitulopa qhipa hunt’akuyninta riqsichinapaq.</w:t>
      </w:r>
    </w:p>
    <w:p>
      <w:pPr>
        <w:pStyle w:val="ArticleScripture"/>
        <w:jc w:val="left"/>
      </w:pPr>
      <w:r>
        <w:rPr>
          <w:rFonts w:ascii="Times New Roman" w:hAnsi="Times New Roman" w:eastAsia="Times New Roman" w:cs="Times New Roman"/>
        </w:rPr>
        <w:t>Qhawariy, Ñoqaqa kachasaq kachamusqay mensajeroyta, paymi ñanta waqaychasqa ruwanka ñawpaqniypi: hinaspan Señor, piqtaq qankuna maskhashankichik, usqhayllata hamunqa templonman, arí, convenioypa mensajeronta, piqpi qankuna kusikunkichik: qhawariy, payqa hamunqan, nispa Señor de los ejércitos. Malaquías 3:1.</w:t>
      </w:r>
    </w:p>
    <w:p>
      <w:pPr>
        <w:pStyle w:val="ArticleBody"/>
        <w:jc w:val="left"/>
      </w:pPr>
      <w:r>
        <w:rPr>
          <w:rFonts w:ascii="Times New Roman" w:hAnsi="Times New Roman" w:eastAsia="Times New Roman" w:cs="Times New Roman"/>
        </w:rPr>
        <w:t>Qhawarisunmi Islampa kimsa rikuriykunanpa kimsa kuti churakuyninta, Apocalipsis qillqapa pusaqniyuq, isqunniyuq kapítulokunapi ñawpaq kaq iskay “Ay” nisqakunapa Islamninta sut’ichaq profétic rasgokuna hina rikuchisqa kasqanta qhawarinanchik; chaymi Apocalipsis qillqapa chunka, chunka hukniyuq kapítulokunapi sut’ichasqa kinsa kaq “Ay” nisqapa Islamnintapas profétic rasgokunanta reqsichin.</w:t>
      </w:r>
    </w:p>
    <w:p>
      <w:pPr>
        <w:pStyle w:val="ArticleBody"/>
        <w:jc w:val="left"/>
      </w:pPr>
      <w:r>
        <w:rPr>
          <w:rFonts w:ascii="Times New Roman" w:hAnsi="Times New Roman" w:eastAsia="Times New Roman" w:cs="Times New Roman"/>
        </w:rPr>
        <w:t>Kaykunata qatiq qillqapiqa qatiqllaraqmi rimarisunchik.</w:t>
      </w:r>
    </w:p>
    <w:p>
      <w:pPr>
        <w:pStyle w:val="ArticleScripture"/>
        <w:jc w:val="left"/>
      </w:pPr>
      <w:r>
        <w:rPr>
          <w:rFonts w:ascii="Times New Roman" w:hAnsi="Times New Roman" w:eastAsia="Times New Roman" w:cs="Times New Roman"/>
        </w:rPr>
        <w:t>“Ama saqekichu pipas ñuqaykichispaq yuyayniyoq kananpaq; ama saqekichu pipas ñuqaykichispaq yuyanampaq, mask’anampaq, hinaspa mañakunampaq. Kaymi kunan p’unchaw sonqoykichisman churanaykichis yachachikuyqa. Achka qankunaqa allinta creenkichis Diospa reynonpa hinaspa Jesucristopa ancha chanin quri qapariynin Bibliapi kasqanta, makiykichispi hap’isqa kasqaykichispi. Yachankichismi mayqin kay pachapi quri qapariypas mana tarikusqachu sinchi llank’aywan mana chayaspa. Chayqa, imaraykutaq suyaykichis Diospa siminpa quri qapariyninkunata entiendenaykichispaq, mana allinta kallpachakuspa Qelqakunata mask’aspa?”</w:t>
      </w:r>
    </w:p>
    <w:p>
      <w:pPr>
        <w:pStyle w:val="ArticleScripture"/>
        <w:jc w:val="left"/>
      </w:pPr>
      <w:r>
        <w:rPr>
          <w:rFonts w:ascii="Times New Roman" w:hAnsi="Times New Roman" w:eastAsia="Times New Roman" w:cs="Times New Roman"/>
        </w:rPr>
        <w:t>“Allinmi allinmi Biblia ñawinchayqa; ichaqa manam chayllapichu deberniykikuna tukukun. Qankunaqa kikiykikunaqrayku p’anqankunata allinta mask’anaykikuna; Diosmanta yachayqa manam tarisunchu yuyayta kallpachay mana kanman chayqa, nitaq yachaypaq mañakuy mana kanman chayqa, chay hinaqa qankuna cheqaq kaq chuya trigomanta t’aqanakunaykipaq, runakunaqwan Satanás-pa cheqaq yachachiykunata pantachispa qellichasqan paja-t’aqanta. Satanáswan paypa huñusqa runa yanapakuqkunaqa munarqanku pantay paja-t’aqanta chaqruyta cheqaq trigowan. Ñuqanchikqa allinta kallpachakuspa mask’ananchik pakasqa qhapaq kaqta, hanaq pachamanta yachayta mask’aspa, runaq rurasqankunata Diospa kamachikuyninkunamanta t’aqananchikpaq. Espíritu Santoqa mask’aqta yanapasqa hatun ancha chanin cheqaqkunata tarinampaq, chaykunaqa salvasqa kaypa planonmanmi tupanku. Llapa runakunaman sinchita yuyayman churayta munani: Escrituras nisqakunata mana allinta qhawarispa ñawinchayllaqa manam aypanchu. Mask’ananchikmi; kayqa llapan simi ima ninanta rurananchikta nin. Imayna minaspi llamkaq runa kusisqa sonqowan allpata allinta mask’an qoripa sirankunata tarinampaq, chay hinallataq qampas Diospa siminta mask’anayki, chaypi pakasqa qhapaq kaqta tarinaykipaq, may unayñam Satanás runamanta pakayta mask’arqan chayta. Señor nin: ‘Pipas munan paypa munayninta ruranayta, payqa yachanqa yachachiymanta.’ Juan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Iskay chunka iskayniyuqniyoq</dc:title>
  <dc:subject>Sut’inchay Profecíata qhawarichispa: Danielpa qhipa soqta versiculonkuna kimsa kutipi rurasqankumanta chaymanta Kinsa Kaq Angelpa ñawpaqman puriq aswan achkiymanta</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