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Isqon chunka tawañiqin</w:t>
      </w:r>
    </w:p>
    <w:p>
      <w:pPr>
        <w:pStyle w:val="ArticleSubtitle"/>
        <w:jc w:val="left"/>
      </w:pPr>
      <w:r>
        <w:rPr>
          <w:rFonts w:ascii="Arial" w:hAnsi="Arial" w:eastAsia="Arial" w:cs="Arial"/>
        </w:rPr>
        <w:t>Sut’inchay Proféticota Qhaway: Armagedónman pushaq Kimsa Kallpakunata Entendey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2024-02-27</w:t>
      </w:r>
    </w:p>
    <w:p>
      <w:pPr>
        <w:pStyle w:val="ArticleBody"/>
        <w:jc w:val="left"/>
      </w:pPr>
      <w:r>
        <w:rPr>
          <w:rFonts w:ascii="Times New Roman" w:hAnsi="Times New Roman" w:eastAsia="Times New Roman" w:cs="Times New Roman"/>
        </w:rPr>
        <w:t>William Millerpa apakusqan proféticopa marconqa iskay chinkachiq atiykunapa estructuran karqan: ñawpaqta pagano Roma, chaymanta papal Roma. Future for Americapa apakusqan proféticopa marconqa kinsa chinkachiq atiykunapa estructuran: ñawpaqta pagano Roma, chaymanta papal Roma, hinaspa qhipaman apostata protestantismo. Romaq kinsa rikurikuyninqa dragón, bestia, hinaspa llulla profeta nisqaq chay kinsa chinkachiq atiykunan kanku. Chay marconqa hatun partellapin reqsisqa karqan Daniel qhelqapa chunka hukniyuq t’aqapa qhipa soqta versiculonkunaq k’anchayninman churakusqa sayakuyninwan, mayqinchus pacha tukukuypi 1989 watapi kichasqa karqan.</w:t>
      </w:r>
    </w:p>
    <w:p>
      <w:pPr>
        <w:pStyle w:val="ArticleBody"/>
        <w:jc w:val="left"/>
      </w:pPr>
      <w:r>
        <w:rPr>
          <w:rFonts w:ascii="Times New Roman" w:hAnsi="Times New Roman" w:eastAsia="Times New Roman" w:cs="Times New Roman"/>
        </w:rPr>
        <w:t>Romaq iskay ñawpaq rikurikuyninkunaqa moderno Romaq, kimsa kaq, qhipa kaq rikurikuyninpa profétiko imayna kasqanta reqsichin. Moderno Romaqa qhipa p’unchaykunapi qhipa kimsa-hukchasqa qatiq ñak’arichiq atiy-pa estructura-ninta reqsichin. Chaywan ancha tupaqchasqa kaspapas, ichaqa sut’inmanta hukniraymi Babiloniaq kimsa rikurikuyninkuna. Ñawpaq kaqqa Nimrodpa Babelninqa karqan. Iskay kaqqa Nabucodonosorwan Belsasarpa Babilonian karqan. Chay iskay profétiko testigokuna kuskapiqa moderno Babiloniaq profétiko característican-kunata reqsichinku. Imaynachus huk nivelpi moderno Roma wan moderno Babiloniaqa kikin entidad kaspapas, Babiloniaq kimsa rikurikuyninkunaqa Babiloniaq qhipa urmayninta, hinaspa hucha runaq hatunchakusqanta reqsichinku.</w:t>
      </w:r>
    </w:p>
    <w:p>
      <w:pPr>
        <w:pStyle w:val="ArticleBody"/>
        <w:jc w:val="left"/>
      </w:pPr>
      <w:r>
        <w:rPr>
          <w:rFonts w:ascii="Times New Roman" w:hAnsi="Times New Roman" w:eastAsia="Times New Roman" w:cs="Times New Roman"/>
        </w:rPr>
        <w:t>Babilonia urmayninqaqa Bibliaq willakuyninkunapi hatun hinallataq sut’inchasqa yachaymi, chaynam Roma llaqtapi papaq hatunchakuyninpas. Apocalipsis libroq chunka qanchisniyuq kapitulonpi, qanchis qhepa muchuykunata hich’aq angelkunamanta huknin hamun Babiloniaq taripayninta sut’inchananpaq; chayqa urmayninmanta huk rimayllataqmi.</w:t>
      </w:r>
    </w:p>
    <w:p>
      <w:pPr>
        <w:pStyle w:val="ArticleScripture"/>
        <w:jc w:val="left"/>
      </w:pPr>
      <w:r>
        <w:rPr>
          <w:rFonts w:ascii="Times New Roman" w:hAnsi="Times New Roman" w:eastAsia="Times New Roman" w:cs="Times New Roman"/>
        </w:rPr>
        <w:t>Hinaspan qanchis angelkunamanta huknin, qanchis vialniyuq kaq, hamuspa rimarirqan ñoqawan, nispa: Kayman hamuy; rikuchisqayki hatun qhacha warmipa juicioyta, achka yakukunapa hawanpi tiyaykuqpa: paywanmi kay pachapi reykuna qharin warmi huchapi urmanku, kay pachapi tiyakuqkunataq machasqa karqanku paypa qhacha huchanpa vinonwan. Chaymi espiritupi pusawarqan chunlla pampaman; chaypim rikurirqani huk warmita puka q’illu llimp’i uywapa hawanpi tiyaykuqta, Diospa contranpi rimay sutikunawan hunt’asqa, qanchis umayuq, chunka waqrayuq. Apocalipsis 17:1–3.</w:t>
      </w:r>
    </w:p>
    <w:p>
      <w:pPr>
        <w:pStyle w:val="ArticleBody"/>
        <w:jc w:val="left"/>
      </w:pPr>
      <w:r>
        <w:rPr>
          <w:rFonts w:ascii="Times New Roman" w:hAnsi="Times New Roman" w:eastAsia="Times New Roman" w:cs="Times New Roman"/>
        </w:rPr>
        <w:t>Ángelpa llamkayninqa Juanman qhawachiymi warmipa juzgasqanta, paypa urkunpi qillqasqa kasqanrayku: “MISTERIO BABILONIA”.</w:t>
      </w:r>
    </w:p>
    <w:p>
      <w:pPr>
        <w:pStyle w:val="ArticleScripture"/>
        <w:jc w:val="left"/>
      </w:pPr>
      <w:r>
        <w:rPr>
          <w:rFonts w:ascii="Times New Roman" w:hAnsi="Times New Roman" w:eastAsia="Times New Roman" w:cs="Times New Roman"/>
        </w:rPr>
        <w:t>Warmiqa puka q’umir puka llimp’i p’achawan p’achasqa karqa, quriwan, chanin rumikuna wan perlakunawanpas sumaqchasqa; makinpin quri q’ipita apasqan, millay millaykunawan huntasqa, huchanwan waqlliychasqan q’añu kayninwanpas. Uman patanpitaq sutin qelqasqa karqa: PAKASQA KAY, HATUN BABILONIA, PAMPACHASQA WARMIKUNAP MAMAN, KAY PACHAQ MILLAY MILLAYNINKUNAPAS MAMAN. Hinan warmita rikurqani ch’uyanchasqa runakunap yawarninwan machasqa, Jesuspa testigonkunaq yawarninwanpas; payta rikuspataq ancha musphaspay admirakurqani. Apocalipsis 17:4–6.</w:t>
      </w:r>
    </w:p>
    <w:p>
      <w:pPr>
        <w:pStyle w:val="ArticleBody"/>
        <w:jc w:val="left"/>
      </w:pPr>
      <w:r>
        <w:rPr>
          <w:rFonts w:ascii="Times New Roman" w:hAnsi="Times New Roman" w:eastAsia="Times New Roman" w:cs="Times New Roman"/>
        </w:rPr>
        <w:t>Papa kay qhipa p’unchaykunapi paypa huchachisqa hereticokunata qatiykacharqananpaq llamk’achkan chay geopolítico aparatoqa rikuchisqa kashan “puka llimp’i uywawan, Diospa contran sutikunawan hunt’asqa, qanchis umayuq, chunka waqrayuq.” Uywapa patanpi sillakusqa kasqan rikuchin payqa chay uywata kamachisqanta, imaynachus huk sillakuq runa huk caballota kamachin hinata.</w:t>
      </w:r>
    </w:p>
    <w:p>
      <w:pPr>
        <w:pStyle w:val="ArticleScripture"/>
        <w:jc w:val="left"/>
      </w:pPr>
      <w:r>
        <w:rPr>
          <w:rFonts w:ascii="Times New Roman" w:hAnsi="Times New Roman" w:eastAsia="Times New Roman" w:cs="Times New Roman"/>
        </w:rPr>
        <w:t>Warmiqa qhawaykusqaykiqa chay hatun llaqtam, kay pachapi reykunapaq kamachiq. Apocalipsis 17:8.</w:t>
      </w:r>
    </w:p>
    <w:p>
      <w:pPr>
        <w:pStyle w:val="ArticleBody"/>
        <w:jc w:val="left"/>
      </w:pPr>
      <w:r>
        <w:rPr>
          <w:rFonts w:ascii="Times New Roman" w:hAnsi="Times New Roman" w:eastAsia="Times New Roman" w:cs="Times New Roman"/>
        </w:rPr>
        <w:t>Puka puka llaqtawan “qanchis umayuq, chunka waqrayuq puka millma uywa” nisqaqa kunan pacha Roma llaqtam, chaymi warmiqa imaymana suyukunapa kamachiyninmanta huñusqa sayayninta llamk’achin, qhepa p’unchaykunapi Diospa cheqaq qatiqnin-kunata qatiykachaspanku. Warmiqa kunan pacha Babilonia hatunmi, hatun llaqtam, kay pachapa reykunawan waynanakuspa, kay pachapa reykunanmanta kamachiq. Babel nisqa, Génesis p’anqapa chunka hukniyuq kapitulumpi rikuchisqa, hinallataq Babilonia, Daniel p’anqapa tawa kaq, pisqa kaq kapitulukunapi rikuchisqa, Babiloniapa iskay rikurimuyninkunaqa qhepa p’unchaykunapi kunan pacha Babiloniapa hatunchakuyninta, urmaynintawan willakun. Apocalipsis p’anqapa chunka qanchisniyuq kapitulumpi juzgasqa warmiqa kunan pacha Babiloniam, paypa kamachisqan uywaqa kunan pacha Romam. Payqa reykunawan waynanakusqam, chayraykutaq paykunaqa huñusqa huk aycham kanku.</w:t>
      </w:r>
    </w:p>
    <w:p>
      <w:pPr>
        <w:pStyle w:val="ArticleScripture"/>
        <w:jc w:val="left"/>
      </w:pPr>
      <w:r>
        <w:rPr>
          <w:rFonts w:ascii="Times New Roman" w:hAnsi="Times New Roman" w:eastAsia="Times New Roman" w:cs="Times New Roman"/>
        </w:rPr>
        <w:t>Chayrayku runaqa taytanta mamanta saqenqa, warminwan takyasqa kanqa; hinaspa iskayninku huk aycha kanqaku. Génesis 2:24.</w:t>
      </w:r>
    </w:p>
    <w:p>
      <w:pPr>
        <w:pStyle w:val="ArticleBody"/>
        <w:jc w:val="left"/>
      </w:pPr>
      <w:r>
        <w:rPr>
          <w:rFonts w:ascii="Times New Roman" w:hAnsi="Times New Roman" w:eastAsia="Times New Roman" w:cs="Times New Roman"/>
        </w:rPr>
        <w:t>Mayqin hukllapas kaqtinku, kunan pacha Roma hinallataq kunan pacha Babiloniaq wakin profetiku imaymanankuna Diospa Simpim sapaqchasqa kachkan. Kunan pacha Babiloniamanta willakuyqa, Babelmanta Babiloniamantawan iskay testigokuna takyachisqan hina, paypa hatunchakuyninmanta, hinallataq qhipa urmayninmantam. Daniel chunka hukniyuq qillqapa qhipa suqta versículonkunapi, ch’inchay llaqtapa reyninqa papado-ta reqsichinanpaq apasqa kachkan. Roma papaqa Satanaspa kay pachapi rantinmi.</w:t>
      </w:r>
    </w:p>
    <w:p>
      <w:pPr>
        <w:pStyle w:val="ArticleScripture"/>
        <w:jc w:val="left"/>
      </w:pPr>
      <w:r>
        <w:rPr>
          <w:rFonts w:ascii="Times New Roman" w:hAnsi="Times New Roman" w:eastAsia="Times New Roman" w:cs="Times New Roman"/>
        </w:rPr>
        <w:t>“Kay pachapi atipayninkunatawan hatun yupaychayninkunatawan hap’inanpaqmi iglesiata pusarqanku kay pachapi hatun runakunapa allin munayninta yanapaynintawan maskhananpaq; chayhinataq Cristota qispichispa, Satanaspa rantinchasqanman—Roma llaqtapa obispunman—uyariy hapiyninman urmachisqa karqa.” The Great Controversy, 50.</w:t>
      </w:r>
    </w:p>
    <w:p>
      <w:pPr>
        <w:pStyle w:val="ArticleBody"/>
        <w:jc w:val="left"/>
      </w:pPr>
      <w:r>
        <w:rPr>
          <w:rFonts w:ascii="Times New Roman" w:hAnsi="Times New Roman" w:eastAsia="Times New Roman" w:cs="Times New Roman"/>
        </w:rPr>
        <w:t>Satanás munarqan Dios kayta, hinaspataq munaynin karqan Diospa kamachiy trununtawan yupaychana trununtawan hap’iy.</w:t>
      </w:r>
    </w:p>
    <w:p>
      <w:pPr>
        <w:pStyle w:val="ArticleScripture"/>
        <w:jc w:val="left"/>
      </w:pPr>
      <w:r>
        <w:rPr>
          <w:rFonts w:ascii="Times New Roman" w:hAnsi="Times New Roman" w:eastAsia="Times New Roman" w:cs="Times New Roman"/>
        </w:rPr>
        <w:t>¡Imaynataq hanaq pachatamanta urmamurqanki, Lucifer, paqariypa churin! ¡Imaynataq allpaman urmachisqa kanki, nacionkunata pisi kallpachaq! Sonqoykipiqa nirqankin: Hanaq pachaman wicharisaq, Diospa qoyllurninkunamanta pataman tiyanayta hatarichisaq; tantanakuy orqopi tiyasaq, chiri norte ladopi: phuyukunapa altun pataman wicharisaq; Anchaq Patapi Kaqman rikch’akuq kasaq. Isaías 14:12–14.</w:t>
      </w:r>
    </w:p>
    <w:p>
      <w:pPr>
        <w:pStyle w:val="ArticleBody"/>
        <w:jc w:val="left"/>
      </w:pPr>
      <w:r>
        <w:rPr>
          <w:rFonts w:ascii="Times New Roman" w:hAnsi="Times New Roman" w:eastAsia="Times New Roman" w:cs="Times New Roman"/>
        </w:rPr>
        <w:t>Satanás munarqan tronon-ta hatarichiyta (kayqa qhapaq kamachiypa unanchanmi), “Diospa qoyllurninkunamanta aswan hanaqman.” Diospa qoyllurninkunaqa angelkunam, hinaspa Diospa kamachiyninpa llapan rurayninkunata rikuchinku. Satanás munarqan “hinallataq” tiyayta “tantanakuy orqopi, hanaq chikallanpi.” Tantanakuyqa Iglesiam, hinaspa Jerusalén llaqtapim kachkan, chay hanaq chikallanpi. Trono patapi tiyay “hanaq chikallanpi” nisqaqa, hanaq suyupa qhapaqnin kaymi. Cristoqa cheqaq Hanaq Suyupa Qhapaqninmi, paymi Diospa kamachiyninpa patanpi qhapaq kaytaq. Satanás munarqan “Ancha Hanaq kaq hina kayta.”</w:t>
      </w:r>
    </w:p>
    <w:p>
      <w:pPr>
        <w:pStyle w:val="ArticleScripture"/>
        <w:jc w:val="left"/>
      </w:pPr>
      <w:r>
        <w:rPr>
          <w:rFonts w:ascii="Times New Roman" w:hAnsi="Times New Roman" w:eastAsia="Times New Roman" w:cs="Times New Roman"/>
        </w:rPr>
        <w:t>Takikuna hinaspa Salmo Corépa churinkunapaq. Hatunmi Señor, anchatataq yupaychasqa kanan tiyan Diosninchikpa llaqtanpi, paypa santu urqunpi. Sumaq kashan kayninpi, tukuy allpapa kusikuynin, Sion orqho, chinchay ladokunapi, hatun Reypa llaqtan. Diosqa reqsichisqan kashan chaypa palacionkunapi amachakuq hina. Salmo 48:1–3.</w:t>
      </w:r>
    </w:p>
    <w:p>
      <w:pPr>
        <w:pStyle w:val="ArticleBody"/>
        <w:jc w:val="left"/>
      </w:pPr>
      <w:r>
        <w:rPr>
          <w:rFonts w:ascii="Times New Roman" w:hAnsi="Times New Roman" w:eastAsia="Times New Roman" w:cs="Times New Roman"/>
        </w:rPr>
        <w:t>Kay pachapi Satanaspa rantin kayqa Roma llaqtapa obispunmi (papam). Daniel qillqapa chunka hukniyuq t’aqapi qhepa suqta versokunapi, Roma papapa qhepa sayariyninpas urmayninpas rikuchisqa kachkan, chaypim papaqa “norte rey” hina rikuchisqa kachkan. Payqa Iglesia Católica-pa umanmi, hinaspa “católica” sutiyoq simiqa tukuypaqmi nin. Satanasqa Cristopa iskay trônonkunata (politikuta hinaspa religioso kaqta) llullachiywan qatiqninman tukuchinampaq, qhepa p’unchaykunapi Cristota runarparispa rikurichisqan qallariyninpaq, Satanasqa Iglesia Católica-ta paqarichirqan huk mundu entero religioso sistemata charinampaq.</w:t>
      </w:r>
    </w:p>
    <w:p>
      <w:pPr>
        <w:pStyle w:val="ArticleScripture"/>
        <w:jc w:val="left"/>
      </w:pPr>
      <w:r>
        <w:rPr>
          <w:rFonts w:ascii="Times New Roman" w:hAnsi="Times New Roman" w:eastAsia="Times New Roman" w:cs="Times New Roman"/>
        </w:rPr>
        <w:t>“Kay paganisumpiwan cristianismowanwan kuska allinchasqa hina llank’asqanmi profecíapi willasqa ‘huchayoq runa’ nisqapa wiñariyninman apamurqan; payqa Diospa contranpi sayarikuspa, hawanman hoqarikuspa qhawaykuchkan. Chay jatun llulla religionpa sistemaqa Satanaspa atiyninpa sumaq rurasqanmi—paypa kallpachasqanpa yuyaychasqa monumentonmi, kay pachapi kamachinapaq munayninman hina tiyaykunanpaq tronoman tiyaykuyta mask’asqanpaq.” The Great Controversy, 50.</w:t>
      </w:r>
    </w:p>
    <w:p>
      <w:pPr>
        <w:pStyle w:val="ArticleBody"/>
        <w:jc w:val="left"/>
      </w:pPr>
      <w:r>
        <w:rPr>
          <w:rFonts w:ascii="Times New Roman" w:hAnsi="Times New Roman" w:eastAsia="Times New Roman" w:cs="Times New Roman"/>
        </w:rPr>
        <w:t>Satanásqa huk llapan pachapi yupaychaymanta sistemata hatarichirqan, hinallataq huk llapan pachapi siyasiy allchayta, cheqaq Norte Reypa tiyakunan iskay kamachiy tiyanakunata llullachiy hina rikuchinapaq. Apocalipsis chunka qanchisniyuqpi chunka reykuna, paykunawanmi qhipa p’unchaykunapi prostituta warmi huchallikuyta ruwan hinaspa paykunamanta kamachin, chayqa qanchis umayuq, chunka waqrayuq bestiata rikuchin, chay bestiataqmi kamachisqa kachkan BABILONIA sutiyuq warmimanta, paypa urqunpi qillqasqa kasqanwan. Chunka qanchisniyuq kapitulupeqa chunka reykunaqa “prostituta warmita cheqninqaku, ch’usaqyachinqaku, q’ala q’arachinqaku, aychanta mikhuqkuna hina tukunku, ninawan ruphachinqaku.” Chhaynataq taripaynin rikuchisqa kachkan. Babiloniapa kimsa rikurimusuyninkunaqa Babiloniapa qhipa urmayninta reqsichinku. Romapa kimsa rikurimusuyninkunaqa paypa kamachisqan siyasiy allchayta reqsichinku.</w:t>
      </w:r>
    </w:p>
    <w:p>
      <w:pPr>
        <w:pStyle w:val="ArticleBody"/>
        <w:jc w:val="left"/>
      </w:pPr>
      <w:r>
        <w:rPr>
          <w:rFonts w:ascii="Times New Roman" w:hAnsi="Times New Roman" w:eastAsia="Times New Roman" w:cs="Times New Roman"/>
        </w:rPr>
        <w:t>Apocalipsis chunka tawaqniyuq capítuloq kimsa angelkunapa willakuyninkunaqa kunan pacha Babiloniaq qhipa urmayninta rimaykuchkan, imaynachus Daniel chunka hukniyuq capítuloq tawa chunka tawaq, tawa chunka pichqaq versículokunapas riman. Paypa qhipa urmayninqa Apocalipsis chunka qanchisniyuq capítulope rimarisqa kachkan, ichaqa aswan sut’itaqmi chunka pusaqniyuq capítulope willasqa kachkan. Daniel chunka hukniyuq capítuloq kunan pacha Babiloniaq qhipa urmayninta rikuchisqanqa, chunka tawaq capítuloq kimsa angelkunapa rikuchisqanwan, hinallataq chunka qanchisniyuq, chunka pusaqniyuq capítuloq qhipa urmaymanta nisqanwan kuska apamusqa kanan, huk siq’iman huk siqi hina. Daniel chunka hukniyuq capítulopeqa kunan pacha Babiloniaq qhipa urmayninqa reqsisqa kachkan mana yanapayta chaskisqanwan tukusqa hina.</w:t>
      </w:r>
    </w:p>
    <w:p>
      <w:pPr>
        <w:pStyle w:val="ArticleScripture"/>
        <w:jc w:val="left"/>
      </w:pPr>
      <w:r>
        <w:rPr>
          <w:rFonts w:ascii="Times New Roman" w:hAnsi="Times New Roman" w:eastAsia="Times New Roman" w:cs="Times New Roman"/>
        </w:rPr>
        <w:t>Payqa qhatunqa tiyanankunata hatarichinqa iskay qochakuna chawpinpi, sumaq santu urqupi; ichaqa tukukuyninman chayamunqa, mana pipas yanapanqachu. Daniel 11:45.</w:t>
      </w:r>
    </w:p>
    <w:p>
      <w:pPr>
        <w:pStyle w:val="ArticleBody"/>
        <w:jc w:val="left"/>
      </w:pPr>
      <w:r>
        <w:rPr>
          <w:rFonts w:ascii="Times New Roman" w:hAnsi="Times New Roman" w:eastAsia="Times New Roman" w:cs="Times New Roman"/>
        </w:rPr>
        <w:t>Qatiq versículopi Miguel hatarimun, runakunapa pruebapi kasqanku tukukun. Versículoq qallariyninmi nin: “Chay pachapi.” Kunan pacha Babilonia urmaykuptin, runakunapa pruebapi kasqanku tukukun, payqa sapallan wañun. Kimsa kaq angelmi pruebapa tukukuyninta reqsichin, imaraykuchus reqsichin pacha iskay kastaman rakisqa kasqanta: uywapa señalta hap’iqkuna, hinallataq Diospa sellonta hap’iqkuna. Chay pachapi Diospa phiñakuyninmi kunan pacha Babiloniaman hich’akun, hinallataq autoridadninpa señalta chaskiqkunamanpas.</w:t>
      </w:r>
    </w:p>
    <w:p>
      <w:pPr>
        <w:pStyle w:val="ArticleScripture"/>
        <w:jc w:val="left"/>
      </w:pPr>
      <w:r>
        <w:rPr>
          <w:rFonts w:ascii="Times New Roman" w:hAnsi="Times New Roman" w:eastAsia="Times New Roman" w:cs="Times New Roman"/>
        </w:rPr>
        <w:t>Hinaspan kimsak angel paykunata qatiq hamurqa, hatun qapariyniyoqta nispa: Sichus pipas uywata hinallataq kikinpa rikch’ayninta yupaychanman, hinaspa urqunpi utaq makimpi señalananta chaskinman, chay runaqa Diospa phiñakuyninpa vinonta ukyanqa, mayqinchus mana ima chaqrukuywanpas phiñakuyninpa kopanman tallisqa; hinaspa ñak’arichisqa kanqa ninawan azufriwan, ch’uya angelkunapa ñawpaqenpi, hinallataq Corderopa ñawpaqenpi: paykunapa ñak’ariyninkupa qosñin wiñaypaq wiñaykama wicharin; manataq samayniyoqchu tuta p’unchay, uywata hinallataq kikinpa rikch’ayninta yupaychaqkunaqa, hinallataq sutinpa señalananta chaskiqkunaqa. Kaypim kachkan santoskunapa muchuyta muchuspa sayakuynin: kaypim kachkan Diospa kamachikuyninkunata waqaychaqkuna, Jesuspa iñiynintawan. Apocalipsis 14:9–12.</w:t>
      </w:r>
    </w:p>
    <w:p>
      <w:pPr>
        <w:pStyle w:val="ArticleBody"/>
        <w:jc w:val="left"/>
      </w:pPr>
      <w:r>
        <w:rPr>
          <w:rFonts w:ascii="Times New Roman" w:hAnsi="Times New Roman" w:eastAsia="Times New Roman" w:cs="Times New Roman"/>
        </w:rPr>
        <w:t>Apocalipsis qhapaq chunka pusaqniyuq kapitulumpi, hatun waynuchaq taripayninqa rikuchisqa kachkan hina huk ñawpaqman puriq taripay hina, qallarisqa kayaspa utqay hamuq domingo kamachiypi, maypichus iskay kaq kunkalla Diospa wakin michiq ayllunta Babiloniamanta waqyamuq. Chaymanta versículo iskay chunka hukniyuqman chayaspá, gracia p’unchay tukukuynin señalasqa kachkan; chay hina reqsichispa huk tiempo período kan, Estados Unidos llaqtapi utqay hamuq domingo kamachiymanta Michael sayariqkama, maypichus kunan pacha Babiloniapa taripaynin apamun, hatun qatiykachay tiempo ukhupi.</w:t>
      </w:r>
    </w:p>
    <w:p>
      <w:pPr>
        <w:pStyle w:val="ArticleScripture"/>
        <w:jc w:val="left"/>
      </w:pPr>
      <w:r>
        <w:rPr>
          <w:rFonts w:ascii="Times New Roman" w:hAnsi="Times New Roman" w:eastAsia="Times New Roman" w:cs="Times New Roman"/>
        </w:rPr>
        <w:t>Hinallataq huk anhel apu llamp’u rumi hina, hatun maranay rumi rikch’akuqta, hinaspa qochaman wikch’urqan, nispa: Kay hina sinchi kallpawanmi chay hatun llaqta Babilonia urmachisqa kanqa, manataqmi hayk’aqpas tarisqa kanqachuña. Arpata waqachiqkunapa, takiqkunapa, pinkullu waqachiqkunapa, waqra waqachiqkunapa kunkantaqa mana hayk’aqpas uyarinqachu qampi; ima llamk’ayniyuq artesanopas, mayqin ruwayniyuq kaptinpas, mana hayk’aqpas tarisqachu kanqa qampi; maranay rumipa unquyninpas mana hayk’aqpas uyarinqachu qampi; achkiypa k’anchariyninpas mana hayk’aqpas qhispiyinqachu qampi; kasaraq waynupa, kasaraq sipaspa kunkankupas mana hayk’aqpas uyarinqachu qampi: qhatuqniykikunaqa kay pachapi hatun runakuna kasqankurayku; layqayniykiwanmi llapa suyukuna pantachisqa karqanku. Paypitaq tarisqa karqan profetakunapa yawarnin, ch’uya runakunapa yawarnin, hinallataq kay pachapi wañuchisqa llapa runakunapa yawarninpas. Apocalipsis 18:21–24.</w:t>
      </w:r>
    </w:p>
    <w:p>
      <w:pPr>
        <w:pStyle w:val="ArticleBody"/>
        <w:jc w:val="left"/>
      </w:pPr>
      <w:r>
        <w:rPr>
          <w:rFonts w:ascii="Times New Roman" w:hAnsi="Times New Roman" w:eastAsia="Times New Roman" w:cs="Times New Roman"/>
        </w:rPr>
        <w:t>Rumita urmaykachisqa, taqaqkunapaq llamk’aqkunapaq rimayninkuna ch’inyachisqa kay, mechapa wañuchisqa kay, noviap noviuwan rimayninkunapa ch’inyachisqa kaypas, llapallanmi Ñawpaq Testamento-manta apamusqa rimaykuna kaspa, qhawachinku probacionpa tukukuyninta.</w:t>
      </w:r>
    </w:p>
    <w:p>
      <w:pPr>
        <w:pStyle w:val="ArticleBody"/>
        <w:jc w:val="left"/>
      </w:pPr>
      <w:r>
        <w:rPr>
          <w:rFonts w:ascii="Times New Roman" w:hAnsi="Times New Roman" w:eastAsia="Times New Roman" w:cs="Times New Roman"/>
        </w:rPr>
        <w:t>Daniel qillqap chunka hukniyuq kapítulunta, sut’inchay hinata churarispa Apocalipsis qillqap chunka kimsayuq chanta chunka tawayuq kapítulunkunaman, hinaspa chay iskay pasaje-kunata Apocalipsis qillqap chunka qanchisniyuq chanta chunka pusaqniyuq kapítulunkunaman churarispaqa, kimsa profecía siq’ikunata tarisunchik; chaykunam, wakin chiqaqkuna ukhupipas, kunan pacha Babilonia nisqap qhipa urmakuyninta rikuchin. Chay kimsa siq’ikunam sapa hukninmanta, kay pacha Armagedónman pusak kimsa kuti atiyniyuq kallpakunamanta hukninta rikuchin. Daniel qillqap chunka hukniyuq kapítulunqa bestiata reqsichin (papado nisqata). Apocalipsis qillqap chunka kimsayuq chanta chunka tawayuq kapítulunkunaqa, kikin historiata qawachin, ichaqa llulla profetamanta qhawariyninmanta (Estados Unidos nisqamanta). Apocalipsis qillqap chunka qanchisniyuq chanta chunka pusaqniyuq kapítulunkunaqa, chaylla profético siq’ita reqsichin; ichaqa chaypi rikuchisqa historiaqa dragónmanta (Naciones Unidas nisqamanta) sut’ita qhawarispa ñawpaqman churakun.</w:t>
      </w:r>
    </w:p>
    <w:p>
      <w:pPr>
        <w:pStyle w:val="ArticleBody"/>
        <w:jc w:val="left"/>
      </w:pPr>
      <w:r>
        <w:rPr>
          <w:rFonts w:ascii="Times New Roman" w:hAnsi="Times New Roman" w:eastAsia="Times New Roman" w:cs="Times New Roman"/>
        </w:rPr>
        <w:t>Kimsa siq’ikunaqa sapaqninpi qallarin pacha tukukuypi 1798 watapi. Daniel qillqapa chunka hukniyuq t’aqapi, tawa chunka kaq versículonqa kay simikunawanmi qallarin: “Pacha tukukuypiqa.” Versículopa qallariyninpi nisqa “pacha tukukuynin”qa 1798 watan, hinaspa chay versículo 1989 watapi hunt’akusqanpipas, chayqa hinallataqmi “pacha tukukuynin” karqan; Jesúsqa tukukuyninta qallariyninwan rikuchin, maypachachus payqa huk ancha importante cheqaq kayman firmanan churayta munan. Hermana Whiteqa willawanchikmi Apocalipsis qillqapa chunka kimsayuq t’aqanpas 1798 watapi qallarisqanta.</w:t>
      </w:r>
    </w:p>
    <w:p>
      <w:pPr>
        <w:pStyle w:val="ArticleScripture"/>
        <w:jc w:val="left"/>
      </w:pPr>
      <w:r>
        <w:rPr>
          <w:rFonts w:ascii="Times New Roman" w:hAnsi="Times New Roman" w:eastAsia="Times New Roman" w:cs="Times New Roman"/>
        </w:rPr>
        <w:t>“Papadoqa kallpanta qichusqa kaspa, ñak’arichiyta saqenankupaq munasqa kaptin, Juanqa huk musuq atiyniyoqta rikurqan dragónpa rimayninta waqyarinampaq, hinaspataq chay kikin sinchi mana yupaychasqa hinaspa Diosta qayapakuq llamk’ayta ñawpaqman apananpaq. Kay atiyniyoqmi, Diospa iglesianwan hinaspa kamachikuyninwan maqanakunampaq qhepa kaq, ovejapa waqranhina waqrayoq uywawan unanchasqa karqan.” Signs of the Times, November 1, 1899.</w:t>
      </w:r>
    </w:p>
    <w:p>
      <w:pPr>
        <w:pStyle w:val="ArticleBody"/>
        <w:jc w:val="left"/>
      </w:pPr>
      <w:r>
        <w:rPr>
          <w:rFonts w:ascii="Times New Roman" w:hAnsi="Times New Roman" w:eastAsia="Times New Roman" w:cs="Times New Roman"/>
        </w:rPr>
        <w:t>Daniel qillqapa chunka hukniyuq kapítulonpa tawa chunka versiculomanta qallariq profecía siq’iqa, 1798 watapi qallarispa, Michael hatarinqan kama, runakunapa gracia tiempun tukukunankama, ñawpaqman purin. Chay profecía siq’i, 1798 watapi qallariq, “Papaduta atiyninmanta qichusqa kaspa, ñak’ariychayta saqenankupaq kallpachasqa karqa,” nisqaqa, papal autoridadpa “señal”ninta chaskiqkunaman Diospa phiñakuynin hich’akusqanwan tukukun. Apocalipsis chunka qanchisniyuq kapítulopi, angel Juanman hamuspa papal qacha warmipa juicioyta rikuchinampaq, Juanqa “ch’inneq pampapa” tukukuyninkama apasqa kachkan; chayqa 538 watamanta 1798 watakama historiata rikch’achin. Espíritu ukhupi 1798 watapi churakusqa kaspa, Juanqa kunan pacha Babiloniaq juicioyninta qillqan, chayqa Apocalipsis chunka pusaqniyuqpa iskay kaq vozninwan qallarin, mayqinchus willakun papaduta pruebanan tiempomanta copanta hunt’achisqanta, hinaspa chaymanta juicioyninqa gracia tiempo tukukunankama purin, molino rumita lamar qochaman wikch’usqa kaptin.</w:t>
      </w:r>
    </w:p>
    <w:p>
      <w:pPr>
        <w:pStyle w:val="ArticleBody"/>
        <w:jc w:val="left"/>
      </w:pPr>
      <w:r>
        <w:rPr>
          <w:rFonts w:ascii="Times New Roman" w:hAnsi="Times New Roman" w:eastAsia="Times New Roman" w:cs="Times New Roman"/>
        </w:rPr>
        <w:t>Sapa siqikuna hawanpi, kay kimsa siqikuna reqsichinku kunan pacha Babiloniaq qhipa urmayninta, paymi wachuy huchapi urmaq karqan kunan pacha Romaq reykunawan. Daniel chunka hukniyuqmi papadota qhawachin, hanaq ladomanta rey hina rikuchisqa. Apocalipsis chunka kimsayuqwan chunka tawayuqmi llulla profetata qhawachin, chunka qanchisniyuqwan chunka pusaqniyuq kapitulukunaqa dragónpa ruwninta qhawachinku (chunka rey kuna). Future for America-pa apakusqan profétiko qhawaqchayqa sayarin kimsa atiyniyuqkunapi, paykunam kay pachata Armagedónman pusanku.</w:t>
      </w:r>
    </w:p>
    <w:p>
      <w:pPr>
        <w:pStyle w:val="ArticleBody"/>
        <w:jc w:val="left"/>
      </w:pPr>
      <w:r>
        <w:rPr>
          <w:rFonts w:ascii="Times New Roman" w:hAnsi="Times New Roman" w:eastAsia="Times New Roman" w:cs="Times New Roman"/>
        </w:rPr>
        <w:t>Babelpa Babyloniapa ishkay testigonkunaqa kunan pacha Babiloniapa profétik ch'uyanchasqankunata reqsichinku. Chay ishkay testigonkunaqa rimanku huk papal pushaqpa hatunchakusqanmantam, payqa cristianom kasqanta nispa, Diospa templonpi tiyaykukuspa, kikintataq Dios kasqanta willakusqanmantam. Chay ishkay testigonkunaqa paypa qhipa urmanantaq reqsichinku. Papaq kikin hatunchakusqanpas, hinallataq qhipa urmananpas, Babiloniapa kinsa rikurimuyninpi sut'ichasqa hina, profétik historiapa rikch'ayninta sayachin.</w:t>
      </w:r>
    </w:p>
    <w:p>
      <w:pPr>
        <w:pStyle w:val="ArticleScripture"/>
        <w:jc w:val="left"/>
      </w:pPr>
      <w:r>
        <w:rPr>
          <w:rFonts w:ascii="Times New Roman" w:hAnsi="Times New Roman" w:eastAsia="Times New Roman" w:cs="Times New Roman"/>
        </w:rPr>
        <w:t>Chay p’unchaykunapi achkakuna hatarinqaku uray suyuq rey nirqanpa contra; hinallataq llaqtayki runakuna ukhupi suwa runakunaqa hatarinqaku mosqoyta sayachinankupaq; ichaqa urmanqaku. Daniel 11:14.</w:t>
      </w:r>
    </w:p>
    <w:p>
      <w:pPr>
        <w:pStyle w:val="ArticleBody"/>
        <w:jc w:val="left"/>
      </w:pPr>
      <w:r>
        <w:rPr>
          <w:rFonts w:ascii="Times New Roman" w:hAnsi="Times New Roman" w:eastAsia="Times New Roman" w:cs="Times New Roman"/>
        </w:rPr>
        <w:t>Qatiq qillqapiqa chayaspa, Babiloniapa kinsa rikurimuyninkunamanta yuyaychakusqanchiktaqa qatiqmi.</w:t>
      </w:r>
    </w:p>
    <w:p>
      <w:pPr>
        <w:pStyle w:val="ArticleScripture"/>
        <w:jc w:val="left"/>
      </w:pPr>
      <w:r>
        <w:rPr>
          <w:rFonts w:ascii="Times New Roman" w:hAnsi="Times New Roman" w:eastAsia="Times New Roman" w:cs="Times New Roman"/>
        </w:rPr>
        <w:t>Hanaq pachaqmantataq huk kunkataraq uyarirqani, nispa: Lloqsiychis paymanta, ñuqaq runaykuna, ama huchankunapi paywan kuska kaqkuna kanaykichikpaq, amataq muchuykunanmanta chaskinaykichikpaq. Huchankunarí hanaq pachakama chayarqunñam, Diosñataq mana allin rurayninkunata yuyarirqanñam. Kutichiychis payman, imayna ñoqaykichikman kutichirqan hinata; iskay kuti kutichiychis payman, rurayninkunaman hina; hunt’achisqan k’aspi k’irumanqa, iskay kuti hunt’achiychis paypaq. Hayka hatunchakuspa kawsarqan, sumaq mikhuypi, upyaypi, kusikuyllapi tiyaspataq, chay hinallataq muchuyta, llakiyta qoychis payman; sonqonpim nin: “Ñuqaqa reinam hina tiyani, manam viudachu kani, manataq ima llakitaq rikushaqchu,” nispa. Chayrayku huk p’unchayllapim muchuykuna hamunqa payman: wañuy, wakay, yarqay; ninawanpas tukuyninta ruphasqa kanqa, imaraykuchus kallpayoqmi payta juzgaq Señor Diosqa. Apocalipsis 18:4–8.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Isqon chunka tawañiqin</dc:title>
  <dc:subject>Sut’inchay Proféticota Qhaway: Armagedónman pushaq Kimsa Kallpakunata Entendey</dc:subject>
  <dc:creator>Jeff Pippenger</dc:creator>
  <cp:keywords/>
  <dc:description>Generated by ArticleDigger from daniel\94_daniel.json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