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qelqa - Isqon chunka pusaqniyuq</w:t>
      </w:r>
    </w:p>
    <w:p>
      <w:pPr>
        <w:pStyle w:val="ArticleSubtitle"/>
        <w:jc w:val="left"/>
      </w:pPr>
      <w:r>
        <w:rPr>
          <w:rFonts w:ascii="Arial" w:hAnsi="Arial" w:eastAsia="Arial" w:cs="Arial"/>
        </w:rPr>
        <w:t>Elíaspa Kimsa Kutin Churanan y Qhepa P’unchaykunapi Taripay: Maskhay Taripayta hina Hunt’achiq Taripaypa Rakinkunata Unanchay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Eliaspaj kimsakuna kinsa kutipi churakusqanmi reqsichin qhepa p’unchaykunapi kananta: huk Elias qhepa p’unchaykunapa qallariyninpi, huktaq qhepa p’unchaykunapa tukukuyninpi. “Qhepa p’unchaykuna”qa taripay p’unchaykunam, mayqin taripayqa ñawpaqman puriq, iskay rikch’ayninman rakisqa. Tapukuy taripaymi qallarirqan qhepa p’unchaykunapa qallariyninpi; rurasqa taripaytaqmi ruwakun qhepa p’unchaykunapa tukukuyninpi. Eliaspaj kinsa kutipi churakusqanqa aswanqa sut’inchan rurasqa taripaypa willakuyninta, mayqan taripayqa qaylla hamuq domingo kamachiywan qallarin.</w:t>
      </w:r>
    </w:p>
    <w:p>
      <w:pPr>
        <w:pStyle w:val="ArticleBody"/>
        <w:jc w:val="left"/>
      </w:pPr>
      <w:r>
        <w:rPr>
          <w:rFonts w:ascii="Times New Roman" w:hAnsi="Times New Roman" w:eastAsia="Times New Roman" w:cs="Times New Roman"/>
        </w:rPr>
        <w:t>Tapuykuy taripayqa Diospa qatiqninkuna kasqankuta willakusqankunallamanmi qichakusqa; aswanqa chiqap sut’inchaywan willakusqankurayku, ichaqa wakin pisi kutikunapim kawsayninkupa rikch’ayninwan mana chiqap sut’inchayniyoq willakuyllawampas.</w:t>
      </w:r>
    </w:p>
    <w:p>
      <w:pPr>
        <w:pStyle w:val="ArticleScripture"/>
        <w:jc w:val="left"/>
      </w:pPr>
      <w:r>
        <w:rPr>
          <w:rFonts w:ascii="Times New Roman" w:hAnsi="Times New Roman" w:eastAsia="Times New Roman" w:cs="Times New Roman"/>
        </w:rPr>
        <w:t>(Imaraykunaqa manam Diospa ñawpaqenpi chiqap kasqankuraykuchu kamachikuyta uyarisqankurayku, aswanpas kamachikuyta ruwakunaqa chiqapchasqa kanqaku. Imaraykuchus mana kamachikuyniyuq gentilkunaqa paykunaqpuni kayninmanta kamachikuypi kaqkunata ruwaptinku, chaykunaqa, mana kamachikuyniyuq kaspapas, kikinkupaqmi huk kamachikuy hina kanku: paykunaqa rikuchinku kamachikuypa ruwasqan sonqonkupi qillqasqa kasqanta, yuyaychanankupas testigota hina rimarispa, hinallataq yuyayninkupas huknin hukninta chatachispa otaq amachaspa.) Romanos 2:13–15.</w:t>
      </w:r>
    </w:p>
    <w:p>
      <w:pPr>
        <w:pStyle w:val="ArticleBody"/>
        <w:jc w:val="left"/>
      </w:pPr>
      <w:r>
        <w:rPr>
          <w:rFonts w:ascii="Times New Roman" w:hAnsi="Times New Roman" w:eastAsia="Times New Roman" w:cs="Times New Roman"/>
        </w:rPr>
        <w:t>Tapuykuna taripayqa iskay hatun rakiykunayuqmi, imaraykuchus qallarikurqan wañusqakunapa kawsayninkunata tapuywan, Adanpa p’unchayninkunamanta ñawpaqman pacha, cheqaq Diosta creenikuyta rimarisqakunaq kawsayninkunata; hinaspan 11 septiembre 2001 p’unchaypi qallarikurqan tapuy taripaypa “kawsakuna taripay” nisqa ruwayninta. Tapuykuna taripayqa huk rakiytaqmi kan, wañusqakunamanta kawsakkunakama ñawpaqman, imaraykuchus taripayqa Diospa wasinmanta qallarin, hinaspa qhipa p’unchaykunapi Diospa wasinqa Laodicea Adventismom. Diospa wasinpa taripaynin tukukuptin, manaña karupi kaq domingo kamachiy hamuymanta, chaymantataq Babiloniapi chay pacha kaq Diospa huk uywa qatinqa taripasqa kanku.</w:t>
      </w:r>
    </w:p>
    <w:p>
      <w:pPr>
        <w:pStyle w:val="ArticleBody"/>
        <w:jc w:val="left"/>
      </w:pPr>
      <w:r>
        <w:rPr>
          <w:rFonts w:ascii="Times New Roman" w:hAnsi="Times New Roman" w:eastAsia="Times New Roman" w:cs="Times New Roman"/>
        </w:rPr>
        <w:t>Juicio ejecutivoqa Diospa castigonmi kanki paypa salvacionta qowasqanta mana chaskiqkunapaq. Juicio ejecutivoqa qallarinqa utqaylla hamuq domingo leypi. Chaypim Estados Unidosqa phiñasqapa qerosninta hunt’achinqa, mayqinchus kikin probationpa tiemponpa qerosninpas kanki, hinaspataq nacional apostasíaqa qatipasqa kanqa nacional ruinawan. Kay pachapi llapa nacionkunam Estados Unidospa ejemplonta qatipanqu, domingo leymanta kallpachaspanku, hinaspataq sapa chay nacionpas qerosninkuta hunt’achinqaku hinaspataq nacional ruinatapas muchunqaku.</w:t>
      </w:r>
    </w:p>
    <w:p>
      <w:pPr>
        <w:pStyle w:val="ArticleScripture"/>
        <w:jc w:val="left"/>
      </w:pPr>
      <w:r>
        <w:rPr>
          <w:rFonts w:ascii="Times New Roman" w:hAnsi="Times New Roman" w:eastAsia="Times New Roman" w:cs="Times New Roman"/>
        </w:rPr>
        <w:t>“América, religionmanta qispisqa kaypa llaqtan, Papacyawan hukllaykuspa yuyaychayta kallpachispa hinaspa runakunata llulla samana p’unchayta yupaychayman tanqaspanqa, kay pachapi llapa llaqtakunapi runakunaqa paypa ejemplonta qatipunku.” Testimonies, volume 6, 18.</w:t>
      </w:r>
    </w:p>
    <w:p>
      <w:pPr>
        <w:pStyle w:val="ArticleBody"/>
        <w:jc w:val="left"/>
      </w:pPr>
      <w:r>
        <w:rPr>
          <w:rFonts w:ascii="Times New Roman" w:hAnsi="Times New Roman" w:eastAsia="Times New Roman" w:cs="Times New Roman"/>
        </w:rPr>
        <w:t>Rurachiy juiciupasqa taripaynipas iskayman rakisqañam. Estados Unidos llaqtapi domingo kamachiymanta qallarispa runapa qochakuynin wichq’akunan kama, Michael sayarinan pachakama, Diospa taripayninkuna khuyapayawan chaqrusqañam kanku; ichaqa Michael sayariqtinqa, Diospa piñakuynin, qanchis qhipa unquykunapa hich’aykusqanwan rikuchisqa hina, mana ima khuyapayayoqñachu kanqa. Domingo kamachiypa sasachakuy pacha ukhupi, runakunaman chaymanta nacionkunamanpas rurachiy juiciukuna khuyapayawan chaqrusqañam kanqa, imaraykuchus Babilonia ukhupipas wakinkuna kanqaraqmi, paykunaman chay pachapi qusqa oportunidadwan, sábado yupaychaymanta domingo yupaychayman ima sapanchasqa kasqanta entiendenankupaq.</w:t>
      </w:r>
    </w:p>
    <w:p>
      <w:pPr>
        <w:pStyle w:val="ArticleScripture"/>
        <w:jc w:val="left"/>
      </w:pPr>
      <w:r>
        <w:rPr>
          <w:rFonts w:ascii="Times New Roman" w:hAnsi="Times New Roman" w:eastAsia="Times New Roman" w:cs="Times New Roman"/>
        </w:rPr>
        <w:t>“¡Ancha llakiy, runakunaqa watukusqankuta yachanankupaq! Achka runakunan kachkan, kay pacha tiempopaq pruebanapaq cheqaq willakuyta manaraq uyarisqaku. Achka runakunan kachkan, paykunawan Diospa Espiritun kallpachakuspa maqanakun. Diospa tukuchiq taripaykunan pachaqa khuyapayakuypa pachanmi, cheqaq kasqanta yachanankupaq mana kutichisqa kayninku rayku. Qullqi sonqowanmi Señorqa paykunata qhawarinqa. Paypa khuyapayakuq sonqon kuyuchisqanmi; makinpas manaraq kutirispa salvaypaq mast’arisqa kashan, punkuqa wichq’asqa kachkaptin mana haykunayta munasqankuman.”</w:t>
      </w:r>
    </w:p>
    <w:p>
      <w:pPr>
        <w:pStyle w:val="ArticleScripture"/>
        <w:jc w:val="left"/>
      </w:pPr>
      <w:r>
        <w:rPr>
          <w:rFonts w:ascii="Times New Roman" w:hAnsi="Times New Roman" w:eastAsia="Times New Roman" w:cs="Times New Roman"/>
        </w:rPr>
        <w:t>“Diospa khuyakuynin rikuchikun paypa unaykama muchuyta awantayninpi. Payqa huch’uychkanmi taripayninkunata, suyaspa willakuypa qhepanchay willakuy llapanman uyarichisqa kananpaq. ¡Ay, runakunanchikmanchus imayna sientenankupaq hina sientenankuman, kay pachaman qepa khuyakuy willakuynin qunankupaq paykunapa patanpi churasqa tráchik kayta, ancha musphay llaqt’akuy ruwasqa kanman!” Testimonies, volume 9, 97.</w:t>
      </w:r>
    </w:p>
    <w:p>
      <w:pPr>
        <w:pStyle w:val="ArticleBody"/>
        <w:jc w:val="left"/>
      </w:pPr>
      <w:r>
        <w:rPr>
          <w:rFonts w:ascii="Times New Roman" w:hAnsi="Times New Roman" w:eastAsia="Times New Roman" w:cs="Times New Roman"/>
        </w:rPr>
        <w:t>Diospa tukuy chinkachiq taripaykunan pachaqa, khuyapayakuy pachanmi chaykunapaq, pikunapas mana hayk’aqpas atisqankuchu yachayta imachus cheqaq kasqanta. Chay iskay “pachakunaqa” kuskallam qallarin, “punku wisq’asqa” kaptin Laodiceapi Adventistakunapaq, “mana yaykuyta munasqankurayku.”</w:t>
      </w:r>
    </w:p>
    <w:p>
      <w:pPr>
        <w:pStyle w:val="ArticleScripture"/>
        <w:jc w:val="left"/>
      </w:pPr>
      <w:r>
        <w:rPr>
          <w:rFonts w:ascii="Times New Roman" w:hAnsi="Times New Roman" w:eastAsia="Times New Roman" w:cs="Times New Roman"/>
        </w:rPr>
        <w:t>“Qawarirqanimi chay santu Samana Punchawqa kanmi, kanqapuni ima, cheqaq Israel Diospa llaqtanwan mana iñiqkunawan chawpipi t’aqaq pirqa hina; hinaspa Samana Punchawqa hatun tapuy kasqanta, Diospa munasqa suyakuq santokunapa sonqonkuta huñunaypaq. Sichus pipas iñispa, Samana Punchawta waqaychaspa, chaywan kusikuy bendicionta chaskispa, chaymantataq saqerparinman, santu kamachiyta p’akispataq, paykikuna kikinmanta Santo Llaqtapa punkunkunata wichq’akunman, hanaq pacha patapi kamachiq Dios kasqan hina cheqaqtapuni. Qawarirqanimi Diospa wawakuna kasqankuta, mayqenkunachus mana rikunku nitaq Samana Punchawta waqaychankuchu. Paykunaqa mana chaymanta k’anchayta qhipaman churaykuspachu karqanku. Sasachakuy pacha qallariyninpiqa, ñuqaykuqa Santo Espirituwan hunt’asqa karqayku, lluqsispa Samana Punchawmanta aswan hunt’ata willakusqayku pacha. Kayqa colerachirqan iglesiata, sutillapi Adventistakunatapas, mana atisqankurayku Samana Punchaw cheqaq-kayta kutichiyta. Chay pachallapitaq, Diospa akllasqankunaqa llapankum cheqaqta sut’ita rikurqanku, hinaspa lluqsimuspa ñuqaykuwan kuska qatikachasqankuta muchurqanku.” A Word to the Little Flock, 18, 19.</w:t>
      </w:r>
    </w:p>
    <w:p>
      <w:pPr>
        <w:pStyle w:val="ArticleBody"/>
        <w:jc w:val="left"/>
      </w:pPr>
      <w:r>
        <w:rPr>
          <w:rFonts w:ascii="Times New Roman" w:hAnsi="Times New Roman" w:eastAsia="Times New Roman" w:cs="Times New Roman"/>
        </w:rPr>
        <w:t>Punkuqa wichq’asqanña kachkan utqaylla hamuq domingo kamachiypi; chayrayku domingo kamachiyta ñawpaqchasqan pachaqa Diospa llaqtanpa “watukusqan pacha” nisqa kachkan.</w:t>
      </w:r>
    </w:p>
    <w:p>
      <w:pPr>
        <w:pStyle w:val="ArticleScripture"/>
        <w:jc w:val="left"/>
      </w:pPr>
      <w:r>
        <w:rPr>
          <w:rFonts w:ascii="Times New Roman" w:hAnsi="Times New Roman" w:eastAsia="Times New Roman" w:cs="Times New Roman"/>
        </w:rPr>
        <w:t>¿Imaynataq ninkichik: “Yachaqmi kayku, Señorpa kamachikuynintaq ñoqaykuwan kashan”? Qhawariychik, cheqaqtapuni yanqallapaqmi rurasqa karqa; qillqaqkunapa qillqanmi yanqallapaq. Yachaqkunaqa p’enqakusqañam, mancharisqa hinaspa hap’isqañam kachkanku; qhawariychik, Señorpa simintaqa qichusqankum; chayqa, ima yachaytaq paykunapi kanman? Chayraykum warminkunata hukkunaman qosqaq, chakrankunataq herenciata jap’iqkunaman; huch’uy runamanta hatun runakama llapanmi munaq kayman qosqakunku, profetamanta sacerdotekama sapa hukninmi llullakuywan ruwan. Paykunaqa ñuqa llaqtaypa ususinta pisillata hampirqanku, nispa: “Thak kay, thak kay”, mana thak kay kaptin. ¿P’enqakurkankuchu millay mana allinkunata rurasqankumanta? Mana, nitaq imaymanata p’enqakuyta atirqankuchu, nitaq pukaychayta atirqankuchu; chayraykum urmaqkunawan kuska urmanqaku; watukusqa kay tiempopin urmachisqa kanqaku, nin Señor. Jeremías 8:8–12.</w:t>
      </w:r>
    </w:p>
    <w:p>
      <w:pPr>
        <w:pStyle w:val="ArticleBody"/>
        <w:jc w:val="left"/>
      </w:pPr>
      <w:r>
        <w:rPr>
          <w:rFonts w:ascii="Times New Roman" w:hAnsi="Times New Roman" w:eastAsia="Times New Roman" w:cs="Times New Roman"/>
        </w:rPr>
        <w:t>Ñawpa Israelwan hina, chayllatataq kunan pacha Israelpas, iskayninku chinkachisqa kanku, paykunaqa manam reqsirqankuchu watukuyninkupa p’unchayninta. Diospa watukuynin pacha Laodicea Adventismopaq qallariq September 11, 2001 p’unchaypi, tukukuntaq utqay hamuq domingo kamachiywan.</w:t>
      </w:r>
    </w:p>
    <w:p>
      <w:pPr>
        <w:pStyle w:val="ArticleScripture"/>
        <w:jc w:val="left"/>
      </w:pPr>
      <w:r>
        <w:rPr>
          <w:rFonts w:ascii="Times New Roman" w:hAnsi="Times New Roman" w:eastAsia="Times New Roman" w:cs="Times New Roman"/>
        </w:rPr>
        <w:t>Hinaspa qayllaykamuqtin, llaqtata qhawarispa, paypaq waqarqan, nispa: Sichus qan riqsirqanki, ari qanpas, kay p’unchayniykipi, hawkallayniykipaq kaqkunata! ichaqa kunanqa ñawiykimantam pakasqa kachkan. Imaraykuchus p’unchaykuna hamusunkim, ch’iqnikuqniykikuna muyuriyniykipi allpata hallq’aspa qamta muyuykusunkim, tukuy ladomanta wisq’asunkim, pampakama urmachisunkim, ukhuykipi wawakunaykitawan; manataqmi qampi saqesunkichu huk rumi huk rumipa patanpi; watukusqa kasqayki pacha mana riqsisqaykirayku. Lucas 19:41–44.</w:t>
      </w:r>
    </w:p>
    <w:p>
      <w:pPr>
        <w:pStyle w:val="ArticleBody"/>
        <w:jc w:val="left"/>
      </w:pPr>
      <w:r>
        <w:rPr>
          <w:rFonts w:ascii="Times New Roman" w:hAnsi="Times New Roman" w:eastAsia="Times New Roman" w:cs="Times New Roman"/>
        </w:rPr>
        <w:t>Diospa watukuy simin chayamunan p'unchawpi, yachaqkunaqa mana yachaqkunamanta wiñaypaqmi rakikunku.</w:t>
      </w:r>
    </w:p>
    <w:p>
      <w:pPr>
        <w:pStyle w:val="ArticleScripture"/>
        <w:jc w:val="left"/>
      </w:pPr>
      <w:r>
        <w:rPr>
          <w:rFonts w:ascii="Times New Roman" w:hAnsi="Times New Roman" w:eastAsia="Times New Roman" w:cs="Times New Roman"/>
        </w:rPr>
        <w:t>Yachanchikmi mana santuasqa Qanchis p’unchaw Adventistakunaqa, cheqaq kayta reqsispa, ichaqa kay pachapi runakunawan huñunakusqankurayku, iñiymanta tukuy hinantinpi karunchakusqankuta, llullachiq espiritukunata uyarispa. Awqaqa kusisqa sonqowan paykunaman imaymana munachiqkunata haywarinqa, Diospa runankunapa contranpi maqanakuyta ruwanankupaq pusananpaq. Ichaqa cheqaq kasqankupi sayaq, mana kuyukuqkunataq Diospi sinchi, atiyniyuq amachakuyta charinqaku. Manuscript Releases, volumen 7, 186.</w:t>
      </w:r>
    </w:p>
    <w:p>
      <w:pPr>
        <w:pStyle w:val="ArticleBody"/>
        <w:jc w:val="left"/>
      </w:pPr>
      <w:r>
        <w:rPr>
          <w:rFonts w:ascii="Times New Roman" w:hAnsi="Times New Roman" w:eastAsia="Times New Roman" w:cs="Times New Roman"/>
        </w:rPr>
        <w:t>Paykunapa watukuna qallarirqan 11 septiembre 2001 p’unchawpi, imaynatachus 11 agosto 1840 p’unchawpi protestante iglesiakunaman hamuq watukuypaq tiempo nisqawan rikuchisqa karqan hina, hinallataq imaynatachus ñawpaq Israelpaq watukuypaq tiempo qallarirqan Santo Espíritu Cristo bautizakusqanpi uraykamuspa.</w:t>
      </w:r>
    </w:p>
    <w:p>
      <w:pPr>
        <w:pStyle w:val="ArticleBody"/>
        <w:jc w:val="left"/>
      </w:pPr>
      <w:r>
        <w:rPr>
          <w:rFonts w:ascii="Times New Roman" w:hAnsi="Times New Roman" w:eastAsia="Times New Roman" w:cs="Times New Roman"/>
        </w:rPr>
        <w:t>Kamaq taripay qallarin, Estados Unidos suyaspa cierrasqan p’unchaykuna hunt’akusqanman chayaspa, utqaylla hamuq domingo kamachiywan; chay pachallataq Laodicea sutiyuq Adventista iglesiapas paykunapa cierrasqan p’unchaykunaq k’asninta hunt’achkanku. Taripayqa Diospa wasinmanta qallarin, hinaspa Estados Unidospa ishkay waqlliyasqa waqrankunapa cierrasqan p’unchaykunaq k’asnintapas hunt’akun. Protestantismopa waqlliyasqa waqran, ñawpaqta Laodicea sutiyuq Adventista iglesiawan rikuchisqa kasqanqa, chaymanta tukukun; hinaspataq kimsañiqin angelpa Filadelfia kuyuyñinmi Protestantismopa cheqaq waqran, espiritu nisqapi Jerusalénpas, unancha hina oqarisqa. Chay pachapi Jerusalénqa iglesia militante kasqanmanta iglesia triunfante kasqanman tikran.</w:t>
      </w:r>
    </w:p>
    <w:p>
      <w:pPr>
        <w:pStyle w:val="ArticleBody"/>
        <w:jc w:val="left"/>
      </w:pPr>
      <w:r>
        <w:rPr>
          <w:rFonts w:ascii="Times New Roman" w:hAnsi="Times New Roman" w:eastAsia="Times New Roman" w:cs="Times New Roman"/>
        </w:rPr>
        <w:t>Ejecutivo taripanakqa qallarin, Diospa wañuchiq taripakuyninkunapa pacha, chaymi huknin pacha Diospa huk uywankunapaqpas khuyapayakuypa, Babiloniapiña kachkaptinku. Qallarinqa maypachachus tukukun Diospa watukuynin Laodicea Adventismo patapi. Ejecutivo taripanakuyqa ñawpaqman purin Qanchis Qhipa Onqoykunakama, maypichus taripakuynikuna manaña khuyapayakuyninwan chaqrukusqachu kanku, chaymantataq Jesús kutimun.</w:t>
      </w:r>
    </w:p>
    <w:p>
      <w:pPr>
        <w:pStyle w:val="ArticleBody"/>
        <w:jc w:val="left"/>
      </w:pPr>
      <w:r>
        <w:rPr>
          <w:rFonts w:ascii="Times New Roman" w:hAnsi="Times New Roman" w:eastAsia="Times New Roman" w:cs="Times New Roman"/>
        </w:rPr>
        <w:t>Jesús kutimuptin, waranqa wata (mileniota), Apocalipsis qhelqapi iskay chunka capítulo nisqanman hina, Satanásqa chinkachisqa pacha patapi watasqa kasqanta reqsichin, sapallan kashaspa, Diospa contranpi maqanakuypi chay rebelde angelkunallawan kuska.</w:t>
      </w:r>
    </w:p>
    <w:p>
      <w:pPr>
        <w:pStyle w:val="ArticleScripture"/>
        <w:jc w:val="left"/>
      </w:pPr>
      <w:r>
        <w:rPr>
          <w:rFonts w:ascii="Times New Roman" w:hAnsi="Times New Roman" w:eastAsia="Times New Roman" w:cs="Times New Roman"/>
        </w:rPr>
        <w:t>Hinaspan huk angelta rikurirqani hanaq pacha-manta uraykamushaqta, paypa makinpi ukhu t'oqopa llavinta hinaspa hatun watanata apaqta. Hinaspan amaru-ta hap'irqan, chay machu mach'aqwayta, supay nisqa kaqta, Satanás nisqatawan, waranqa wata watarqan. Hinaspan ukhu t'oqoman wikch'urqan, wisq'arqan, hinaspa huk sellota churapurqan, manaña nacionkunata llullachinanpaq, waranqa wata hunt'akunan kama; chaymanta qhipataq aslla p'unchawkama kacharinan tiyan. Apocalipsis 20:1–3.</w:t>
      </w:r>
    </w:p>
    <w:p>
      <w:pPr>
        <w:pStyle w:val="ArticleBody"/>
        <w:jc w:val="left"/>
      </w:pPr>
      <w:r>
        <w:rPr>
          <w:rFonts w:ascii="Times New Roman" w:hAnsi="Times New Roman" w:eastAsia="Times New Roman" w:cs="Times New Roman"/>
        </w:rPr>
        <w:t>Chay waranqa watakuna ukhupi, salvasqakunaqa maskhay taripayta rurankaku chinkasqakunapaq, paykunaqa p’ampasqanku ukupi puñusqalla kachkanku sapaq taripaykuna tukukuyninta suyaspa. Salvasqakunaqa chinkasqakunapa kawsayninkuta, imayna kasqankutapas unanchankaku, Satanastapas angelninkunatawan, chayhinaqa yachanankupaq pichus aswan hatun muchuyniyuq kanan waranqa watakuna tukukuyninpi.</w:t>
      </w:r>
    </w:p>
    <w:p>
      <w:pPr>
        <w:pStyle w:val="ArticleScripture"/>
        <w:jc w:val="left"/>
      </w:pPr>
      <w:r>
        <w:rPr>
          <w:rFonts w:ascii="Times New Roman" w:hAnsi="Times New Roman" w:eastAsia="Times New Roman" w:cs="Times New Roman"/>
        </w:rPr>
        <w:t>Hinaspan trònokunata, paykunapi tiyaspankuta; hinaspan paykunaman juzgakuy qomusqa karqa. Hinaspan rikurqani Jesuspa qhapaq willakuyninrayku, Diospa siminrayku umankumanta kuchusqa runakunapa almankunata; chay animalman mana yupaychasqankuta, nitaq paypa rikch’ayninta, nitaq urqunkupi icha makinkupi señalta mana chaskisqankuta; paykunataq kawsarirqanku, Cristowan kuska waranqa watata kamachirqanku. Apocalipsis 20:4.</w:t>
      </w:r>
    </w:p>
    <w:p>
      <w:pPr>
        <w:pStyle w:val="ArticleBody"/>
        <w:jc w:val="left"/>
      </w:pPr>
      <w:r>
        <w:rPr>
          <w:rFonts w:ascii="Times New Roman" w:hAnsi="Times New Roman" w:eastAsia="Times New Roman" w:cs="Times New Roman"/>
        </w:rPr>
        <w:t>Waranqa wata kachkan, chayrayku, huk taripayta allin tapukuywan, chaymi tukukuptin apamun qhipa kamachiq taripayta, mana allin wañusqakuna kawsarichisqa kaptinku; hinaspataq Satanás, paykunapa patapi llapan kamachiyta hap’ispa, mana allinkunata yuyaychasqa Jerusalén llaqtata maqanakunankupaq, mayqinchus waranqa wata tukukuyninpi hanaq pachamanta uraykamun. Mana allinkuna maqanakuyta qallariptinkuqa, nina hanaq pachamanta uraykamun, hinaspataq qhipa kamachiq taripayqa hunt’asqa kan.</w:t>
      </w:r>
    </w:p>
    <w:p>
      <w:pPr>
        <w:pStyle w:val="ArticleScripture"/>
        <w:jc w:val="left"/>
      </w:pPr>
      <w:r>
        <w:rPr>
          <w:rFonts w:ascii="Times New Roman" w:hAnsi="Times New Roman" w:eastAsia="Times New Roman" w:cs="Times New Roman"/>
        </w:rPr>
        <w:t>Hinaspa waranqa wata hunt’akapunqa, Satanásqa kacharipunqa wisq’asqa karqanmanmanta. Hinaspa lluqsinqa kay pachapa tawa k’uchunkunapi kaq nacionkunata, Gogtawan Magogtawan, pantachinampaq, maqanakuyman huñunampaq; paykunapa yupayninqa lamar quchap tiyuynin hina kanqa. Hinaspa paykunaqa kay pachapa ancha patanpi wicharirqanku, santokunapa campamentonta muyurirqanku, munasqa llaqtatapas; chaymantataq hanaq pacha Diosmanta nina urayamurqa, paykunatataq mikhurparqa. Apocalipsis 20:7–9.</w:t>
      </w:r>
    </w:p>
    <w:p>
      <w:pPr>
        <w:pStyle w:val="ArticleBody"/>
        <w:jc w:val="left"/>
      </w:pPr>
      <w:r>
        <w:rPr>
          <w:rFonts w:ascii="Times New Roman" w:hAnsi="Times New Roman" w:eastAsia="Times New Roman" w:cs="Times New Roman"/>
        </w:rPr>
        <w:t>Elías nisqapa kimsa kutin churakusqan hina, hinaspa Kallpachaqpaq Willakuqman ñan allichaq chasquinpa ruwasqan, paymi Qellqaq Kallpachaqa usqhaylla templonman hamunanpaq, ancha tupaqllaña tinkisqa kashaptinpas, ruwasqankumanta huk sutinchayqa rikuchikunmanmi: Elíasqa aswanqa chasquinpa ruwasqanta reqsichin, hinaspa chasquinpa willakuyninwan kuska kuyuriyninta, chaymi hunt’akuchkan apaykachaq taripayninpi, qayllamanta hamuq domingo kamachiy qallariyninpi. Chay chasqi, Qellqaq Kallpachaqpaq ñan allichaq, aswanqa huk ruwasqatan reqsichin, chayqa tapukuq taripayninpi hunt’akuchkan. Laodicea Adventismoqa mana reqsinchu watukusqa p’unchayninta, chayqa huk sut’inchasqa taripay pacha-t’aqata rikuchin.</w:t>
      </w:r>
    </w:p>
    <w:p>
      <w:pPr>
        <w:pStyle w:val="ArticleBody"/>
        <w:jc w:val="left"/>
      </w:pPr>
      <w:r>
        <w:rPr>
          <w:rFonts w:ascii="Times New Roman" w:hAnsi="Times New Roman" w:eastAsia="Times New Roman" w:cs="Times New Roman"/>
        </w:rPr>
        <w:t>Manan qankunachu “kunan pacha cheqaq willakuy” nisqa willakuyta, paykunata watukuq pacha hina willakusqanta. Paykunam reqsispa kanan karqa iskaynintapas: taripayta, chay punchawkunaq willakuynintawan. Hinallataq chay pachaq kachamusqan willakuqta reqsispa kanan karqa. Laodicea hina ñawsa kayninpi, kay horapa willakuyninta hark’antianku, “thak kaywan qhispi kaywan” nisqa willakuywan watukusqa pacha kasqanta ñiqninku, hinallataq mana yachankuchu mayqan chay pacha akllasqa kachamusqa willakuqqa kasqanta. Kay cheqaq kayqa sut’inchasqa karqa iskay ñiqin Elíaspa testigunpi, paymi Juan Bautista karqa.</w:t>
      </w:r>
    </w:p>
    <w:p>
      <w:pPr>
        <w:pStyle w:val="ArticleBody"/>
        <w:jc w:val="left"/>
      </w:pPr>
      <w:r>
        <w:rPr>
          <w:rFonts w:ascii="Times New Roman" w:hAnsi="Times New Roman" w:eastAsia="Times New Roman" w:cs="Times New Roman"/>
        </w:rPr>
        <w:t>Judíokuna yacharqanku profecíaqa hamunanpaq huk kachaqta reqsichisqanta, hinaspapas Jesús kikintaq yachachirqan Juanqa chay hamunanpaq kaq kachaq kasqanta.</w:t>
      </w:r>
    </w:p>
    <w:p>
      <w:pPr>
        <w:pStyle w:val="ArticleScripture"/>
        <w:jc w:val="left"/>
      </w:pPr>
      <w:r>
        <w:rPr>
          <w:rFonts w:ascii="Times New Roman" w:hAnsi="Times New Roman" w:eastAsia="Times New Roman" w:cs="Times New Roman"/>
        </w:rPr>
        <w:t>Llapan profetakunapas kamachikuywan kuska Juan kama willakusqanku. Chasnata chaskiyta munankichik chayqa, kaymi Elias, hamunanpaq kasqa. Uyariypaq rinriyuq kaqqa, uyariychun. Mateo 11:13–15.</w:t>
      </w:r>
    </w:p>
    <w:p>
      <w:pPr>
        <w:pStyle w:val="ArticleBody"/>
        <w:jc w:val="left"/>
      </w:pPr>
      <w:r>
        <w:rPr>
          <w:rFonts w:ascii="Times New Roman" w:hAnsi="Times New Roman" w:eastAsia="Times New Roman" w:cs="Times New Roman"/>
        </w:rPr>
        <w:t>Paykunapa watukuy puchukayninpi —Cristopa historiampi huk rikch’achiq pacha, mayqinchus utqayman hamuq domingo kamachiyta rikch’achin— Cristo chakatasqa kaspa ch’akata patapi warkusqa kashaqtin, judíokuna yuyarqanku ichaqa Elías chay hina hamunqachu Jesus-ta qespichinampaq nispa. Sichus mana reqsirqankuchu Chaskiqpaq allichaq willakuy apaqta, mayqinchus Chaskiq Pacto nisqapa ñawpaqninpi waqaychananpaq karqa, chay pachallapi kikin yawarninwan pactota takyachishaqta, manam atiqchu karqanku Mesiasninkuta reqsiyta. Qhipa p’unchaykunapi Laodicea nisqa adventismoqa reqsinan tiyan taripayninta, mayqinchus watukuyninkupa pacha kasqa. Paykunaqa reqsinanku tiyan chay pachapa willakuyninta, hinallataq reqsinanku tiyan chay pachapa akllasqa willakuqta. 1888 watapi hatarikuq qichunakuyqa, septiembre 11, 2001 nisqawan rikch’achisqa karqa, maypachachus Apocalipsis pusaq chunka qanchisniyuq kapitulumanta angel uraykamurqa. 1888 watapi hatarikuqkunaqa mana munarqankuchu chay historiapa akllasqa willakuqkunata reqsiyta, mayqinchus qhipa p’unchaykunata rikch’achisharqa.</w:t>
      </w:r>
    </w:p>
    <w:p>
      <w:pPr>
        <w:pStyle w:val="ArticleBody"/>
        <w:jc w:val="left"/>
      </w:pPr>
      <w:r>
        <w:rPr>
          <w:rFonts w:ascii="Times New Roman" w:hAnsi="Times New Roman" w:eastAsia="Times New Roman" w:cs="Times New Roman"/>
        </w:rPr>
        <w:t>Qatiq qillqasqapi kay yachayta qatiqnin qillqapiqa hinallataqmi rikuchisun.</w:t>
      </w:r>
    </w:p>
    <w:p>
      <w:pPr>
        <w:pStyle w:val="ArticleScripture"/>
        <w:jc w:val="left"/>
      </w:pPr>
      <w:r>
        <w:rPr>
          <w:rFonts w:ascii="Times New Roman" w:hAnsi="Times New Roman" w:eastAsia="Times New Roman" w:cs="Times New Roman"/>
        </w:rPr>
        <w:t>Chaymi Señor Diosnin Israelpa niwarqa: “Kay phiñakuyniyoq vinopa qeruta makiymanta jap’iy, hinaspa llapa nacionkunata, mayqenkunaman qamta kachamuyki, chaykunaman upyachiy. Paykunaqa upyanqaku, kuyurinqaku, musphayanqaku ima, chay espada rayku paykunapura kachamusaq chaymanta.” Chaymanta Señorpa makinmanta qeruta jap’irirqani, hinaspa llapa nacionkunata upyachirqani, mayqenkunaman Señorqa kachamuwarqa chaykunata: Jerusalen, Judá llaqtakunata, reykunata, kamachiqninkunatawan, ch’inyayman, mancharinapaq, qhishqachinapaq, maldicionman tukunanpaq; kunan p’unchaw hina; Faraón Egiptopa rey, kamachinkunawan, umalliqninkunawan, llapa runankunawan; llapa chaqru runakunata, Uz suyupa llapa reykunata, Filistea suyupa llapa reykunata, Ascalón, Gaza, Ecrón, Asdodpa puchuqninta; Edomta, Moabta, Amónpa churinkunata; Tiropa llapa reykunata, Sidónpa llapa reykunata, lamar qhepapi kaq islaskunapa reykunata; Dedán, Tema, Buz, llapa k’uchukama rutusqa chukchayuqkunata; Arabia suyupa llapa reykunata, ch’in pampapi tiyakuq chaqru runakunapa llapa reykunata; Zimripa llapa reykunata, Elampa llapa reykunata, Medospa llapa reykunata; norte ladopi llapa reykunata, karupi kaqkunata, qayllapi kaqkunata, sapaqllankuta hukwan hukta; hallp’a patapi kaq llapa kay pachapa reinokunatawan. Sheshacpa reyninpas paykunapa qhepanta upyanqa. Chayrayku ninki paykunaman: “Kayhinan niy Señor de los ejércitos, Israelpa Diosnin: Upyaychik, machaychik, q’espaychik, urmaychik, amaña hatariychikchu, chay espadawan noqaqa qankunapuraman kachamusaq rayku.” Sichus paykuna mana munanqaku qeruta makiymanta jap’iyta hinaspa upyayta, chayqa ninki paykunaman: “Kayhinan niy Señor de los ejércitos: Cheqaqtapuni upyankichik. Qhawariy, sutiywan sutichasqa llaqtapi ñawpaqta ñak’ariyta qallarinim, ¿icha qankunaqa llapanmanta mana castigasqa kanqichikchu? Mana castigasqaqa manan kanqichikchu. Imanraykuchus llapa hallp’a tiyaqkunaman espada hamunanpaq waqyasaq,” nin Señor de los ejércitos. Chayrayku llapa kay simikunata paykunapa contranpi willakuy hinaspa niy paykunaman: “Señorqa hanaq pachamanta qaparinqa, santu tiyananmanta vozninta uyachinqa; atiyniyoqta qaparinqa tiyakuyninpa contranpi; uvata saruqkuna hina qaparispa, llapa hallp’a tiyaqkunapa contranpi.” Ruidoqa hallp’apa tukukuyninkama chayanqa; Señorqa nacionkunawan pleitoyuqmi, llapa aychawan rimarinqa juzgananpaq; mana allin ruraqkunataqa espadamanmi qorinqa, nin Señor. Kayhinan niy Señor de los ejércitos: “Qhawariy, mana allinmi lloqsinqa naciónmanta naciónman, hatun muyu wayrawanpas hallp’apa k’uchunkunamanta hatarichisqa kanqa. Chay p’unchaw Señorpa wañusqankunaqa hallp’apa huk k’uchunmanta huk k’uchunkama kanqaku. Manan waqaspachu llakichisqa kanqaku, manan huñusqachu, nitaj pampasqachu; allpa patapi wanupa hinan kanqaku.” Jeremías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qelqa - Isqon chunka pusaqniyuq</dc:title>
  <dc:subject>Elíaspa Kimsa Kutin Churanan y Qhepa P’unchaykunapi Taripay: Maskhay Taripayta hina Hunt’achiq Taripaypa Rakinkunata Unanchay</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