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Hamuq p’unchaykuna Amerika llaqtapaq hinaspa 18 Julio 2020 - Yupi tawa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Daniel pusaq t’aqa 8, 9 nisqakunapa willakuyninmi Ulai mayuwan rikuchisqa karqan, chaymi 1798 watapi kichasqa karqan. Pusaq kaq t’aqapi qillqasqa profecíataqa isqun kaq t’aqapin Gabriel sutiyuq runa sut’incharqan, ichaqa manaraq Daniel huk mañakuyta rikuchkaptinchu; chay mañakuyqa Bibliapi kaq runakunapa mañakuyninkunamanta huk ancha allinchasqa, ancha chaninchasqa mañakuymi qhawarisqa. Chay mañakuypin Daniel sut’ita riqsichin, Jeremíaspa libronpi tarisqanman hina Jerusalén llaqta ch’usaqyachisqa kasqan qanchis chunka watakuna unayta kananpaq kasqanta pay riqsisqanta.</w:t>
      </w:r>
    </w:p>
    <w:p>
      <w:pPr>
        <w:pStyle w:val="ArticleScripture"/>
        <w:jc w:val="left"/>
      </w:pPr>
      <w:r>
        <w:rPr>
          <w:rFonts w:ascii="Times New Roman" w:hAnsi="Times New Roman" w:eastAsia="Times New Roman" w:cs="Times New Roman"/>
        </w:rPr>
        <w:t>Ahasueruspa churin Darioq ñawpaq wata kamachisqanpi, Medokunapa mirayninmanta kaq, caldeokunapa qhapaq suyunta kamachiq rurasqa kasqanpi; paypa kamachisqanpa ñawpaq watañan, ñoqa Daniel, qillqasqakunawan yachasqani watakunapa yupayninta, imaraykuchus Señorpa simin hamusqa karqa profeta Jeremiasman, Jerusalenpa ch’usaqyachiyninkunapi qanchis chunka wata hunt’achinanpaq. Daniel 9:1, 2.</w:t>
      </w:r>
    </w:p>
    <w:p>
      <w:pPr>
        <w:pStyle w:val="ArticleBody"/>
        <w:jc w:val="left"/>
      </w:pPr>
      <w:r>
        <w:rPr>
          <w:rFonts w:ascii="Times New Roman" w:hAnsi="Times New Roman" w:eastAsia="Times New Roman" w:cs="Times New Roman"/>
        </w:rPr>
        <w:t>Jeremiaspas sut’itaq reqsichkarqanmi chay qanchis chunka watakuna tukukuyninpi Belsasar wañunanpaq, Darioq generalnin Ciro Babiloniata atiptin.</w:t>
      </w:r>
    </w:p>
    <w:p>
      <w:pPr>
        <w:pStyle w:val="ArticleScripture"/>
        <w:jc w:val="left"/>
      </w:pPr>
      <w:r>
        <w:rPr>
          <w:rFonts w:ascii="Times New Roman" w:hAnsi="Times New Roman" w:eastAsia="Times New Roman" w:cs="Times New Roman"/>
        </w:rPr>
        <w:t>Kay hinallp’a llaqtapas tukukuq ch’usaqyachisqa, mancharisqa ima kanqa; kay nacionkunataq Babilonia qhapaq reyta qanchis chunka watakunakama sirvinqaku. Hinaspan qanchis chunka wata hunt’akupuqtin, noqa castigasqayki Babilonia qhapaq reyta, chay naciontapas, huchankurayku, nispa Señor; Caldeakunapa hallp’antaq wiñaypaq ch’usaqyachisqaman tukuchisaq. Jeremías 25:11, 12.</w:t>
      </w:r>
    </w:p>
    <w:p>
      <w:pPr>
        <w:pStyle w:val="ArticleBody"/>
        <w:jc w:val="left"/>
      </w:pPr>
      <w:r>
        <w:rPr>
          <w:rFonts w:ascii="Times New Roman" w:hAnsi="Times New Roman" w:eastAsia="Times New Roman" w:cs="Times New Roman"/>
        </w:rPr>
        <w:t>Danielpas sut’in chay qanchis chunka watakuna ch’usaqyachisqa kasqanta Moises qillqasqan profecíap hunt’akuynin kasqanta.</w:t>
      </w:r>
    </w:p>
    <w:p>
      <w:pPr>
        <w:pStyle w:val="ArticleScripture"/>
        <w:jc w:val="left"/>
      </w:pPr>
      <w:r>
        <w:rPr>
          <w:rFonts w:ascii="Times New Roman" w:hAnsi="Times New Roman" w:eastAsia="Times New Roman" w:cs="Times New Roman"/>
        </w:rPr>
        <w:t>Arí, llapa Israel runakunan qanpa kamachiykita p’akisqanku, karunchakuspa mana simiykita kasukunankupaq; chayraykun ñoqaykuman ñakasqa ñak’ariy urmaykun, hinaspa juramentupas Diospa kamachiqnin Moisespa kamachinpi qillqasqa kasqan, paypa contranpi huchallikusqaykurayku. Payqa rimayninkunatapas sayachirqan, ñoqaykumanta rimarisqankunata, hinaspa juezniykunamanta, ñoqaykuta juzgasqankunamanta, hatun mana allinta ñoqaykuman apamuspa; tukuy hanaq pachapa uranpiqa manam imapas ruwasqachu Jerusalén llaqtapi ruwasqa hina. Imaynan Moisespa kamachinpi qillqasqa kasqan hina, kay tukuy mana alliqa ñoqaykuman chayamunña; chaywanpas manam Señor Diosniykupa ñawpaqenpi mañakuyta ruwarqaykuchu, huchaykumanta kutirikuqkuna kananpaq, hinaspa cheqaq kayniykita entiendenaykupaq. Daniel 9:11–13.</w:t>
      </w:r>
    </w:p>
    <w:p>
      <w:pPr>
        <w:pStyle w:val="ArticleBody"/>
        <w:jc w:val="left"/>
      </w:pPr>
      <w:r>
        <w:rPr>
          <w:rFonts w:ascii="Times New Roman" w:hAnsi="Times New Roman" w:eastAsia="Times New Roman" w:cs="Times New Roman"/>
        </w:rPr>
        <w:t>Israelpa p’akichisqan “juramenton” mayqan “maldicionta” paqarichirqanqa Levitico iskay chunka suqtayuqpi nisqa “qanchis kuti” karqan. Levitico iskay chunka suqtayuqpi “qanchis kuti” nispa tikrasqa simiqa, Daniel isqunniyuqpi “juramento” nispa tikrasqa kaq kikillan hebreo simim. Moisespa juramenton, mayqan “qanchis kuti” nisqa simiwan rikuchisqa, William Millerpa tarisqan ñawpaq tiempo-profecia karqan, hinallataq 1863 watapi saqisqa ñawpaq sapachaq cheqaq yachachikuyninkunamanta ñawpaq kaq karqan. William Millerqa Elias-ta rikuchirqan, chaytaq Profeciapa Espiritunmi takyachin.</w:t>
      </w:r>
    </w:p>
    <w:p>
      <w:pPr>
        <w:pStyle w:val="ArticleScripture"/>
        <w:jc w:val="left"/>
      </w:pPr>
      <w:r>
        <w:rPr>
          <w:rFonts w:ascii="Times New Roman" w:hAnsi="Times New Roman" w:eastAsia="Times New Roman" w:cs="Times New Roman"/>
        </w:rPr>
        <w:t>“Waranqa waranqan runakunaqa William Millerpa willasqan cheqaqta chaskinankupaq pusasqa karqanku, hinaspa Diospa kamachinkunaqa Eliaspa espiritunwan atiyninwanpas hatarichisqa karqanku chay willakuyta willakunankupaq.” Early Writings, 233.</w:t>
      </w:r>
    </w:p>
    <w:p>
      <w:pPr>
        <w:pStyle w:val="ArticleBody"/>
        <w:jc w:val="left"/>
      </w:pPr>
      <w:r>
        <w:rPr>
          <w:rFonts w:ascii="Times New Roman" w:hAnsi="Times New Roman" w:eastAsia="Times New Roman" w:cs="Times New Roman"/>
        </w:rPr>
        <w:t>1863 watapiqa, Milleritakuna kuyuy tukukapun, ñawpaqta chay kuyupi kashqankuna qallarichiptinku Qanchis Punchaw Adventista iglesiata. Paykuna iglesia hina qallarisqankurayku, chay kuyuy tukukapun. Tukukapun Moisesta wañuchiptinku, imaynachus Levitico iskay chunka suqta qanchispi “qanchis kuti” nisqapi rikuchisqa kashan hina, hinaspa kuskan pachallapi Elíasta wañuchiptinku, chay willakuqta, paymi Moisespa “juramentonta” kuyuman apamurqa. Moisespas Elíaspas iskayninku 1863 watapi wañuchisqa karqanku, manataq kawsarichisqa kananpaqchu karqa, mana chaymanta qhipaman 11 septiembre 2001 p’unchawmanta, Dios Future for America kuyuyta kutichimusqan kama ñawpa ñankunaman.</w:t>
      </w:r>
    </w:p>
    <w:p>
      <w:pPr>
        <w:pStyle w:val="ArticleBody"/>
        <w:jc w:val="left"/>
      </w:pPr>
      <w:r>
        <w:rPr>
          <w:rFonts w:ascii="Times New Roman" w:hAnsi="Times New Roman" w:eastAsia="Times New Roman" w:cs="Times New Roman"/>
        </w:rPr>
        <w:t>Future for America nisqanqa 11 ñiqin septiembre killapi, 2001 watapi, reqsirqan kimsañiqin ay nisqapa chayamunanta; chayta takyaqmi 11 ñiqin septiembre killapi Islampa maqanakusqanta riqsisqa kasqaqa, Miller runakunapa reqsisqan ñawpaq iskay aykunapa willakuyninmi karqan, chaymi sut’inchasqa rikuchisqa kachkan iskayninpi, 1843 hinallataq 1850 watakunapa ñawpaq chartakunapi. Miller runakunapa willakuyninman kutispa, Islampa kunan p’unchawpi rurayninta sayachinapaq, Señorqa chaymanta Future for America-man kicharirqan Levitico iskay chunka suqtayuqpi “qanchis kuti” nisqamanta hamut’ananta, chayqa siq’ipi rikuchisqa kachkan iskaynin chartakunapi chawpi sutunpi. Chay iskaynin chartakunapipas, chawpi sutunpa chawpinqa cruzmi. Diosqa Habacucpa iskaynin tablankunata rurachispa pusasqanpi, allinta qhawarqan Moisespa “juramento” nisqan, Levitico iskay chunka suqtayuqpi “qanchis kuti” nisqanqa tukuy huk profetico ilustracionkunapa chawpinpi kananpaq, hinallataq iskaynin tablankunapipas Cristota cheqaq chawpipi churakunanta.</w:t>
      </w:r>
    </w:p>
    <w:p>
      <w:pPr>
        <w:pStyle w:val="ArticleBody"/>
        <w:jc w:val="left"/>
      </w:pPr>
      <w:r>
        <w:rPr>
          <w:rFonts w:ascii="Times New Roman" w:hAnsi="Times New Roman" w:eastAsia="Times New Roman" w:cs="Times New Roman"/>
        </w:rPr>
        <w:t>Kayqaqqa hina huk profecíapi tarisqa tiempo pacha-wan tupaqmi, chaytaq Danielpa isqon ñiqin capitulonpi Gabrielpa sut’ita sut’ichasqanmi karqan; chaypi reqsichisqa kasharqanmi Cristoq achkakunawan rimanakuyta huk semanapaq takyachinqa nispa.</w:t>
      </w:r>
    </w:p>
    <w:p>
      <w:pPr>
        <w:pStyle w:val="ArticleScripture"/>
        <w:jc w:val="left"/>
      </w:pPr>
      <w:r>
        <w:rPr>
          <w:rFonts w:ascii="Times New Roman" w:hAnsi="Times New Roman" w:eastAsia="Times New Roman" w:cs="Times New Roman"/>
        </w:rPr>
        <w:t>Paymiqaqmi rimayta achka runakunawan huk semanapaq; chay semanapa chawpinpin qhawariq sacrificiota hinaspa ofrendata tukuchinqa; millay mana allin ruwaykuna mast’arikusqanraykun chayta chunyayachinqa, tukukuyninkama; hinaspa imatachus kamasqa karqa, chayqa chunyayasqa pataman hich’akumunqa. Daniel 9:27.</w:t>
      </w:r>
    </w:p>
    <w:p>
      <w:pPr>
        <w:pStyle w:val="ArticleBody"/>
        <w:jc w:val="left"/>
      </w:pPr>
      <w:r>
        <w:rPr>
          <w:rFonts w:ascii="Times New Roman" w:hAnsi="Times New Roman" w:eastAsia="Times New Roman" w:cs="Times New Roman"/>
        </w:rPr>
        <w:t>Huk proféticosemanaqa iskay waranqa pichqa pachak iskay chunka símbolo p’unchawkunam, chaymanta Gabriel sutiyoq willasqa profecíaqa reqsichirqanmi chay iskay waranqa pichqa pachak iskay chunka símbolo p’unchawkunapa “chawpinpi”, utaq chawpin, Cristota chakatasqa kananta. Cristoqa “iskay waranqa pichqa pachak iskay chunka”-pa chawpinmi iskaynin Habacucpa tablankunapipas, hinallataq achka runakunawan pactota takyachisqan semanapipas.</w:t>
      </w:r>
    </w:p>
    <w:p>
      <w:pPr>
        <w:pStyle w:val="ArticleBody"/>
        <w:jc w:val="left"/>
      </w:pPr>
      <w:r>
        <w:rPr>
          <w:rFonts w:ascii="Times New Roman" w:hAnsi="Times New Roman" w:eastAsia="Times New Roman" w:cs="Times New Roman"/>
        </w:rPr>
        <w:t>1863 watapi Adventismoqa huk iglesiaraq qallarin, Eliaspa espiritunwan kallpachasqa Millerita kuyuyqa wañuchisqa karqa. Millerita kuyuyqa hamut’arqanmi Apocalipsispi qanchis iglesiakunapa contextonpi paykunaqa Filadelfia iglesiaq kasqankuta. 1844 watapi Hatun Llakikuy qhipaman paykunamanta t’aqakusqakunaqa chaymantaqa Laodicea runakuna hina reqsisqa karqaku. 1856 watapi James Whiteqa Review and Herald nisqapi huk qatiq artikulokunata qallarispa, Filadelfia hina qallarirqan chay kuyuyqa Laodiceaman tukusqanta, hinallataq miembrokunaqa chaypacha Laodicea iglesiaman qusqa hampita mask’anankuta reqsichirqan. Chaylla watapi, chaylla qillqasqa willaypi, James Whiteqa Hiram Edsonpa qillqasqan huk qatiq artikulokunata rikhurichirqan Levítico iskay chunka pichqayuq suqta manta iskay waranqa pichqa pachak iskay chunka watapa profecíamanta. Chay artikulokunaqa mana hayk’aqpas tukuchisqa karqachu.</w:t>
      </w:r>
    </w:p>
    <w:p>
      <w:pPr>
        <w:pStyle w:val="ArticleBody"/>
        <w:jc w:val="left"/>
      </w:pPr>
      <w:r>
        <w:rPr>
          <w:rFonts w:ascii="Times New Roman" w:hAnsi="Times New Roman" w:eastAsia="Times New Roman" w:cs="Times New Roman"/>
        </w:rPr>
        <w:t>Señorqa Future for America kuyuyta 2001 wata, septiembre 11 p’unchawmanta qhipaman, ñawpa ñankunaman kutichiptin, Edsonpa qelqasqankuna musuqmanta tarisqa karqan, hinaspataq historiapi huk kutiqa ñawpaqmanqa iskaynin pacha período, iskay waranqa pichqa pachak iskay chunka watayuqkuna, iskay ñakaykuna hina reqsisqa karqan. Hukninqa chunka ayllukunamanta norte ladopi kaqkunapa contran, huknintaq iskay ayllukunamanta sur ladopi kaqkunapa contran. Millerqa qanchis tiempos nisqakunata Judá nisqa uray reinopa contran riqsichirqan, ichaqa Edsonqa qanchis tiempos nisqakunata Israel nisqa hanaq reinopa contran riqsichirqan. Future for Americaqa rikurqan iskaynintaq aplicasqa kananpaq kasqanta. Iskay ch’eqesqakuna huñusqa kaptinkuqa, proféticota k’anchayta paqarichinku, chaytaqa Millerpas Edsonpas manam hayk’aqpas reqsirqankuchu.</w:t>
      </w:r>
    </w:p>
    <w:p>
      <w:pPr>
        <w:pStyle w:val="ArticleBody"/>
        <w:jc w:val="left"/>
      </w:pPr>
      <w:r>
        <w:rPr>
          <w:rFonts w:ascii="Times New Roman" w:hAnsi="Times New Roman" w:eastAsia="Times New Roman" w:cs="Times New Roman"/>
        </w:rPr>
        <w:t>2001 watapiqmi, Señorqa Future for America-ta kutichirqan ñawpaq ñankunaman; chaypim Moisespa “juramenton” kawsariq kutimuspa, chakinkunapi sayarirqan. Chay “juramento”wan tinkisqa willakuyqa hinaspataq qimsakuna angelpa kachaqninkuna rimasqanku, imaynachus ñawpaq angelpa kachaqninkuna rimasqanku hinaspa unanchasqanku hinata. Future for Americaqa chay kuyuy karqan, “Moises” nisqawan unanchasqa willakuyta willakuspa, “Eliaspa” atiywan; Eliasqa sut’itaq Moisespa testimoniunta qorqan Habakkukpa Mesankuna sutiyuq rikuchiykuna qatipaypa tukukuyninkama, chaykunaqa 2012 watapa muyuriyninpi tukukuq karqan. Chay rikuchiykuna qatipaynin tukukuptinqa, ukhu mana tukukuq t’uqomanta uywa wicharimuspa Moiseswan Eliaswan awqanakuq hamurqan. Chay awqanakuyqa qallarin Future for America yuyaychakusqanpacha 1996 watamanta rurashasqan llamk’ananta saqenanta, hinaspataq huk yachay wasita qallarinanta, may hatunchakusqanrayku sutichaspa, Profetakunapa Yachay Wasin nispa. Aswan allinmi kanman karqan chay yachay wasita sutichayta, llulla profetakunapa yachay wasin nispa!</w:t>
      </w:r>
    </w:p>
    <w:p>
      <w:pPr>
        <w:pStyle w:val="ArticleBody"/>
        <w:jc w:val="left"/>
      </w:pPr>
      <w:r>
        <w:rPr>
          <w:rFonts w:ascii="Times New Roman" w:hAnsi="Times New Roman" w:eastAsia="Times New Roman" w:cs="Times New Roman"/>
        </w:rPr>
        <w:t>Chaoswan pantasqa qillqakuywan ima llaki rikhurqan, yachay wasipi saqispa, mayqenkunachus mana hayk’aqpas Señorpa paypa kachaqninkuna hina takyachisqa karqanku, kikinkupa yuyayninkuta yaykuchinankupaq, chaymi tukuq ruranawan Future for America wañupurqan 18 julio 2020 p’unchaypi. Chay pachapi Moiséswan Elíaswan ñanninkunapi wañuchisqa karqanku.</w:t>
      </w:r>
    </w:p>
    <w:p>
      <w:pPr>
        <w:pStyle w:val="ArticleScripture"/>
        <w:jc w:val="left"/>
      </w:pPr>
      <w:r>
        <w:rPr>
          <w:rFonts w:ascii="Times New Roman" w:hAnsi="Times New Roman" w:eastAsia="Times New Roman" w:cs="Times New Roman"/>
        </w:rPr>
        <w:t>Hinaspanmi paykuna testimoniota tukuchinqaku, ukhupacha mana tukukuq t’uqumanta wichariq animalqa paykunawan maqanakunqa, atipaykunqa, wañuchinqataq. Hinaqtin wañusqa cuerpokunaqa hatun llaqtapa ñanninpim sirinqaku, chay llaqtataq espiritualmenteqa Sodoma nisqa, Egipto nisqa sutichasqa kachkan, maypichus Señorniykuqa chakatasqa karqa. Apocalipsis 11:7, 8.</w:t>
      </w:r>
    </w:p>
    <w:p>
      <w:pPr>
        <w:pStyle w:val="ArticleBody"/>
        <w:jc w:val="left"/>
      </w:pPr>
      <w:r>
        <w:rPr>
          <w:rFonts w:ascii="Times New Roman" w:hAnsi="Times New Roman" w:eastAsia="Times New Roman" w:cs="Times New Roman"/>
        </w:rPr>
        <w:t>Atinikuq willakuyqa, atinikuq willakuymi, Habakkukpa Tablankuna sutiyuq serie tukukuyninpi tukusqa willakuymi. Chaymantataq bestia atacarqun. Kunan qillqasqakunata pichus qatishanman chayta mana imatapas yachaniñachu, ichaqa yuyarini kayqa Future for America-pa awqankunamanta hina, hinallataq July 18 llaquy pakasqawanraq tinkuyta munaspa qhepakunamantapas huñusqa kasqanta. Chayrayku suyaykuni, awqa nisqay categoría ukhupi kaqkunaqa, kay profecía historiapa kay hina churakuynin paykunapa yuyayninkupi kikinpa allinpaq serviq rikurinqa nispa rikuchinqakuta. Chay hinataq kachun. Pachaqa ancha pisiyña, Future for America-pa historianta mana sut’ita reqsisqa kasqanta tukunapaq, Millerita kuyuywan ejemplochasqa kuyuy kasqanta; hinallataq ancha pisiyña, chay kuyuyta pusariqpaq hatarichisqa, pantayniyuq Laodicea runa willakuq, William Millerwan ejemplochasqa mana kasqanta tukunapaq.</w:t>
      </w:r>
    </w:p>
    <w:p>
      <w:pPr>
        <w:pStyle w:val="ArticleBody"/>
        <w:jc w:val="left"/>
      </w:pPr>
      <w:r>
        <w:rPr>
          <w:rFonts w:ascii="Times New Roman" w:hAnsi="Times New Roman" w:eastAsia="Times New Roman" w:cs="Times New Roman"/>
        </w:rPr>
        <w:t>Millerqa huk Filadelfiamanta karqan, ñuqataq 1975 watapi kay pachamanta Adventismoman hamurqani; chayrayku sut’inchasqa Laodicea Adventista kani. Kawsayniypa willakuyniy chay cheqaqta qhawachin. Chay hinaptinpas, hanaq pacha khuyapayakuq Diosmi qayna p’unchaykuna ñuqata yachachiwashan kunan pay rikuchishan willakuyta qillqayman churaykuspa iglesiakunaman apachinaypaq. Yachachiynin hamurqan kay nisqan simiwan: pay Moisesta Eliaswan kawsarichispaqa, Filadelfiakuna hina kawsarichinqa, mana Laodiceakuna hinachu. Milleritakunaq historiankupi qallarisqa kuyuyqa Filadelfiapa pacha karqan, chaymantaq tukuypi 1856 watapi Laodiceaman chayarqun, Milleritakuna churapusqanku cimientokunata qichuriyta qallarisqan rayku. Chay qichuriyqa qallarin Hiram Edsonpa qillqanpi qusqan musuq k’anchaypa wiñayninta hukman churaywan. Qanchis wata qhipaman, 1863 watapi, Eliaspa kuyuy, Moisespa willakuyninta apamurqan chay, wañuchisqa karqan. Chay pachallapi kuyuy wañuchisqa kaptin, huk iglesia churasqa karqan kuyuyta rantinampaq. Moiseswan Eliaswanqa Adventismopa qallariyninpi wañuchisqa karqanku, hinallataq Adventismopa tukukuyninpipas yapamanta wañuchisqa karqanku.</w:t>
      </w:r>
    </w:p>
    <w:p>
      <w:pPr>
        <w:pStyle w:val="ArticleBody"/>
        <w:jc w:val="left"/>
      </w:pPr>
      <w:r>
        <w:rPr>
          <w:rFonts w:ascii="Times New Roman" w:hAnsi="Times New Roman" w:eastAsia="Times New Roman" w:cs="Times New Roman"/>
        </w:rPr>
        <w:t>Profétika Laodicea tukukuypi, 1989 watapi Hiddekel mayu rikch’aynin kichasqa karqa, hinaspataq huk kuyuy qallarikurqa, chayqa Laodicea mamamanta paqarisqa karqa. Señorqa mana mana yachasqa hina hap’isqa karqachu, aswanpas yacharqanmi kinsa angelkunapa ruwasqanta imayna qallarisqan hina tukuchinqanta. Chaytaqa Philadelphiapi kaqkunapa huk kuyuywanmi tukuchinqa, imayna qallarisqan hinallataq; chayta ruwanapaqmi paqarisqanmantapacha Laodicea kaq kuyuyqa wañuchisqa hinaspa kawsarichisqa kanan karqa Philadelphiapi kaqkuna hina. Chayta ruwaspanqa, Laodicea iglesiamanta hurqusqa kuyuyqa qanchismantam pusaqñiqinman tukunqa, chay kikin historiapi maypichus kimsa-muyu huñunakuyqa qanchismanta pusaqñiqinman tukunqa. Hinaspataq chay kikin historiapi Republicanismoq waqranpas pusaqñiqin kaq qanchismanta kawsarimuyninta mallinqa; chayqa wañuchisqa karqa Egiptowan Sodomaq “woke-ismon” nisqanrayku. Ichaqa chay profecía siq’itaqa qhipa artikulokunapin rimarisun.</w:t>
      </w:r>
    </w:p>
    <w:p>
      <w:pPr>
        <w:pStyle w:val="ArticleScripture"/>
        <w:jc w:val="left"/>
      </w:pPr>
      <w:r>
        <w:rPr>
          <w:rFonts w:ascii="Times New Roman" w:hAnsi="Times New Roman" w:eastAsia="Times New Roman" w:cs="Times New Roman"/>
        </w:rPr>
        <w:t>Runakuna, ayllukuna, simikuna, nacionkunamantataq kimsa p’unchaw huk chawpiwan paykunapa wañusqa cuerponkuta rikunqaku, hinaspataq mana saqenqakuchu wañusqa cuerponku p’ampasqa kananpaq. Kay pachapi tiyaqkunataq paykunamanta kusikunqaku, kusisqa kacharinqaku, hukninman hukninman regalokunata apachinqaku; imaraykuchus kay iskay profetakuna kay pachapi tiyaqkunata ñak’arichirqanku. Kimsa p’unchaw huk chawpi qhepamantaqa Diosmanta kawsaypa Espírituynin paykunaman yaykurqan, hinaspataq chakinkupi sayarirqanku; paykunata rikuqkunamantataq hatun manchakuy urmaykurqan. Apocalipsis 11:9–11.</w:t>
      </w:r>
    </w:p>
    <w:p>
      <w:pPr>
        <w:pStyle w:val="ArticleBody"/>
        <w:jc w:val="left"/>
      </w:pPr>
      <w:r>
        <w:rPr>
          <w:rFonts w:ascii="Times New Roman" w:hAnsi="Times New Roman" w:eastAsia="Times New Roman" w:cs="Times New Roman"/>
        </w:rPr>
        <w:t>Future for America manam pampaman churasqachu karqa, aswanpas wañuchisqa kasqan ñanpi sirisqalla karqa, chaypi ch’aqnisqankunaqa rikch’arisqa wañuyninmanta kusikuspanku. Ichaqa “kimsa p’unchay kuskanmanta qhipaman Diosmanta kawsaypa Espíritun paykunaman yaykurqan, hinaspan chakinkupi sayarirqanku.” Pachaqa manañam kanchu; chayrayku kimsa p’unchay kuskanqa chunka iskay pachak suqta chunka p’unchaykunata utaq watakunata simbulizanku; chaykunataq Apocalipsis chunka iskayniyuq, versículokuna suqtawan chunka tawanpi, ch’in pampa nisqapi qhawachinku, maypichus santuariowan ejercitota sarusqa karqan. Sichus paykuna pampaman churakusqa kanman karqa, manan ñanpichu kanman karqan maypichus sarusqa kayta atinqanku. Future for America-pa sarusqa kayninqa manan huk simbólico pacha sapaqllachu, aswanpas chayqa “qanchis kutikuna” willakuypa simbólico pachanmi, Moisespa juramentonwan rikuchisqa.</w:t>
      </w:r>
    </w:p>
    <w:p>
      <w:pPr>
        <w:pStyle w:val="ArticleScripture"/>
        <w:jc w:val="left"/>
      </w:pPr>
      <w:r>
        <w:rPr>
          <w:rFonts w:ascii="Times New Roman" w:hAnsi="Times New Roman" w:eastAsia="Times New Roman" w:cs="Times New Roman"/>
        </w:rPr>
        <w:t>Hinaspanqa puntan espadawan wañusqa kanqaku, llapa nacionkunaman prësu apasqa kanqaku; Jerusalén llaqtataq mana israel runakuna sarusqa kanqa, mana israel runakunapa pacha hunt’akunan kama. Lucas 21:24.</w:t>
      </w:r>
    </w:p>
    <w:p>
      <w:pPr>
        <w:pStyle w:val="ArticleBody"/>
        <w:jc w:val="left"/>
      </w:pPr>
      <w:r>
        <w:rPr>
          <w:rFonts w:ascii="Times New Roman" w:hAnsi="Times New Roman" w:eastAsia="Times New Roman" w:cs="Times New Roman"/>
        </w:rPr>
        <w:t>Kimsa kutikama Jerusalén llaqtata sarusqa kashan. Ñawpaqta Babilonia rayku, Cristo manaraq paqarinmanta 677 watamanta 607 watakama. Iskay kaq saruyqa karqan mana judío Roma rayku, Cristo qhipa 66 watamanta 70 watakama. Kimsa kaq kutitaq karqan espíritu Roma rayku, 538 watamanta 1798 watakama. Lucas iskay chunka hukniyuqpi sut’inchasqa mana judíokuna Jerusalénta sarusqankuqa, papal kamachiy iskay pachak soqta chunka watakunam karqan. Apocalipsis chunka hukniyuqpi, maypichus Moisespa hinaspa Eliyaspa testimoniunta tarinchik, chay pacha p’unchaypa reqsichisqanwanmi qallarin.</w:t>
      </w:r>
    </w:p>
    <w:p>
      <w:pPr>
        <w:pStyle w:val="ArticleScripture"/>
        <w:jc w:val="left"/>
      </w:pPr>
      <w:r>
        <w:rPr>
          <w:rFonts w:ascii="Times New Roman" w:hAnsi="Times New Roman" w:eastAsia="Times New Roman" w:cs="Times New Roman"/>
        </w:rPr>
        <w:t>Chaymiqa huk soqta qiru varamanhina quwasqa karqan; hinaspan angil sayaspa nirqan: Hatariy, Diospa templonta tupuway, altarta ima, chaypi yupaychakuqkunatapas. Ichaqa templomanta hawapi kaq patioqa saqey, amaña tupuychu; mana judío nacionkunaman qusqa kasqanrayku; paykunaqmi chay llaqtata sagrado kaqta saruspa purinqaku tawa chunka iskayniyuq killakunata. Apocalipsis 11:1, 2.</w:t>
      </w:r>
    </w:p>
    <w:p>
      <w:pPr>
        <w:pStyle w:val="ArticleBody"/>
        <w:jc w:val="left"/>
      </w:pPr>
      <w:r>
        <w:rPr>
          <w:rFonts w:ascii="Times New Roman" w:hAnsi="Times New Roman" w:eastAsia="Times New Roman" w:cs="Times New Roman"/>
        </w:rPr>
        <w:t>Juanman kamachisqa templota chaypi yupaychakukkunatawan tupunanpaq nisqaqa 1844 watapi taripay qallarikusqanta rikuchin, imaraykuchus ñawpaq iskay versículokuna Juanpa 1844 watapi Hatun Llakiyman chayarqanmanta q’aya kayta reqsichin; chaymanta, willakuypa qhaparichiy llamk’ayta yapamanta rurana kasqanta nisqankama qhepaman, chunka hukniyuq kapítulopa huk versículonqa chay taripayraq qallarimusqanta reqsichin.</w:t>
      </w:r>
    </w:p>
    <w:p>
      <w:pPr>
        <w:pStyle w:val="ArticleScripture"/>
        <w:jc w:val="left"/>
      </w:pPr>
      <w:r>
        <w:rPr>
          <w:rFonts w:ascii="Times New Roman" w:hAnsi="Times New Roman" w:eastAsia="Times New Roman" w:cs="Times New Roman"/>
        </w:rPr>
        <w:t>“Chay p’unchayqa hamunñam tukuy imatapas kuyuchisqa kay atisqankunata kuyuchinapaq, mana kuyuchisqa kay atisqankuna qhiparinanpaq. Sapa casoqa Diospa ñawpaqenman qhawarisqa hamushan; payqa Diospa templonta, chaypi yupaychaqkunatapas tupushanmi. ‘Kaykunata nin paqosninman lloqsichisqa qanchis qoyllurkunata paña makinpi hap’iq, qanchis qori candelabrokunapa chawpinpi puriq: Ruwasqaykikunata reqsini…. Huk imatam qam contra kani, ñawpaq munakuynikita chinkachisqaykirayku; chayrayku yuyari maymantachus urmaykurqanki, hinaspa arrepinti-kuy, ñawpaq ruwanakunata ruway; mana chayqa utqayllam qamman hamusaq, hinaspa candelabroykita maypin kasqanmantam oqarisaq.’ ‘Arrepinti-kuy; mana chayqa utqayllam qamman hamusaq, hinaspa simiypa espadanwanmi qamwan maqanakusaq. Rinriyuq kaqqa uyariychun Espíritu iglesiakunaman nisqanta: atipaqmanqa pakasqa manátam mikhunanpaq qosqasaq, hinaspa huk yuraq rumi qosqasaq, chay rumipitaq musuq sutim qillqasqa kanqa, chaytaqa mana pipas reqsinchu, chaskiqllan reqsin.’” The 1888 Materials, 1116.</w:t>
      </w:r>
    </w:p>
    <w:p>
      <w:pPr>
        <w:pStyle w:val="ArticleBody"/>
        <w:jc w:val="left"/>
      </w:pPr>
      <w:r>
        <w:rPr>
          <w:rFonts w:ascii="Times New Roman" w:hAnsi="Times New Roman" w:eastAsia="Times New Roman" w:cs="Times New Roman"/>
        </w:rPr>
        <w:t>Imaynan Juanqa 1844 watapi taripanakuy maskhay qallariyninta rikuchkan chayrayku, payman nirqaku templopa patio nisqanta saqenanta, imaraykuchus chayqa mana judiokunapa makinman qosqa karqa, paykunaq ñit’ispa uraykachanankupaq llaqtap santon nisqanta waranqa iskay pachak soqta chunka watakuna hunt’aykama. Lucas iskay chunka hukniyoqpi reqsichin mana judiokuna Jerusalenta ñit’ispa uraykachanankuta mana judiokunapa “pachankuna” hunt’akunankama. Juanqa chunka hukniyoq kapítulopiña reqsichin Jerusalén mana judiokunapa ñit’isqa uraykachasqa kasqan pacha 538 watamanta 1798 watakama kasqanta. Juanqa kay pachata iskay kutita reqsichin chunka iskayniyoq kapítulopi ch’in pampa hina, huk pacha mayman iglesiaq ayqekurqan papapa apamushan qatiykachaymanta ayqenampaq.</w:t>
      </w:r>
    </w:p>
    <w:p>
      <w:pPr>
        <w:pStyle w:val="ArticleBody"/>
        <w:jc w:val="left"/>
      </w:pPr>
      <w:r>
        <w:rPr>
          <w:rFonts w:ascii="Times New Roman" w:hAnsi="Times New Roman" w:eastAsia="Times New Roman" w:cs="Times New Roman"/>
        </w:rPr>
        <w:t>Moiséswan Elíaswan wañuchisqa kaspa, kinsantin punchaw kuskan p’unchaykama ñanpi saqesqa, runakuna sarusqa kananpaq, chayqa ñawpaq kimsa willakuykunapi Jerusalén llaqtata sarusqanku chaykunaqa chay pacha unayta rikch’achiq hina hamut’anapaqmi. Lucas iskay chunka hukniyuqpi, mana judío nacionkunaqa ch’uya llaqtata sarunkuman “tiempokuna” mana judío nacionkunapaq hunt’akunan kama.</w:t>
      </w:r>
    </w:p>
    <w:p>
      <w:pPr>
        <w:pStyle w:val="ArticleBody"/>
        <w:jc w:val="left"/>
      </w:pPr>
      <w:r>
        <w:rPr>
          <w:rFonts w:ascii="Times New Roman" w:hAnsi="Times New Roman" w:eastAsia="Times New Roman" w:cs="Times New Roman"/>
        </w:rPr>
        <w:t>Chaynaqa, Lucasqa hukllam mana huk “gentilkunapa tiempon” riqsichinchu, ichaqa yachanchikmi gentilkunapa tiempon hunt’asqa kasqanta 1798 watapi. Ñawpaq kaq “gentilkunapa tiempon” qallarin 723 a.C. watapi, maypichus Israelpa chincha kaq qhapaq suyun Asiriarayku sarusqa karqa. Chay saruyqa qallariyta qorqa huk pagano atiyniyoqpa sarusqanman, hinaspataq 538 watakama hinalla purirqa; chaymanta papal atiyniyoqmi llamk’ayta apaykacharqa 1798 watakama. Paganismonmi literal Israelta ch’iqichirqan hinaspa sarurqan, papalismotaq espiritual Israelta ch’iqichirqan hinaspa sarurqan. Gentilkunapa “tiemponkuna” nisqaqa Levitico iskay chunka suqta-yuqpi iskay waranqa pichqa pachak iskay chunka watakunata rikuchin, chaymi iskay periodo sarusqa kayta sut’ichin. Ñawpaq kaqqa paganismoraykum rurakurqa, Asiriawan rikuchisqa, chaymanta Babiloniawan, chaymanta pagano Roma wan. Hinaqtin iskay kaq ch’usaqyachiq atiyniyoqta, maytan Millerqa paypa llamk’achisqan sagrado profecíakunapa marconpi riqsichirqan, chayqa papalismom karqa, paymi 1798 watakama saruyta hinalla apaykachanan karqa. Paganismopa hinaspa papalismopa sarusqanmi chay cielopi rimanakuypi hatarichisqa tapuy kikin, maymantataq lluqsin Adventismopa cimienton hinaspa chawpi sayaynin kaq kutichiy.</w:t>
      </w:r>
    </w:p>
    <w:p>
      <w:pPr>
        <w:pStyle w:val="ArticleScripture"/>
        <w:jc w:val="left"/>
      </w:pPr>
      <w:r>
        <w:rPr>
          <w:rFonts w:ascii="Times New Roman" w:hAnsi="Times New Roman" w:eastAsia="Times New Roman" w:cs="Times New Roman"/>
        </w:rPr>
        <w:t>Chaymantanmi uyarisqani huk santo rimashaqta uyarirqani, hukñataq santo nirqan chay rimashaq cierto santoman: “¿Hayk’aqkamataq kay rikuyqa kanqa sapa p’unchay sacrificiomanta, ch’usaqyachiq huch’amanta, hinallataq santuario-tawan ejercitota sarusqa kananpaq?” Hinaspan pay niwarqan: “Ishkay waranqa kimsa pachak p’unchaykama; chaymantaqa santuarioqa llimphuchasqa kanqa.” Daniel 8:13, 14.</w:t>
      </w:r>
    </w:p>
    <w:p>
      <w:pPr>
        <w:pStyle w:val="ArticleBody"/>
        <w:jc w:val="left"/>
      </w:pPr>
      <w:r>
        <w:rPr>
          <w:rFonts w:ascii="Times New Roman" w:hAnsi="Times New Roman" w:eastAsia="Times New Roman" w:cs="Times New Roman"/>
        </w:rPr>
        <w:t>Angel Gabrielmi hinallataq huk angelkunapas Miller-ta yachachirqanku “sapa p’unchay” nisqaqa paganakuyta reqsichisqanta, “ch’usaqyachiq huchallikuy” nisqaqa papalismota reqsichisqantataq. Pakananismopas papalismopas santuarioyta hinallataq anfitrionta saruchkanankupaqmi karqan. Chayrayku Lucaspa rimarisqan “nacionkunap tiemponkuna” nisqaqa iskay saruchkanakuy pacha, waranqa iskay pachak soqta chunka watayuq, chay iskaynin kuskata Levitico iskay chunka soqtayuqpi qanchis tiempo nisqakunam.</w:t>
      </w:r>
    </w:p>
    <w:p>
      <w:pPr>
        <w:pStyle w:val="ArticleBody"/>
        <w:jc w:val="left"/>
      </w:pPr>
      <w:r>
        <w:rPr>
          <w:rFonts w:ascii="Times New Roman" w:hAnsi="Times New Roman" w:eastAsia="Times New Roman" w:cs="Times New Roman"/>
        </w:rPr>
        <w:t>Moisespa “juramenton” yachachisqan willakuyqa 1863 watapi wañuchisqa karqa, Moisespa willakuyninta apamusqa Elías kachaqwan kuska. Moisespa willakuyninpas, Elías kachaqpas, 11 ñiqin setiembre, 2001 qhipaman, kawsarimusqaku. Moisespa willakuynin, huk kutita Elíaspa willakusqan hina willakusqa qhipa, iskayninku wañuchisqa karqaku; chaymanta ñanpi saqisqa karqaku mana pampasqa, waranqa iskay pachak suqta chunka p’unchaykama; chayqa cheqaqta tinkuchkan Danielpa “juramento” nisqan Moisespa “qanchis kuti” willakuyninwan. Kuyuyqa, hinallataq Moisespa Elías willakuyninta kutichiq kachaqpas, Millerwan Milleritakuna hinaraq rikuchisqa kasqanman hina, tukukuyninpi chakinkunapi sayarinqa hinaspa kawsarimunqa.</w:t>
      </w:r>
    </w:p>
    <w:p>
      <w:pPr>
        <w:pStyle w:val="ArticleScripture"/>
        <w:jc w:val="left"/>
      </w:pPr>
      <w:r>
        <w:rPr>
          <w:rFonts w:ascii="Times New Roman" w:hAnsi="Times New Roman" w:eastAsia="Times New Roman" w:cs="Times New Roman"/>
        </w:rPr>
        <w:t>Kimsa p’unchaw qhepantataq kuskan p’unchawtawan Diosmanta kawsaypa Espíritu paykunaman yaykurqan, chaymantataq chakinkunapi sayarirqanku; paykunata qhawariqkunamanpas hatun manchay urmaykurqan. Hinaspataq hanaq pachamanta hatun vozta uyarirqanku, paykunata nispa: Kayman wichariychis. Hinaspataq puyupi hanaq pachaman wicharirqanku; awqankunataq paykunata qhawarirqanku. Apocalipsis 11:11, 12.</w:t>
      </w:r>
    </w:p>
    <w:p>
      <w:pPr>
        <w:pStyle w:val="ArticleBody"/>
        <w:jc w:val="left"/>
      </w:pPr>
      <w:r>
        <w:rPr>
          <w:rFonts w:ascii="Times New Roman" w:hAnsi="Times New Roman" w:eastAsia="Times New Roman" w:cs="Times New Roman"/>
        </w:rPr>
        <w:t>Kay chiqaq qillqapiqa qelqachina kay chiqaqa chiqaqta rimarisun.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Hamuq p’unchaykuna Amerika llaqtapaq hinaspa 18 Julio 2020 - Yupi tawa</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