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Hamuq p’unchaykuna Amerikapaq, hinaspa 18 julio 2020 watapi - Soqta yupayniyuq</w:t>
      </w:r>
    </w:p>
    <w:p>
      <w:pPr>
        <w:pStyle w:val="ArticleSubtitle"/>
        <w:jc w:val="left"/>
      </w:pPr>
      <w:r>
        <w:rPr>
          <w:rFonts w:ascii="Arial" w:hAnsi="Arial" w:eastAsia="Arial" w:cs="Arial"/>
        </w:rPr>
        <w:t>Unanchakuy Señal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Kimsa p’unchaymanta huk kuska p’unchaywan qhipamanqa, Diosmanta kawsaypa Espíritu paykunaman yaykurqan, chaymanta chakinkupim sayarirqanku; paykunata rikkuqkunapa hawanmanpas hatun manchakuy urmaykurqan. Hinaspataq hanaq pachamanta hatun qapariyta uyarirqanku, paykunata nispa: Kayman wichariychik. Chaymantataq phuyu ukhupi hanaq pachaman wicharirqanku; awqankunapas paykunata qawarirqanku. Apocalipsis 11:11, 12.</w:t>
      </w:r>
    </w:p>
    <w:p>
      <w:pPr>
        <w:pStyle w:val="ArticleBody"/>
        <w:jc w:val="left"/>
      </w:pPr>
      <w:r>
        <w:rPr>
          <w:rFonts w:ascii="Times New Roman" w:hAnsi="Times New Roman" w:eastAsia="Times New Roman" w:cs="Times New Roman"/>
        </w:rPr>
        <w:t>Ñanpis ñanpi sarusqa qhipaman, Elíaswan Moiséswanmi Sonqochaqta chaskinku, hinaspataq chakinkupi sayarinku. Ezequielpa tullukunapa qechwanñinpiqa ñawpaqta uyarinku huk qapariyta, chaymantaq kuyuriyta pasanku, ichaqa manaraqmi samayniyuq karqanku.</w:t>
      </w:r>
    </w:p>
    <w:p>
      <w:pPr>
        <w:pStyle w:val="ArticleScripture"/>
        <w:jc w:val="left"/>
      </w:pPr>
      <w:r>
        <w:rPr>
          <w:rFonts w:ascii="Times New Roman" w:hAnsi="Times New Roman" w:eastAsia="Times New Roman" w:cs="Times New Roman"/>
        </w:rPr>
        <w:t>Chaymi ñoqaqa willakusqayman hina profetizarqani; hinaspa profetizashaqtiy, uyarikurqa huk qapariy, qhawariy, huk khatataypas karqa, tullukunaqa huñunakuspa hamurqaku, sapa tulluqa kikin tullunman. Hinaspa qhawasqaypi, qhawariy, ankukunapas aychakunapas paykunaman wiñarqaku, qaranpas patanmanta pakarqa; ichaqa manam samayqa paykunapi karqachu. Ezequiel 37:7, 8.</w:t>
      </w:r>
    </w:p>
    <w:p>
      <w:pPr>
        <w:pStyle w:val="ArticleBody"/>
        <w:jc w:val="left"/>
      </w:pPr>
      <w:r>
        <w:rPr>
          <w:rFonts w:ascii="Times New Roman" w:hAnsi="Times New Roman" w:eastAsia="Times New Roman" w:cs="Times New Roman"/>
        </w:rPr>
        <w:t>Aykukuna kutichisqaña kaptin, tawa wayrakunapa willakuyninta uyariyku.</w:t>
      </w:r>
    </w:p>
    <w:p>
      <w:pPr>
        <w:pStyle w:val="ArticleScripture"/>
        <w:jc w:val="left"/>
      </w:pPr>
      <w:r>
        <w:rPr>
          <w:rFonts w:ascii="Times New Roman" w:hAnsi="Times New Roman" w:eastAsia="Times New Roman" w:cs="Times New Roman"/>
        </w:rPr>
        <w:t>Chaymi nirqan: “Wayrata willakuy, willakuy, runapa churin, hinaspa wayrata niy: ‘Kayhinan nin Señor Diosqa: Tawa wayramantam hamuy, samay, hinaspa kay wañusqakunaman samaykuy, kawsarimunankupaq’ ” nispa. Chaymi kamachiwashqanman hina willakurqani, hinaspa samayqa paykunaman yaykurqan, kawsarirqankutaq, chakinkupim sayarirqanku, ancha hatun ejercitota hina. Ezequiel 37:9, 10.</w:t>
      </w:r>
    </w:p>
    <w:p>
      <w:pPr>
        <w:pStyle w:val="ArticleBody"/>
        <w:jc w:val="left"/>
      </w:pPr>
      <w:r>
        <w:rPr>
          <w:rFonts w:ascii="Times New Roman" w:hAnsi="Times New Roman" w:eastAsia="Times New Roman" w:cs="Times New Roman"/>
        </w:rPr>
        <w:t>Llapa profetakunaqa kay pachapa tukukuyninta reqsichinku, chayrayku Ezequielmanta pasajekaqa sasachakuyta paqarichin chaykunapaqmi, Apocalipsis chunka hukniyuqpi iskay profetakunapa willakuyninta ayqeyta munakkuqkunapaq. Chayqa, willakuyta qhispiyta munakkuqkunapaq, aswan facil llullaqa kikinkuman nisqanku kaymi: Apocalipsis chunka hukniyuqqa Francesa Revoluciónmanta historiallataqmi, manataqmi kay pachapa tukukuyninman chayananpaq ima aplicaciónninqa kanchu. Ichaqa sapaqman chaskinki chay qallarichisqata, Apocalipsis chunka hukniyuqpas kay pachapa tukukuyninta reqsichisqanta, chhaynaqa tinkuchiytam atinki kay cheqaq kayta: kay pachapa tukukuyninpi atiyniyuq hatun ejército, kimsakaj angelpa willakuyninta hatun qapariyninwan willaq, reqsichisqa kachkan wañusqa hinaspa kawsarichisqa ñawpaqtaña, Diospa ejerciton hina sayarinankumanta ñawpaqta.</w:t>
      </w:r>
    </w:p>
    <w:p>
      <w:pPr>
        <w:pStyle w:val="ArticleScripture"/>
        <w:jc w:val="left"/>
      </w:pPr>
      <w:r>
        <w:rPr>
          <w:rFonts w:ascii="Times New Roman" w:hAnsi="Times New Roman" w:eastAsia="Times New Roman" w:cs="Times New Roman"/>
        </w:rPr>
        <w:t>Chaymantataq niwarqan: Runa churiy, kay tullukunaqa Israelpa llapa ayllunmi kanku. Qhawariychik, paykunaqa nin: Tulluykunaqa ch'akirqapunñam, suyayniykuqa chinkarapunñam; noqaykuqa rakisqa, t'aqasqa kachkayku. Chayrayku willakuyta ruwaspa paykunata niy: Kayhinan nin Señor Diosqa: Qhawariychik, llaqtay runakuna, aya pampaykichiskunata kicharisaq, aya pampaykichiskunamanta horqomusqaykichik, hinaspa Israelpa hallp'anman pusasqaykichik. Hinaspan yachankichik noqa Señor kasqayta, llaqtay runakuna, aya pampaykichiskunata kicharispa, aya pampaykichiskunamanta horqomusqaykichikta; Espírituyniytataq ukhuykichikman churasaq, kawsankichiktaq, kikiykichikpa hallp'aykichikman churasaq. Chaymantaq yachankichik noqa Señor kayta rimarisqayta, hinaspa hunt'asqaytapas, nin Señor. Ezequiel 37:11–14.</w:t>
      </w:r>
    </w:p>
    <w:p>
      <w:pPr>
        <w:pStyle w:val="ArticleBody"/>
        <w:jc w:val="left"/>
      </w:pPr>
      <w:r>
        <w:rPr>
          <w:rFonts w:ascii="Times New Roman" w:hAnsi="Times New Roman" w:eastAsia="Times New Roman" w:cs="Times New Roman"/>
        </w:rPr>
        <w:t>Cristoqa hanaq pacha-man wicharirqan phuyuwan, hinaspataq phuyukunawan kutimun, chay phuyukunataq angelninkunata rikuchin. Moiséswan Elíaswanqa hanaq pacha-man wicharin phuyu ukhupi, chay phuyutaq Estados Unidos suyupi domingo ley kasqan p’unchawpi hanaq pacha chawpipi phawachkaq kinsa kaq angelpa willakuyninta rikuchin. Moiséswan Elíaswanqa domingo ley kasqan p’unchawpi hanaq pacha-man wicharin Islam willakuyman tupachisqa.</w:t>
      </w:r>
    </w:p>
    <w:p>
      <w:pPr>
        <w:pStyle w:val="ArticleBody"/>
        <w:jc w:val="left"/>
      </w:pPr>
      <w:r>
        <w:rPr>
          <w:rFonts w:ascii="Times New Roman" w:hAnsi="Times New Roman" w:eastAsia="Times New Roman" w:cs="Times New Roman"/>
        </w:rPr>
        <w:t>Isaiasqa reqsichin kay willakuywan tupaq askha cheqaqkuna, chay hinallataq Jesuspa paypa rurasqanta reqsichinampaq rimarisqan kikin pasajepi. Payqa profetakuna Eliasta, Eliseotawan, huk ejemplokuna hina apaykacharqan, profetapa willakuynin kikin llaqtamasinkunapa mana chaskisqa kasqanmanta; chaymi Nazaret iglesiapi kaqkunata chaylla phiñachirqan, hinaspataq payta wañuchiyta maskarqanku.</w:t>
      </w:r>
    </w:p>
    <w:p>
      <w:pPr>
        <w:pStyle w:val="ArticleScripture"/>
        <w:jc w:val="left"/>
      </w:pPr>
      <w:r>
        <w:rPr>
          <w:rFonts w:ascii="Times New Roman" w:hAnsi="Times New Roman" w:eastAsia="Times New Roman" w:cs="Times New Roman"/>
        </w:rPr>
        <w:t>Señor Diospa Espírituynoqanpi kachkan; Señorqa noqata hawk'arisqanrayku llamp'u sonqoyoqkunaman allin willakuyta willanaypaq; kachamuwarqan sonqon p'akisqakunata hampiyta, preso kasqakunaman kacharichisqa kayta willayta, watasqa kasqakunaman carcelpa kicharisqa kayninta willayta; Señorpa aceptasqa watanta, hinaspa Diosninchikpa kutichiy p'unchawninta willayta; llakikuypi kaqkunata llapallanta sonqochayta; Sionpi waqaqkunapaq kamachiyta, uchpapa rantinpi sumaq k'achayta quyta, llakikuypa rantinpi kusikuypa aceitenta, llasaq sonqopa rantinpi alabaypa p'achanta; chay hina paykunaqa “justiciapa sach'akuna”, Señorpa tarpuy, pay glorificasqa kananpaq sutichasqa kanankupaq. Paykunaqa ñawpaq chunyayasqa chiqakunata hatarichinqaku, unay desolaciónkunata sayarichinqaku, hinaspa chunyayasqa llaqtakunata allinchanqaku, achka miraykunapa desolaciónninkunata. Huk llaqtayoqkunaqa sayaspa ovejaykichikkunata michinqaku, wak llaqtayoqkunapa churinkunaqa yapuqniykichik, uva chakra allinchayniykichik kanqaku. Ichaqa qankunaqa Señorpa Sacerdotenkuna sutichasqa kankichik; runakunaqa qankunata Diosninchikpa Ministronkunamanta rimarinqaku; mana israel runakunapa qhapaq kayninkunata mikhuq kankichik, paykunapa gloriawanmi hatunchakunkichik. P'enqayniykichikpa rantinpi iskay kutita jap'inkichik; musphachikuypa rantinpi paykunaqa rakisqanpi kusikunku; chayrayku allpankupi iskay kutita herenciata hap'inqaku; wiñay kusikuy paykunapaq kanqa. Noqa Señorqa justiciata munani, suwakuyta rupachisqa sacrificiopaq cheqnikuni; llank'asqankuta cheqaq kaypi pusasaq, hinaspa paykunawan wiñay tratota ruwasaq. Mirayninkuqa mana israel runakunapura reqsisqa kanqa, mirasqankupas llaqtakunapura reqsisqa kanqa; llapa qawaqninchikmi paykunata reqsinqaku, paykunaqa Señorpa bendecisqan miray kasqankuta. Noqa Señorpi ancha kusikushaq, almaypas Diosniypi kusikunqa; paymi salvacionpa p'achankunawan p'achallawarqan, justiciapa manto-nwan qatawarqan, casaraq qhari adornokunawan churakusqan hina, hinaspa casaraq warmi alhajankunawan sumaqchasqanku hina. Imaynatachus allpa sisan muruyninta wiñachin, hinaspa huertapas ukhunpi tarpusqa kaqkunata wiñachimusqan hina, chay hinallataq Señor Diosmi justicia-ta hinaspa alabayta llapa nacionkunapa ñawpaqenpi wiñachinqa.</w:t>
      </w:r>
    </w:p>
    <w:p>
      <w:pPr>
        <w:pStyle w:val="ArticleScripture"/>
        <w:jc w:val="left"/>
      </w:pPr>
      <w:r>
        <w:rPr>
          <w:rFonts w:ascii="Times New Roman" w:hAnsi="Times New Roman" w:eastAsia="Times New Roman" w:cs="Times New Roman"/>
        </w:rPr>
        <w:t>Sionrayku manam upallasaqchu, Jerusalénraykutaq manam samasaqchu, paypa chiqap kaynin k’anchay hina lluqsimunankama, salvacionnintaq ruphaq mechero hina rikurimunankama. Hinallataq mana israel runakuna qhawanqaku qanpa chiqap kayniyta, llapa reykunataq qanpa hatun k’anchayniykita; qantaq musuq sutiwan sutichasqa kanki, chay sutitaqa Señorpa siminmi churanka. Hinallataq qamqa Señorpa makinpi yupaychasqa coronam kanqi, Diosniykipa makinpitaq reypa diadema hinam kanqi. Manam yapamantaqa “Saquesqa” nisqa sutichasqachu kanqi; nitaq allpaykitaqa yapamanta “Ch’inniq, mana imayoq” nisqachu sutichanqaku. Aswanpas qamqa Hephzibah nisqam kanqi, allpaykitaq Beulah nisqam kanqa; Señorqa qanmanta kusikunmi, allpaykitaq kasarasqam kanqa. Imaynachus wayna qari sipas warmiwan kasarakuq hina, chay hinam churiykikuna qamwan kasarakuq hina kanqaku; imaynachus qosaqa noviapi kusikuq hina, chay hinam Diosniyki qanmanta kusikunqa. Jerusalén, perqaykikunapi ricchakuqkunatan churaykurqani, paykunaqa tutapi punchawpi mana hayk’aqpas upallasaqchu; qankuna, Señorpa sutinta yuyariqkuna, ama upallaychischu. Ama payta samachiychischu, Jerusalénta takyachispa sayarichinankama, kay pachapi yupaychasqa llaqtaman tukuchinankama. Señorqa paña makinwan, kallpayuq brazo-ninwanmi jurarqan: Cheqaqtapuni manam yapamanta trigo-ykita awqaykikunapa mikunankupaq qusqaykichu; nitaq huk lawmanta hamuqkunapa churinkunaqa llamk’asqaykimanta vino-ykita upyanqakuchu. Aswanpas huñuqninkunam mikhunqaku hinaspa Señor-ta hatunchanqaku; tantachiqninkunataq upyanqaku santoyniypa patiokunapi. Pasaychis, pasaychis punkukunata; runakunapa ñanninta wakichiychis; hatarichiychis, hatarichiychis hatun ñanta; rumikunata oqarichiychis; runakunapaq unanchata oqarichiychis. Qhawariychis, Señorqa kay pachapa tukukuyninkama willakurqan: Sionpa ususinman niychis, Qhawariy, salvacionniyki hamushan; qhawariy, premiunmi paywan kashan, llamk’asqanpa kutichisqantataq ñawpaqninpi apamushan. Paykunataq sutichasqa kanqaku: Santo llaqta runakuna, Señorpa rantisqa-kacharichisqan runakuna; qantaq sutichasqa kanqi: Maskasqa, mana saquesqa llaqta. Isaías 61:1–62:12.</w:t>
      </w:r>
    </w:p>
    <w:p>
      <w:pPr>
        <w:pStyle w:val="ArticleBody"/>
        <w:jc w:val="left"/>
      </w:pPr>
      <w:r>
        <w:rPr>
          <w:rFonts w:ascii="Times New Roman" w:hAnsi="Times New Roman" w:eastAsia="Times New Roman" w:cs="Times New Roman"/>
        </w:rPr>
        <w:t>Señorqa yaykun “wiñaypaq rimayniyuq tratuman” pachak tawa chunka tawa waranqawan, ñawpaqtaqa “saqisqa” karqanku, ichaqa chaymanta tukunku “llaqtaman” hina, chayqa “mana saqisqa” nisqa. Paykunaqa “ch’usaq” karqanku, hinaspa ñanpi wañusqa. Isaías sut’ichan paykunata “Señorpa Sacerdotenkuna” nispa, Señorpa “kamachiqnin” nispa, “llump’ay llaqtata” nispa, hinaspa Sionpa perqanpi “qhawariqkuna” nispa.</w:t>
      </w:r>
    </w:p>
    <w:p>
      <w:pPr>
        <w:pStyle w:val="ArticleBody"/>
        <w:jc w:val="left"/>
      </w:pPr>
      <w:r>
        <w:rPr>
          <w:rFonts w:ascii="Times New Roman" w:hAnsi="Times New Roman" w:eastAsia="Times New Roman" w:cs="Times New Roman"/>
        </w:rPr>
        <w:t>Paykuna wañusqa cuerpokunamanta kusikusqankuwan tupachisqa, chaymanta qhipamanqa Dios paykunamanta kusikun, “novioqa noviapaq kusikusqan hina.” Noviaqa chaypachaña wakichisqa karqan. Imaynan Filadelfiaman qosqa promesapi Señor paykunaman “musuq sutita” qon, hinallataq sutinkuta reqsichin “Hephzibah” hina, “Beulah” hinapas. Hephzibah ninanqa “paypi kusikuyniy kachkan” nisqanmi, Beulah ninanqa “casarakuy” nisqanmi. Señorqa Eliaswan Moiséswan rikuchisqa runakunawanmi casarakun.</w:t>
      </w:r>
    </w:p>
    <w:p>
      <w:pPr>
        <w:pStyle w:val="ArticleBody"/>
        <w:jc w:val="left"/>
      </w:pPr>
      <w:r>
        <w:rPr>
          <w:rFonts w:ascii="Times New Roman" w:hAnsi="Times New Roman" w:eastAsia="Times New Roman" w:cs="Times New Roman"/>
        </w:rPr>
        <w:t>Paykunamanqa qusqa llamk’ayninkuqa Cristopa Iskay Kutimuynta waqaychanankupaq ñanta wakichiymi, Cristomanta hinallataq Paypa chiqan kayninmanta “allin willakuykunata” willakuspa “kay pachapa tukukuy kama.” Sonqochaqninpa qhispichisqan Espíritu junt’akuypi hawisqa kaspanku, chaymantaq “suyuchaq hinam” hoqarisqa kankuq, imaynachus “hanan pacha manta hatun kunkam” paykunaman nin: “Kayman wichariychik.” Chaymantaq paykunaqa Señorpa makimpi “hatun yupaychaypa coronavan” hinallataq “qhapaqpa umalliq t’ika coronavan” hina kankuq. Zacaríasqa chay kikillan coronata señalan hina reqsichin, hinaspataq chay ruwayta qhipa tamyapa pacha tiempopi churaykullantaq.</w:t>
      </w:r>
    </w:p>
    <w:p>
      <w:pPr>
        <w:pStyle w:val="ArticleScripture"/>
        <w:jc w:val="left"/>
      </w:pPr>
      <w:r>
        <w:rPr>
          <w:rFonts w:ascii="Times New Roman" w:hAnsi="Times New Roman" w:eastAsia="Times New Roman" w:cs="Times New Roman"/>
        </w:rPr>
        <w:t>Chay p’unchaypinmi paykunapa Diosnin Señorqa salvanqa llaqtanpa uywaq ovejankunata hina; paykunataq kanqaku coronapa rumikuna hina, hoqarisqa unancha hina hallp’anpi. ¡Ancha hatunmi alli kaynin, ancha hatunmi sumaq kayninpas! Trigomi wayna qharikunata kusichinqa, musuq vinutaq sipas warmikunata. Señor-manta mañakuychik para-ta qhipa parakunapa tiemponpi; chayhinapi Señorqa lliphipiq phuyukunata ruranga, paran-tapas qospa, sapankaman chakra ukhupi q’achuta. Zacarías 9:16–10:1.</w:t>
      </w:r>
    </w:p>
    <w:p>
      <w:pPr>
        <w:pStyle w:val="ArticleBody"/>
        <w:jc w:val="left"/>
      </w:pPr>
      <w:r>
        <w:rPr>
          <w:rFonts w:ascii="Times New Roman" w:hAnsi="Times New Roman" w:eastAsia="Times New Roman" w:cs="Times New Roman"/>
        </w:rPr>
        <w:t>Paykunaqa “Llaqtanpa uywankuna” kanqaku, ichaqa Señorqa iskay kaq uywakunatapas charin, chaykunaqa chay pacha Babiloniapiraq kashanku, paymi paykunatapas waqyasqa. Paykunapa llamkayninqa kanqa “ñawpaq” chinkachisqa chiqakunatawan achka miraykunapa “ch’usaqyachisqankunata” yapay hatarichiy. Paykunaqa kanqaku kutimuspankum ñawpaq ñankunata, Adventismopi ukhunpipas hawanpipas qhesachasqa, pampachisqa ñankunata, yapay sayarichiqkuna. Milleritakunaq cimientopi sayasqa chiqaq yachachiykunaman kutimuspanku, chaykunatachu k’anchayninpi Laodicea Adventismoman apamunqaku; hinallataq Adventismomanta hawapi kaqkunamanpas huk willakuyta apamunqaku Diospa leywan tupaq “ñawpaq” chiqaqkunaqmanta, aswanqa sábadomanta. Chayta ruraspankuqa achka miraykunapa historiankunata llamk’achinqaku musuq historiata rikuchinankupaq. Paykunapa llamkayninqa qhipa para pachapi ruwasqa kanqa, maypachachus Diospa taripayninkuna hallp’api kashan. Señorqa paña makinwan paykunata huk unancha hina oqarispa, tukuynin pacha, ñawpaqta paykunapa wañusqa cuerponkuna callepi siriykaptin kusikusqa kaq, chay unanchata rikunqa, ricchariqkunaq waqaynin corneta-tapas uyarinqa.</w:t>
      </w:r>
    </w:p>
    <w:p>
      <w:pPr>
        <w:pStyle w:val="ArticleScripture"/>
        <w:jc w:val="left"/>
      </w:pPr>
      <w:r>
        <w:rPr>
          <w:rFonts w:ascii="Times New Roman" w:hAnsi="Times New Roman" w:eastAsia="Times New Roman" w:cs="Times New Roman"/>
        </w:rPr>
        <w:t>Llapa qhapaq pachapi tiyaqkuna, kay hallp’api kaqkuna ima, qhawariychik, urqukunapi huk unanchata oqarispa; waqrapas waqyasqa kaptin, uyariychik. Isaías 18:3.</w:t>
      </w:r>
    </w:p>
    <w:p>
      <w:pPr>
        <w:pStyle w:val="ArticleBody"/>
        <w:jc w:val="left"/>
      </w:pPr>
      <w:r>
        <w:rPr>
          <w:rFonts w:ascii="Times New Roman" w:hAnsi="Times New Roman" w:eastAsia="Times New Roman" w:cs="Times New Roman"/>
        </w:rPr>
        <w:t>Apocalipsis qillqapa chunka hukniyuq capítulo nisqanpi, wañusqa cuerponkuna hawanpi kusikurqanku chaykuna, sayarimuqtinkuta rikuspanku, “hatun manchakuy urmaykurqan paykunapa hawanman, pikunachus paykunata rikurqanku chaykunaman.”</w:t>
      </w:r>
    </w:p>
    <w:p>
      <w:pPr>
        <w:pStyle w:val="ArticleScripture"/>
        <w:jc w:val="left"/>
      </w:pPr>
      <w:r>
        <w:rPr>
          <w:rFonts w:ascii="Times New Roman" w:hAnsi="Times New Roman" w:eastAsia="Times New Roman" w:cs="Times New Roman"/>
        </w:rPr>
        <w:t>Chayqaqaq Asiria runaqa urmanqa espadawan, ichaqa mana atiyniyuq runaqpa espadanwanchu; hinaspa espadapas, mana pisi runaqpa espadanwanchu, mikhunqa payta. Payqa ichaqa espadamanta ayqenqa, wayna runankunataq atipachisqa kanqaku. Hinaspa mancharispa kallpachakusqanman chimpanqa, hinaspa kamachiqninkunapas unanchamanta mancharinqaku, nin Señor, paypaq ninan Sionpi kachkan, hornonpas Jerusalénpi. Isaías 31:8, 9.</w:t>
      </w:r>
    </w:p>
    <w:p>
      <w:pPr>
        <w:pStyle w:val="ArticleBody"/>
        <w:jc w:val="left"/>
      </w:pPr>
      <w:r>
        <w:rPr>
          <w:rFonts w:ascii="Times New Roman" w:hAnsi="Times New Roman" w:eastAsia="Times New Roman" w:cs="Times New Roman"/>
        </w:rPr>
        <w:t>Llapa profetakunapa testimoniokunaqa Apocalipsis libropim huñunakunku. Asirioqa Daniel 11:40-45pi kaq norte reymanta sut’inta rikuchin, paymi yanapaqniyuq mana kaspa tukukuyninman chayanqa. Diospa qhawaqninkuna hina kaq pachak tawa chunka tawa waranqakuna trompetata waqachiptinkuqa, tukuy kay pachaqa uyarinqa, mancharinqataq. Iskay profetakunawan rikuchisqa runakunaqa Consoladorpa “hawisqa” kanqaku “allin willakuykunata willanankupaq”; chay allin willakuykunaqa “inti lluqsimuy suyumanta, nortemantapas willakuykuna” kanku, chaymi Daniel 11:44pi norte reyta “llakichin,” chaytataq domingo kamachiy sasachakuy persecutakuy qallariyninmanta señalan. Chay p’unchaykunapiqa mana judío nacionkunaqa Babiloniamanta lluqsiy willakuyta uyarispa kutichinqaku, hamuspa Señorpa sacerdotenkunaman hukllanakunqaku; paykunaqa hinallataq “Isaípa saphin” nisqahina rikuchisqa kanku, chaywanmi biblia yachachiypa metodologíanta reqsichin, ima nisqawanmi mana judío nacionkunaman amonestación willakuyta qhawarichinqaku.</w:t>
      </w:r>
    </w:p>
    <w:p>
      <w:pPr>
        <w:pStyle w:val="ArticleScripture"/>
        <w:jc w:val="left"/>
      </w:pPr>
      <w:r>
        <w:rPr>
          <w:rFonts w:ascii="Times New Roman" w:hAnsi="Times New Roman" w:eastAsia="Times New Roman" w:cs="Times New Roman"/>
        </w:rPr>
        <w:t>Chay p’unchaypiqa kanqa Jesépa saphin, llaqtakunapaq unanchachisqa hina sayarinqa; paymanmi mana judío runakuna maskhanqaku; samaynintaq hatun k’anchaywanmi kanqa. Chay p’unchaypitaqmi Señorqa makinwan yapamanta iskay ñiqin kutipi haywarinqa llaqtanpa puchuqnin qhepaqninman kutichinampaq, pichus qhipasqa kashan Asiriamanta, Egiptomanta, Patrosmanta, Cusmanta, Elammanta, Sinarmanta, Hamatmanta, hinaspa lamar qochapi wat’a islaskunamantapas. Paytaqmi llaqtakunapaq unanchachisqata hoqarinqa, Israelmanta qarqosqakunata huñurinqa, Judápa chinkachisqa masinkunatataq kay pachapa tawa kuchunkunamanta huñuchkanqa. Isaías 11:10–12.</w:t>
      </w:r>
    </w:p>
    <w:p>
      <w:pPr>
        <w:pStyle w:val="ArticleBody"/>
        <w:jc w:val="left"/>
      </w:pPr>
      <w:r>
        <w:rPr>
          <w:rFonts w:ascii="Times New Roman" w:hAnsi="Times New Roman" w:eastAsia="Times New Roman" w:cs="Times New Roman"/>
        </w:rPr>
        <w:t>Señorqa llapan ayllunkunata huñurqan 11 septiembre 2001 p’unchaypi chay willakuywan, maypin Islampa maqanakusqanta reqsichirqan kimsa ñak’ariypa chayamunan kasqanta hina. Señorqa yapamanta huk kuti iskay ñiqin kutipi ayllunkunata huñun, ñan ñanpi wañusqa kasqankumanta qhipa. Chayta ruwaspan, huñusqakuna sutichasqa kanku “Israelpa qarqusqankuna”, “Judápa ch’iqichisqankuna” nispa. Paykunaqa 18 julio 2020 p’unchaypi ñankunaman qarqusqa karqanku, ichaqa iskay ñiqin kutipi huñusqa kanku Diospa huk uywankunata, Babilonia llaqtapiraq kaqkunata, huñunapaq unancha kananpaq. Babilonia llaqtapiraq kaqkunapa huñuyninqa qallarin Estados Unidos llaqtapi Domingo kamachiywan, chaymi Apocalipsis chunka pusaqniyuqpi iskay rimaykunamanta iskay ñiqinniyoq kasqa.</w:t>
      </w:r>
    </w:p>
    <w:p>
      <w:pPr>
        <w:pStyle w:val="ArticleBody"/>
        <w:jc w:val="left"/>
      </w:pPr>
      <w:r>
        <w:rPr>
          <w:rFonts w:ascii="Times New Roman" w:hAnsi="Times New Roman" w:eastAsia="Times New Roman" w:cs="Times New Roman"/>
        </w:rPr>
        <w:t>Ñawpaq tantanakuyqa ruwakurqa 11 septiembre 2001 p’unchawpi, Islam llaqtamanta Estados Unidosman maqanakusqanwan. Señal hina iskay kuti tantanasqa kananpaq paykunaqa representasqa kanku Jesépa saphin hina, mayqen simboloqa Alpha hinallataq Omega llamk’ayta rikuchin, huk imapa tukukuyninta huk imapa qallariyninwan kuska rikuchispa. Ñawpaq tantanakuyqa Islammanta Estados Unidosman maqanakuywan señalasqa karqa, chaymi rikuchin hinaspa reqsichin Islampa Estados Unidosman maqanakusqanta iskay kaq tantanakuy hina. Jesépa saphin gentilkunapaq señal hina sayasqanpi, paypa “samaynin” hatun yupaychasqa kanqa; señalqa Babiloniapiraq kaqkunata pusanqa Bibliapi ñawpaq ñanman kutichinankupaq, qanchis kaq p’unchaw samana p’unchawman, chay hina gentilkunapaq señalta hatarichisqanta señalaspa domingo ley krizispi.</w:t>
      </w:r>
    </w:p>
    <w:p>
      <w:pPr>
        <w:pStyle w:val="ArticleBody"/>
        <w:jc w:val="left"/>
      </w:pPr>
      <w:r>
        <w:rPr>
          <w:rFonts w:ascii="Times New Roman" w:hAnsi="Times New Roman" w:eastAsia="Times New Roman" w:cs="Times New Roman"/>
        </w:rPr>
        <w:t>“Unancha” ñawpaqtaqa huk pichakuy ruwayta experiencian, chaymi qhawachisqa kashan Malaquías qillqapi kimsa kaq capítulope, Cristoq iskay kuti templota pichasqanwan, chaymantaqa Millerita kuyuy tukukuyninpi chunka sipaskunamanta rikch’achiywanpas. Qallariypi pichakuy ruwayqa tukuyninpiqa sut’ita-sut’in replicakun, hinaspataq Isaías sut’inchasqa huk sapa mesa nisqawan, mayqinchus huk qillqapi qhawasqa karqan. Adventismoq hatariyninqa llullaq mesa 1863 watapi rurasqa karqan, Habacuc qillqap iskay kaq capítulope sut’inchasqa iskay mesakunata rechazaypaq chaymantapas rantiypaq.</w:t>
      </w:r>
    </w:p>
    <w:p>
      <w:pPr>
        <w:pStyle w:val="ArticleScripture"/>
        <w:jc w:val="left"/>
      </w:pPr>
      <w:r>
        <w:rPr>
          <w:rFonts w:ascii="Times New Roman" w:hAnsi="Times New Roman" w:eastAsia="Times New Roman" w:cs="Times New Roman"/>
        </w:rPr>
        <w:t>Kunan riy, risqankupaq qillqay tabla patapi, hinaspa qillqay huk libropi, qhipa pacha rayku wiñaypaq wiñaypaq kananpaq: kayqa huk hatariq llaqtam, llulla wawakunam, Señorpa kamachisqanta mana uyariyta munaq wawakunam; paykunaqa rikukuqkunata nin: “Ama rikuychischu”; hinaspa profetakunata: “Ama chiqap kaqkunata ñawpaqman willawaychischu; llamp’u simikunallata rimapayawaychik, engañokunata profetizaychik. Ñanta saqeychik, chaki ñanmanta lluqsiychik, Israelpa Santo Nispata ñawpaqniykumanta chinkachiychik.” Chayrayku hinata nin Israelpa Santo Nisqa: Kay simita pisipaqchaspa, ñak’ariychaypi hinaspa millay q’ewiypi hap’ipakuspa, chaykunapi sayakuspam kankichik; chayrayku kay mana allin rurasqaykichik qankunapaq kanqa hina urmaqpaq wakichisqa llikim, hatun perqa patapi puquspa lluqsimuq, p’akikuyninqa usqhaylla, huk ratullapi hamun. Hinaspa payqa chayta p’akinqa hina alfareropa mankap p’akikuynta, t’ukusqa t’ukusqa; mana khuyapayaspam p’akinqa; hinaqtinmi mana tarikunqachu p’akikusqan ukhupi huk allp’a t’ika, q’onchamanta nina apananpaq, otaq p’ukyumanta unu oqarinanpaq. Señor Dios, Israelpa Santo Nisqaqa hinatan nin: Kutirimuypi hinaspa samaypi qispichisqa kankichikman; ch’inlla kaypi hinaspa confianzapi kallpaykichik kanman karqa; ichaqa mana munarqankichikchu. Aswanpas nirqankichik: “Manan; caballokunapi ayqekusaqku”; chayraykun ayqenkichik. Hinaspa: “Usqhay puriqkunapi sillakusaqku”; chayraykun qatikamuqniykichikpas usqhaylla kanqaku. Waranqa runakuna hukpa q’apariyninmanta ayqenqaku; phichqapa q’apariyninmanta ayqenkichik, orqopa umanpi huk señal hina, moqopa patanpi huk banderín hina sapallan saqesqa kanaykikama. Chayraykun Señorqa suyanqa qankunaman allin sonqowan kuyapayakunanpaq; chayraykun hatunchasqa kanqa qankunaman khuyapayakuyninta rurananpaq; Señorqa justicia Diosmi. Kusisqan kachun llapa payta suyaqkunaqa. Sionpi, Jerusalén llaqtapi runakunan tiyakonqaku; manan mastachu waqankichik. Qapariyniykipa siminta uyarispan anchata kuyapayakusunkichik; uyarispan kutichisunkichik. Isaías 30:8–19.</w:t>
      </w:r>
    </w:p>
    <w:p>
      <w:pPr>
        <w:pStyle w:val="ArticleBody"/>
        <w:jc w:val="left"/>
      </w:pPr>
      <w:r>
        <w:rPr>
          <w:rFonts w:ascii="Times New Roman" w:hAnsi="Times New Roman" w:eastAsia="Times New Roman" w:cs="Times New Roman"/>
        </w:rPr>
        <w:t>1863 watapi Adventismo qallarinmi William Millerpa willakuynin proféticota saqespa qichuyta, imaynachus chayqa Habacucpa iskay santu tablapi rikuchisqa karqan hina. Jesusqa tukukuyninta qallariyninwanmi rikuchin. Kay pasajepeqa, Adventismopa qallariyninpi hatarirqa runakunaqa, Adventismopa tukukuyninpipas hatarirqa runakunatam reqsichinku. Ishkay casopi hatariyqa sapa historiapa willakuynin proféticota hinallataq metodologianta qichusqankutam reqsichin, paykuna “qhawariqkunaman” nispanku: “Ama qhawariychu; hinaspa profetakunaman: Ama cheqaq imakunatachu ñuqaykuman willaychik; llamp’u imakunata ñuqaykuman rimaychik, engañokunata willaychik” nispa.</w:t>
      </w:r>
    </w:p>
    <w:p>
      <w:pPr>
        <w:pStyle w:val="ArticleBody"/>
        <w:jc w:val="left"/>
      </w:pPr>
      <w:r>
        <w:rPr>
          <w:rFonts w:ascii="Times New Roman" w:hAnsi="Times New Roman" w:eastAsia="Times New Roman" w:cs="Times New Roman"/>
        </w:rPr>
        <w:t>Paykunamanta lluqsiyta yuyanku imaynam “Ñanmantam lluqsiychis, ñanmanta wit’uychis, Israelpa Santoqnin ama ñawpaqniykupi kačunchu” nispa willakusqankupi. Ch’uyakunaq ñanninqa Jeremías qanchis kaq t’aqapi chunka soqtayuq, chunka qanchisniyuq versículokunapi nisqa “ñawpaq ñankuna” nisqaqa. Hatariqkunaqa sayayta yuyanku mana sayaq yachachiy cheqaqkunapi purinankupaq, nitaq uyariyta qhawaqkuna waqachisqan trompetapa unquyninta, chay qhawaqkuna hatarichisqa kasqankuta rikuchispa, Millerita kuyuriyninta hinallataq Future for America kuyuriynintapas sut’inchaspa.</w:t>
      </w:r>
    </w:p>
    <w:p>
      <w:pPr>
        <w:pStyle w:val="ArticleScripture"/>
        <w:jc w:val="left"/>
      </w:pPr>
      <w:r>
        <w:rPr>
          <w:rFonts w:ascii="Times New Roman" w:hAnsi="Times New Roman" w:eastAsia="Times New Roman" w:cs="Times New Roman"/>
        </w:rPr>
        <w:t>Kaynataqmi nirqivoq Naalagaq: Aqqusinirni nikorfaqqushitsi, takulunilu, apiqqutigilugillu pisoqqat aqqutait, sumiinnersoq ajunngitsoq aqqut, taannalu malillugu pisigitsi, taavami tarniqassinnut qasuersaarnermik nanisissaasi. Kisianni oqarput: Taanna malillugu pisassanngilagut. Aamma alapernaarsuisunik ilissinnut inissitsivunga, oqarfigalusi: Tuttarutip nipaa tusarsiuk. Kisianni oqarput: Tusarniarnavianngilagut. Taamaattumik tusaritsi, inuiaat, ilisimalugulu, ilagiit, suna taakkunaniinnersoq. Tusarli, nuna: takulerit, inuiaqatigiinnut uunga ajunaarnermik tikiussivunga, tassa eqqarsaatimik inerititaa, oqaatsikka tusarsimanngimmatigik, inatsisigalu itigartikkamikkit. Jeremiah 6:16–19.</w:t>
      </w:r>
    </w:p>
    <w:p>
      <w:pPr>
        <w:pStyle w:val="ArticleBody"/>
        <w:jc w:val="left"/>
      </w:pPr>
      <w:r>
        <w:rPr>
          <w:rFonts w:ascii="Times New Roman" w:hAnsi="Times New Roman" w:eastAsia="Times New Roman" w:cs="Times New Roman"/>
        </w:rPr>
        <w:t>Rebeldekunapa mana munasqanku ñawpaq ñankunapi puriytaqa hinallataq rikuchisqa kachkan paykunapa munasqankuta “Israelpa Santo Ninqa paykunapa ñawpaqenmanta chinkachun” nispa; chayqa rikuchin Tutapi Qapariypa willakuyninta qhespichisqankuta, mayqinchus Alpha y Omega nisqapi sayasqa kachkan, Adventismoq qallariyninwan tukukuyninta sut’ichaspa.</w:t>
      </w:r>
    </w:p>
    <w:p>
      <w:pPr>
        <w:pStyle w:val="ArticleScripture"/>
        <w:jc w:val="left"/>
      </w:pPr>
      <w:r>
        <w:rPr>
          <w:rFonts w:ascii="Times New Roman" w:hAnsi="Times New Roman" w:eastAsia="Times New Roman" w:cs="Times New Roman"/>
        </w:rPr>
        <w:t>“Paykunapa qhipa ladonpi ñan qallariypi huk lliphipiq k’anchay churakusqa karqan, mayqintachus huk angel niwarqan: chayqa ‘chawpi tuta waqyaymi’ nisqa. Kay k’anchayqa tukuy ñan patapi k’ancharqan, chayhinataq chakinankupaq achkiyta qorqan, ama mitk’anankupaq.”</w:t>
      </w:r>
    </w:p>
    <w:p>
      <w:pPr>
        <w:pStyle w:val="ArticleScripture"/>
        <w:jc w:val="left"/>
      </w:pPr>
      <w:r>
        <w:rPr>
          <w:rFonts w:ascii="Times New Roman" w:hAnsi="Times New Roman" w:eastAsia="Times New Roman" w:cs="Times New Roman"/>
        </w:rPr>
        <w:t>“Paykunaqa ñawinkuta Jesúspi sutincharispa hap’iqtin, payqa ñawpaqninpi kaspa, llaqtaman pusashaqtin, allin waqaychasqa karqanku. Ichaqa mana unayllataqmi wakinkuna sayk’uspa nirqanku llaqtaqa ancha karupi kasqanta, ñawpaqtaña chayman haykusqankuman suyaspankuta. Chaymantataq Jesús paykunata kallpanchanman karqan hatun k’anchayniyuq paña makinta oqarispa, hinaspataq makimantan huk k’anchay lluqsimurqan adventista huñunapa hawanpi kuyurispa, paykunataq ‘¡Aleluya!’ nispa qaparirqanku. Wakinkunataq mana yuyaywan qhipankupi kaq k’anchayta ñiqirparqanku, hinaspataq nirqanku manan Dioschu chay hina karuman paykunata pusamurqan. Qhipankupi kaq k’anchayqa wañurqan, chakinkunata hunt’asqa tutayaypi saqespa; hinaspataq mitk’arqanku, señaltaq Jesústaq mana rikuyta atirqankuchu, ñanta saqespa uraypi kaq tutayaq, mana allin kayninnaq pacha-man urmaykuchkarqanku.” Christian Experience and Teachings of Ellen G. White, 57.</w:t>
      </w:r>
    </w:p>
    <w:p>
      <w:pPr>
        <w:pStyle w:val="ArticleBody"/>
        <w:jc w:val="left"/>
      </w:pPr>
      <w:r>
        <w:rPr>
          <w:rFonts w:ascii="Times New Roman" w:hAnsi="Times New Roman" w:eastAsia="Times New Roman" w:cs="Times New Roman"/>
        </w:rPr>
        <w:t>Chawpi Tuta Waqaywan rikuchisqa pichay ruray iskay kastata yupaychayqkunata paqarichin, hinaspa Isaías qillqap kimsa chunka kaq kapituluqa mana yachaq sipaskunapa aceite pisiyninta rikuchin yaku utaq nina mana huñuy atiy hina, iskayninkuqa Consoladorpa unanchaqninmi, Isaías kaynata qillqasqanpi: “paqariyninmi huklla, chay ratollaña hamun. Hinaspan chayta pakinqa, mit’u ruruchiqpa manka p’asqasqa hina, allinta ñut’usqa; manan khuyapaykunqachu; chay hinaqa p’akisqan ukhupi manan tarikunqachu huk chullallapas q’unirichina ninamanta nina apananpaq, nitaq poqomanta yakuta oqarinanpaq.” Paykunapa taripaynin “huklla, chay ratollaña” hamun, chawpi tuta waqaywan rikuchisqa hina, chaypiraqmi yachakunku aceite maskhanankupaq qhipa p’unchayña kasqanta. Isaíaspa testimoniunpi ninawan yakuqa chunka sipaskunapa rikch’ayninpi aceite nisqapa huknin rikuchisqanllam. Aceite, yaku hinaspa ninaqa carácter-ta rikuchinku, willakuytapas rikuchinku, hinallataq Consoladorpa qayllaynintapas. Kay unanchakunaqa mayqenpas manan jap’ikunachu chunka sipaskunapa taripaynin “huklla, chay ratollaña hamuptin.” Chayqa qhipa p’unchayñam.</w:t>
      </w:r>
    </w:p>
    <w:p>
      <w:pPr>
        <w:pStyle w:val="ArticleBody"/>
        <w:jc w:val="left"/>
      </w:pPr>
      <w:r>
        <w:rPr>
          <w:rFonts w:ascii="Times New Roman" w:hAnsi="Times New Roman" w:eastAsia="Times New Roman" w:cs="Times New Roman"/>
        </w:rPr>
        <w:t>Sapan qespisqaqaqqa atinisqa kachkanllapin, chaymi Jeremíasman prometisqa karqa, ñawpaq kaq llakikuy qhepaman huk llakikuywan mana allinta suyasqakunata pay rikuchisqanpi. Diospa llaqtan payman kutirimuptinkuqa, Paypas paykunaqman kutirimunman karqa; ichaqa hatarikuqkuna mana munankuchu, ñanta k’ancharisqa k’anchaypas wañupun. Qallariypi kaq k’anchayqa Chaupi Tuta Qapariymi karqa, ñawpaqman ñanpas Cristoq hatun lliphipiq paña makiwan wiñay kawsaykama k’ancharisqa karqa. Cristoqa chay ñanpi puriqkunaq ñawpaqenpi kasharqa, qhepapi kaq k’anchaypas chaylla k’anchay kanan tiyan; imaraykuchus Cristoqa ñanpa tukukuyninta qallariyninwan rikuchin. Chaupi Tuta Qapariyqa karqan hinallataq kunanpas kay pacha cheqaq chiqap kaq willakuymi.</w:t>
      </w:r>
    </w:p>
    <w:p>
      <w:pPr>
        <w:pStyle w:val="ArticleScripture"/>
        <w:jc w:val="left"/>
      </w:pPr>
      <w:r>
        <w:rPr>
          <w:rFonts w:ascii="Times New Roman" w:hAnsi="Times New Roman" w:eastAsia="Times New Roman" w:cs="Times New Roman"/>
        </w:rPr>
        <w:t>“Sapa kuti chunka sipaskunapa rikch’ayninman kutichisqa kani, pichqaqa yuyaysapalla karqanku, pichqaqa mana yuyaysapalla. Kay rikch’ayqa tukuy qillqasqanman hina hunt’asqa kashan hinaspa hunt’akunqaraqmi, imaraykuchus kay p’unchaykunapaq huk sapaq ruranan kashan; hinaspa kimsa kaq angelpa willakuynin hina, hunt’asqa kashan hinaspa pacha tukuyninkama kunan pacha cheqaqmi kasqalla kanqa.” Review and Herald, August 19, 1890.</w:t>
      </w:r>
    </w:p>
    <w:p>
      <w:pPr>
        <w:pStyle w:val="ArticleBody"/>
        <w:jc w:val="left"/>
      </w:pPr>
      <w:r>
        <w:rPr>
          <w:rFonts w:ascii="Times New Roman" w:hAnsi="Times New Roman" w:eastAsia="Times New Roman" w:cs="Times New Roman"/>
        </w:rPr>
        <w:t>Paykunata ñawpaqpi Santoqta chinkachiyta munayqa manam Cristollatachu qichuy, aswanqa Cristota Alpha y Omega hina qichuymi. Chayqa Chawpi Tuta Qapariy willakuyta qichuymi. Chawpi Tuta Qapariy willakuyqa Adventismoq qallariyninpi pantasqa willakuyta allinchay karqa.</w:t>
      </w:r>
    </w:p>
    <w:p>
      <w:pPr>
        <w:pStyle w:val="ArticleBody"/>
        <w:jc w:val="left"/>
      </w:pPr>
      <w:r>
        <w:rPr>
          <w:rFonts w:ascii="Times New Roman" w:hAnsi="Times New Roman" w:eastAsia="Times New Roman" w:cs="Times New Roman"/>
        </w:rPr>
        <w:t>Ñan ñawpaq ñankunata mana chaskiq hatarikuqkunaqa, cheq kay runakunamanta sapa rakisqa huk llulla “misa”ta ruwakurqanku, imaynachus Millerita kuyuypi Chisi Waqaychasqapa hunt’asqanpi rikuchisqa karqa. Chaymantataq “waranqa” runakunaqa “hukpa phiñakuyninmanta” ayqekurqanku, hinaspan kuyuyqa usqhayllamanta pichqa chunka waranqamanta pichqa chunka runakamallaman uraykurqa. Ayqekurqanku “phiñakuymanta”, chay “pichqa” yuyaysapa sipaskunamanta hamusqanrayku, paykunaqa nirqanku mana ima aceiteniyuq kasqankuta rakinanpaq, aswanpas riykuspa sapaqpa aceite rantinankupaq kasqanta. Mana yuyaysapa sipaskunata yuyaysapakunamanta rakisqaqa yuyaysapa sipaskunata saqirqan “orqopa puntanpi huk achki hina, huk urqu patapi huk unanchahina.” Mana yuyaysapa sipaskunapa hatarikuyninku 22 ñiqin octubre killapi, 1844 watapi, 1863 watapi hatarikuyta rikuchirqan; imaraykuchus 22 ñiqin octubre killapi, 1844 watapiqa, chay chunka isqun watakunapa qallariynin karqa, mayqinchus Levitico iskay chunka suqtayuqpi “qanchis kuti” tukukuyninta reqsichin. Kay yachaymanta aswanraq rimayku kan, ichaqa 1844 watapi hatarikuyqa 1863 watapi hatarikuyta rikch’akurqan, hinaspan llulla misapa ruwasqa kasqan puntoyta señalan.</w:t>
      </w:r>
    </w:p>
    <w:p>
      <w:pPr>
        <w:pStyle w:val="ArticleBody"/>
        <w:jc w:val="left"/>
      </w:pPr>
      <w:r>
        <w:rPr>
          <w:rFonts w:ascii="Times New Roman" w:hAnsi="Times New Roman" w:eastAsia="Times New Roman" w:cs="Times New Roman"/>
        </w:rPr>
        <w:t>Mana yuyayniyuq sipaskunapa muchuyta manchakuyqa, yachaq sipaskuna kawsarimuspanku chakinkupi sayariptinku rikuchisqa manchakuymin. Chaypim ña qhiparunña kutirimuyta atiy July 18, 2020 p’akisqa suyaymanta, hinaspa qhipaman ruwakunqa hanaq pacha-man wichariy, chaymi domingo kamachiypi pasan. Chaypim hatun pachakuti kasqa.</w:t>
      </w:r>
    </w:p>
    <w:p>
      <w:pPr>
        <w:pStyle w:val="ArticleScripture"/>
        <w:jc w:val="left"/>
      </w:pPr>
      <w:r>
        <w:rPr>
          <w:rFonts w:ascii="Times New Roman" w:hAnsi="Times New Roman" w:eastAsia="Times New Roman" w:cs="Times New Roman"/>
        </w:rPr>
        <w:t>Chay hora kikinpi hatun allpa kuyuy karqan, llaqtapa chunka huknin parten urmarqan, chay allpa kuyuy pichqa waranqa qharikuna wañuchisqa karqanku; puchuqkunataq mancharisqa kaspanku hanaq pacha Diosman hatunchayta qorqanku. Iskay ñak'ariy pasasqanña; qhawariy, kimsakaq ñak'ariy usqhayllam hamushan. Apocalipsis 11:13, 14.</w:t>
      </w:r>
    </w:p>
    <w:p>
      <w:pPr>
        <w:pStyle w:val="ArticleBody"/>
        <w:jc w:val="left"/>
      </w:pPr>
      <w:r>
        <w:rPr>
          <w:rFonts w:ascii="Times New Roman" w:hAnsi="Times New Roman" w:eastAsia="Times New Roman" w:cs="Times New Roman"/>
        </w:rPr>
        <w:t>Apocalipsis chunka hukniyuqmi rikuchin, Franciamanta Revolución tiempopi llaqtapa chunka huknin parte urmaqta, chay historiapi Francia nacionpas—iskay profetiku waqrayuq nacion, Sodoma hinatawan Egipto hinataq rikuchisqa—urmachisqa kasqanta. Franciapa iskay waqrankunaqa Estados Unidospa iskay waqrankunata yachachin.</w:t>
      </w:r>
    </w:p>
    <w:p>
      <w:pPr>
        <w:pStyle w:val="ArticleBody"/>
        <w:jc w:val="left"/>
      </w:pPr>
      <w:r>
        <w:rPr>
          <w:rFonts w:ascii="Times New Roman" w:hAnsi="Times New Roman" w:eastAsia="Times New Roman" w:cs="Times New Roman"/>
        </w:rPr>
        <w:t>Franciaqa profecía nisqapi chunka qhapaqkuna-manta huknin karqan, Daniel qanchispi pagan Roma-ta rikch’achiq; chayrayku qhapaq suyupa (llaqtapa) chunka kaqnin parte urmarqan. Cheqaqtapuni, Daniel qanchispa chay chunka waqra-kuna-manta, qepa p’unchaykunapi papado-ta kay pachapa trono-man churakuq 538 watapi, Franciaqa papado-ta sayarichiq hatun aswan ñawpaq qhapaq suyurqan. Daniel qanchispa chay chunka atiykunamanta huknin hina, Franciaqa Apocalipsis chunka kimsayuqpi iskay waqrayuq allpa animalpa ruwayninta rikch’achin. Estados Unidosqa tukukuy p’unchaykunapi papadopaq chay kikin ruwayta hunt’an, imayna Francia qallariypi ruwarqan hina. Estados Unidosqa chunka reykunapa ñawpaq atiyninmi, Naciones Unidas-ta rikch’achiqkunamanta, hinaspa domingo kamachikuypa allpa kuyuypi urman. Kay versículokunamanta aswan hunt’asqa rimarisun qatiq artículo-pi.</w:t>
      </w:r>
    </w:p>
    <w:p>
      <w:pPr>
        <w:pStyle w:val="ArticleBody"/>
        <w:jc w:val="left"/>
      </w:pPr>
      <w:r>
        <w:rPr>
          <w:rFonts w:ascii="Times New Roman" w:hAnsi="Times New Roman" w:eastAsia="Times New Roman" w:cs="Times New Roman"/>
        </w:rPr>
        <w:t>Kay qillqaqa hatun sasachakuyninkunam hukninqa kaymi: Diospa llaqtanta sayariychin chay willakuymi kasqan; imaraykuchus chay sayariq Comforterqa aceiteta rikch’achin, chay aceitetaq mana Espíritu Santollatachu rikch’achin, aswanpas Diospa llaqtanman kachamusqan willakuykunatapas. Apocalipsis chunka hukniyuqpa chay willakuynin, Moisesta Elíastawan sayariychisqan, Jeremiasman qosqa promesawanpas rikch’achisqa kachkan.</w:t>
      </w:r>
    </w:p>
    <w:p>
      <w:pPr>
        <w:pStyle w:val="ArticleScripture"/>
        <w:jc w:val="left"/>
      </w:pPr>
      <w:r>
        <w:rPr>
          <w:rFonts w:ascii="Times New Roman" w:hAnsi="Times New Roman" w:eastAsia="Times New Roman" w:cs="Times New Roman"/>
        </w:rPr>
        <w:t>Chaymi hina nin Señor: Sichus kutirikunkiqa, hinaspa kutichisqayki, ñawpaqniypi sayankiq. Sichus ancha chanin kaqta mana allin kaqmanta rakinkiqa, simiyniy hina kanki. Paykuna qamman kutirimuchunku; qanqa ama paykunaman kutiriychu. Kay llaqtapaqmi broncemanta perqaychasqa perqata hina ruwasqayki; paykuna qawanakusunkim, ichaqa manam atipaykusunkichu; noqaqa qanwanmi kani salvaykusunaypaq, hinaspa qispichisunaypaq, nin Señor. Hinaspa mana allin runakunapa makinmanta orqosqayki, manchay runakunapa makinmantapas rantispa qispichisqayki. Jeremías 15:19–21.</w:t>
      </w:r>
    </w:p>
    <w:p>
      <w:pPr>
        <w:pStyle w:val="ArticleBody"/>
        <w:jc w:val="left"/>
      </w:pPr>
      <w:r>
        <w:rPr>
          <w:rFonts w:ascii="Times New Roman" w:hAnsi="Times New Roman" w:eastAsia="Times New Roman" w:cs="Times New Roman"/>
        </w:rPr>
        <w:t>Isaíasqa chay kikinta mañakuyta rurarqan nispa: “Kayhinanmi Señor Dios, Israelpa Santo Ninqa nin: Kutirimuspa samakuspaykichikmi qespichisqa kankichik.” Isaíasqa yaparqan chay “kutirimuyqa” tincuchikuy willakuypi suyay p’unchaywan t’inkisqa kasqanta, imaraykuchus qillqarqan: “Chayraykun Señorqa suyanqa qankunaman khuyapayakunanpaq, chayraykun hatunchasqa kanqa qankunata llakipayakunanpaq; Señorqa taripaq Diosmi: ancha kusisqaqa payta suyaqkunaqa.”</w:t>
      </w:r>
    </w:p>
    <w:p>
      <w:pPr>
        <w:pStyle w:val="ArticleBody"/>
        <w:jc w:val="left"/>
      </w:pPr>
      <w:r>
        <w:rPr>
          <w:rFonts w:ascii="Times New Roman" w:hAnsi="Times New Roman" w:eastAsia="Times New Roman" w:cs="Times New Roman"/>
        </w:rPr>
        <w:t>Jeremías sut’ichasqan hina Diospa “simin” kaypa hatun allin kaqninqa Diospaq rimaymi, chay pachapi Estados Unidos nisqaqa “amaru hinam rimarin” nisqa kaptin. Chaymanta Diospa llaqtan rimarisqan simikunaqa papal uywapa señalanmanta willakuq waqyaymi kanqa. Chay hatun ancha k’anchayniyuq kuyuypi kuska kaypaqmi kutimunanchik tiyan.</w:t>
      </w:r>
    </w:p>
    <w:p>
      <w:pPr>
        <w:pStyle w:val="ArticleScripture"/>
        <w:jc w:val="left"/>
      </w:pPr>
      <w:r>
        <w:rPr>
          <w:rFonts w:ascii="Times New Roman" w:hAnsi="Times New Roman" w:eastAsia="Times New Roman" w:cs="Times New Roman"/>
        </w:rPr>
        <w:t>Sichus kutimunki chayqa, Israel, nispa Señor rimarin, noqaman kutimuy; hinaspa chay millay abominacionnikikunata ñawpaqniymanta apaqtikiqa, mana waqmanmi purinki. Hinaspa juranki: “Señorqa kawsanmi”, cheqaqpi, juicioypi, hinaspa justiciawan; llapa nacionkunapas paypi kikinchikta bendecinqaku, paypitaq hatunchakunku. Kayhinatan Señor rimarin Judá runakunaman hinaspa Jerusalén llaqtapi tiyakuqkunaman: chakrayoq allpaykikuna mana yapusqatan yapuychis, ama kashakunapurapi tarpuychischu. Señorman circuncidaychik, sonqoykichikpa prepuciokunatapas qechuychis, Judá runakuna, Jerusalén llaqtapi tiyakuqkuna; mana chayqa phiñakuyniy nina hina lluqsispa ruphanqa, mana pipas wañuchiyta atisqan hina, ruwasqaykichikpa mana allin kayninrayku. Willaychis Judápi, hinaspa Jerusalénpi uyarichiychis; hinaspa niychis: trompetata suyupi waqachiychis; qapariychis, huñunakuychis, hinaspa niychis: huñunakusunchik, hinaspa amparasqa llaqtakunaman yaykusunchik. Sionman señalta sayarichiychis: ayqekuychis, ama qhipayaychischu; imaraykuchus noqaqa norte lawmanta mana allintan apamusaq, hatun chinkachiynintawan. Leonqa sach’a pakakunanmanta lluqsimunñan, hinaspa nacionkunata chinkachiqpas ñanninpimñan; maypi kasqanmantan lluqsirqan suyuykita chunyachinampaq; llaqtaykikunataq usqhayllam tukuchisqa kanqaku, mana mayqan tiyaqniyoq. Jeremías 4:1–7.</w:t>
      </w:r>
    </w:p>
    <w:p>
      <w:pPr>
        <w:pStyle w:val="ArticleScripture"/>
        <w:jc w:val="left"/>
      </w:pPr>
      <w:r>
        <w:rPr>
          <w:rFonts w:ascii="Times New Roman" w:hAnsi="Times New Roman" w:eastAsia="Times New Roman" w:cs="Times New Roman"/>
        </w:rPr>
        <w:t>Ichaqa, Señorpa Espírituyninmi Gedeonman hamurqan, hinaspan waqra putututa pukllarqan; chaymantataq Abiezer ayllum qhepanta huñukurqan. Hinallataq kachaqkunata cacharqan llapa Manasés suyuntinpi; paykunapas qhepanta huñukurqanku. Hinaspan kachaqkunata cacharqan Aserman, Zabulónman, Nefthalímanpas; paykunataq wicharqamurqanku tinkuq. Jueces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Hamuq p’unchaykuna Amerikapaq, hinaspa 18 julio 2020 watapi - Soqta yupayniyuq</dc:title>
  <dc:subject>Unanchakuy Señal</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