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Hamuq p’unchaykuna América llaqtapaq hinaspa 18 de julio de 2020 — Yupay siete</w:t>
      </w:r>
    </w:p>
    <w:p>
      <w:pPr>
        <w:pStyle w:val="ArticleSubtitle"/>
        <w:jc w:val="left"/>
      </w:pPr>
      <w:r>
        <w:rPr>
          <w:rFonts w:ascii="Arial" w:hAnsi="Arial" w:eastAsia="Arial" w:cs="Arial"/>
        </w:rPr>
        <w:t>Flechero runakuna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Qhipa p’unchawpi huk qillqapi rimarqayku Isaías iskay chunka iskayniyuqpi kaq “rikuy wayq’upa llasaqmanta”. Chaypi reqsirqayku “rikuy wayq’u” nisqaqa huk allpa sayay yupaychay kasqanta, “qhipa p’unchaykunapi” Laodicea llaqtayoqkunawan Filadelfia llaqtayoqkunawan t’aqasqa kasqankumanta. Imakunachus mana yuyayniyuq Laodicea sipas-virgenkunata phutukunaman huñuspa watarqan, chaykunaqa “flechachiqkuna” karqanku. Bibliamanta willakuypi flechachiqkunaqa Islamta sut’inchanku.</w:t>
      </w:r>
    </w:p>
    <w:p>
      <w:pPr>
        <w:pStyle w:val="ArticleScripture"/>
        <w:jc w:val="left"/>
      </w:pPr>
      <w:r>
        <w:rPr>
          <w:rFonts w:ascii="Times New Roman" w:hAnsi="Times New Roman" w:eastAsia="Times New Roman" w:cs="Times New Roman"/>
        </w:rPr>
        <w:t>Hinaspa Diosqa Abrahamta nirqan: Ama llakisqa kachunchu ñawpaqniykipi churiwan rayku, kamachisqa warmiykiwan raykupas; tukuy imatachus Sarak nisusqaykita, uyarinayki paypa siminta; Isaacpiqa mirayniyki sutichasqa kanqa. Kamachisqa warmipa churintapas suyutam rurasaq, mirayniyki kasqanrayku. Chaymantataq Abraham tutamanta paqarin p’unchayllapi hatarirqan, t’antata, unu waqaychanatawan hap’ispataq Hagarman qurqan, rikranman churapuspa, churintawan, hinaspa kacharparqan. Payqa ripurqan, Beer-sheba ch’in pampa purirqan. Unutaq waqaychanapi tukukapurqan; hinaspataq warmiqa churita huk sach’a uraman wikch’urqan. Chaymanta ripuspa, paymanta karullapi tiyaykukusqa, flecha wikch’unapaq hina karupi; nispan: Ama rikuyta munanichu wawan wañusqanta, nispa. Hinaspa paymanta chimpampi tiyaykuspa, sinchita qaparirqan, waqarqan. Diosqa uyarirqan churiq siminta; Diospa angelnintaq hanaq pachamanta Hagarman qayarqan, nirqantaq: Imataq qampaq, Hagar? Ama manchakuychu; Diosqa uyarinmi churiq siminta maypichus kashan chaypi. Sayariy, churita oqarispa makiykipi hap’iy; hatun suyutam paymanta rurasaq, nispa. Hinaspa Diosqa ñawinta kicharirqan, unuyuq p’uyñuta rikurqan; chayman rispataq waqaychanata unuwan hunt’arqan, hinaspa churiyman ukyachirqan. Diosqa churiwan kasharqan; paytaq wiñarqan, ch’in pampapi tiyakurqan, flechayuq runam tukurqan. Génesis 21:12–21.</w:t>
      </w:r>
    </w:p>
    <w:p>
      <w:pPr>
        <w:pStyle w:val="ArticleBody"/>
        <w:jc w:val="left"/>
      </w:pPr>
      <w:r>
        <w:rPr>
          <w:rFonts w:ascii="Times New Roman" w:hAnsi="Times New Roman" w:eastAsia="Times New Roman" w:cs="Times New Roman"/>
        </w:rPr>
        <w:t>Ismaelqa, Hagarpa churin, Islam suyukunapa taytan kananpaqmi karqa, hinaspataq “flechawan maqaq” hina rikuchisqa karqa. Ismaelmanta ñawpaq kaq rimayqa, Bibliapi willakusqa profecíapi ruwananpaq llamk’ayninta reqsichin.</w:t>
      </w:r>
    </w:p>
    <w:p>
      <w:pPr>
        <w:pStyle w:val="ArticleScripture"/>
        <w:jc w:val="left"/>
      </w:pPr>
      <w:r>
        <w:rPr>
          <w:rFonts w:ascii="Times New Roman" w:hAnsi="Times New Roman" w:eastAsia="Times New Roman" w:cs="Times New Roman"/>
        </w:rPr>
        <w:t>Hinamantaqmi Señorpa angelnin payta nirqan: Qhawariy, wiksayuqmi kachkanki, huk qharitaqmi wachanki, sutintataqmi Ishmael nispa churanki; imaraykuchus Señorqa ñak'ariyniykita uyariwan. Payqa sallqa runam kanqa; makinmi tukuy runakunapaq contranpi kanqa, hinallataq tukuy runakunapa makinpas paypa contranpi kanqa; llapa wawqenkunapa ñawpaqenpitaqmi tiyakunqa. Génesis 16:11, 12.</w:t>
      </w:r>
    </w:p>
    <w:p>
      <w:pPr>
        <w:pStyle w:val="ArticleBody"/>
        <w:jc w:val="left"/>
      </w:pPr>
      <w:r>
        <w:rPr>
          <w:rFonts w:ascii="Times New Roman" w:hAnsi="Times New Roman" w:eastAsia="Times New Roman" w:cs="Times New Roman"/>
        </w:rPr>
        <w:t>Islam llaqtam “sapa runapa contranpi” kanqa, hinaspa “sapa runapa makinqa” “paypa contranpi” kanqa. “Salqa” nispa t’ikrasqa simiqa Arabia llaqtapi kaq salqa asnon, chayrayku Ismael qallariymantapacha profecíaq unanchaqnin hina “caballo aylluwan” tinkisqa kachkan, hinaspa payqa kay pachapi llapa llaqtakunata huñunqa paypa llaqtanapa contranpi.</w:t>
      </w:r>
    </w:p>
    <w:p>
      <w:pPr>
        <w:pStyle w:val="ArticleBody"/>
        <w:jc w:val="left"/>
      </w:pPr>
      <w:r>
        <w:rPr>
          <w:rFonts w:ascii="Times New Roman" w:hAnsi="Times New Roman" w:eastAsia="Times New Roman" w:cs="Times New Roman"/>
        </w:rPr>
        <w:t>Miller runakuna reqsirqanku Apocalipsis isqonniyuqpi kimsa ay ayqekuna Islampa profetapas willakuynin kasqanta; chayta ruwaspankutaq, Habacucpa ishkay santu tablankunapipas Islamta huk caballohina rikuchirqanku. Chay tablaskunaqa “Señorpa makinwan pusasqa” karqanku, Habacuc iskay kaq kapítulopi willasqañam karqan. Cheqaqta, Islam Apocalipsis pusaqniyuq kapítulo chunka kimsayoq versículopi nisqa kimsa ay ayqekunawan rikuchisqa kasqanta mana chaskiyqa, Profecíapa Espíritunta hinaspa Habacuctapas mana chaskiymi. Chayqa Bibliatawan Profecíapa Espírituntawan iskayninta mana chaskiymin.</w:t>
      </w:r>
    </w:p>
    <w:p>
      <w:pPr>
        <w:pStyle w:val="ArticleScripture"/>
        <w:jc w:val="left"/>
      </w:pPr>
      <w:r>
        <w:rPr>
          <w:rFonts w:ascii="Times New Roman" w:hAnsi="Times New Roman" w:eastAsia="Times New Roman" w:cs="Times New Roman"/>
        </w:rPr>
        <w:t>Qhawarirqani, uyarirqanitaq hanaq pacha chawpinpi phawan huk angelta, hatun qapariyninwan nispa: ¡Ay, ay, ay, kay pachapi tiyaqkunapaq, kimsa angelkunapa wakin trompetankuna waqyasqankumanta, chaykunaqa manaraq waqyasqa kachkaptin! Apocalipsis 8:13.</w:t>
      </w:r>
    </w:p>
    <w:p>
      <w:pPr>
        <w:pStyle w:val="ArticleBody"/>
        <w:jc w:val="left"/>
      </w:pPr>
      <w:r>
        <w:rPr>
          <w:rFonts w:ascii="Times New Roman" w:hAnsi="Times New Roman" w:eastAsia="Times New Roman" w:cs="Times New Roman"/>
        </w:rPr>
        <w:t>Cheqaqta qillqayta mana chaskiyqa wañuchiy ninakunaman watasqa kaymi, hinaspa Adventismopa cheqaqta sapa kuti aswan karuman qochkakusqanqa 1863 watapi qallarikurqan. Islammi chay asuntoqa kay pachapi llapa nacionkunata kimsañiqin ay ayakuy pachapi huñunaypaq apamun. Kay hukllachasqa kayqa 11 septiembre 2001 watapi rikuchisqa karqan; chayqa qanchis truonokunapa ñawpaq waymarknin kaspan, chaymantapas qhipa waymarknin qanchis truonokunapa kananmi tiyan. “Qhipa p’unchaykunapi” qanchis truonokunapa qhipa waymarkninqa domingo kamachikuymi, chaymantataq kimsañiqin ay ayakuyqa usqhayllam hamun. Nacionkunata phiñachiq atiyniyuqqa Islammi, hinaspa qhipa p’unchaykunapi Islamqa nacionkunata 11 septiembre 2001 watapi phiñachirqan, ichaqa chay pachallapitaq “arkasqa, sayachisqa” karqanku. Chay pachapi qhipa paraqa qallariqmi ch’iqchiyta qallarin, hunt’asqa pampachakuy hamunankama, maypachachus novia warmi pay kikinta wakichikun.</w:t>
      </w:r>
    </w:p>
    <w:p>
      <w:pPr>
        <w:pStyle w:val="ArticleScripture"/>
        <w:jc w:val="left"/>
      </w:pPr>
      <w:r>
        <w:rPr>
          <w:rFonts w:ascii="Times New Roman" w:hAnsi="Times New Roman" w:eastAsia="Times New Roman" w:cs="Times New Roman"/>
        </w:rPr>
        <w:t>“Chay pacha, qespichiy llamk’ay tukukuyman qayllaykaptin, kay pachapi llakikuy hamunqa, nacionkunapas phiñakunqaku, ichaqa hark’asqa kashanku mana kinsa kaq angelpa llamk’ayninta hark’anankupaqchu. Chay pacha ‘qhipa tamya’, utaq Señorpa qayllanmanta musuq kallpachakuy hamunqa, kinsa kaq angelpa sinchi waqyayninta atiychaypaq, hinallataq santokunata wakichinqa qanchis qhipa plaga jich’akusqan pachapi sayarinankupaq.” Early Writings, 85.</w:t>
      </w:r>
    </w:p>
    <w:p>
      <w:pPr>
        <w:pStyle w:val="ArticleBody"/>
        <w:jc w:val="left"/>
      </w:pPr>
      <w:r>
        <w:rPr>
          <w:rFonts w:ascii="Times New Roman" w:hAnsi="Times New Roman" w:eastAsia="Times New Roman" w:cs="Times New Roman"/>
        </w:rPr>
        <w:t>2001 watapi 11 ñiqin septiembre killapi kawsakqakunapa taripayninqa qallarikurqan, nacionkunaqa phiñakurqanku Islampa Estados Unidos contra maqanakusqanrayku, chaymanta qhipa paraqa urmamuyta qallarikurqan. Taripayqa Diospa wasinwanmi qallarin, hinaspa Diospa wasinpa taripayninqa domingo kamachiy sasachakuykama tukukun; chaymantaqa Diospa huk rebañonpa taripayninmi qallarin. Kay aswan ancha allin yachachikuywanqa achka imakunami tinkisqa kachkan, ichaqa kay chiqaqkunaqa allin qillqasqa hinam qawachisqa kanku kay seriepi, Habakkukpa Tablankuna nisqapi. Ancha importante karqan kaykunata kay artículopi churay manaraq kutimunanchikpaq Apocalipsis chunka hukniyuqpa willakuyninman.</w:t>
      </w:r>
    </w:p>
    <w:p>
      <w:pPr>
        <w:pStyle w:val="ArticleScripture"/>
        <w:jc w:val="left"/>
      </w:pPr>
      <w:r>
        <w:rPr>
          <w:rFonts w:ascii="Times New Roman" w:hAnsi="Times New Roman" w:eastAsia="Times New Roman" w:cs="Times New Roman"/>
        </w:rPr>
        <w:t>Chay horallapitaq hatun pachakuy karqa, llaqtapa chunka huknin kaqnin urmarqa, chay pachakuy piraqtaq qanchis waranqa runakuna wañurqanku; puchuqkunaqtaq mancharisqa kaspanku hanaq pacha Diosman hatunchayta qorqanku. Iskay ñak'ariyqa pasañanña; qhawariy, kinsa kaq ñak'ariyqa utqayllam hamushan. Apocalipsis 11:13, 14.</w:t>
      </w:r>
    </w:p>
    <w:p>
      <w:pPr>
        <w:pStyle w:val="ArticleBody"/>
        <w:jc w:val="left"/>
      </w:pPr>
      <w:r>
        <w:rPr>
          <w:rFonts w:ascii="Times New Roman" w:hAnsi="Times New Roman" w:eastAsia="Times New Roman" w:cs="Times New Roman"/>
        </w:rPr>
        <w:t>Revolución Francesapi Francia nacionpa tikrasqa kashanta señalasqa “hatun allpa kuyuy”qa domingo leypi Estados Unidospa tikrasqa kashanta rikuchin. Nacional apostasiamanta qhepantam nacional tukunakuy hamunan; hinallataq Estados Unidos tukusqa kaptinqa tukuy kay pacham saphinkama kuyurinqa, chayrayku “allpa kuyuy” nisqa unanchasqa. Chay pachaqa “kimsa kaq llakiy utqaymanta hamun.” Islamqa iskay santu mesakunapi Apocalipsis isqun ñiqipi kaq ñawpaq kaq hinallataq iskay kaq llakiymanmi reqsisqa; chayrayku ñawpaq kaq llakiy Islam kaptin, iskay kaq llakiypas Islam kaptin, kimsa kaq llakiyqa Islam kananmi, imaraykuchus iskay testigokunapa qhawariyninwanmi imapas takyachisqa kan. Estados Unidosqa domingo leypi Islammanta huk kutitawan maqasqa kanqa.</w:t>
      </w:r>
    </w:p>
    <w:p>
      <w:pPr>
        <w:pStyle w:val="ArticleBody"/>
        <w:jc w:val="left"/>
      </w:pPr>
      <w:r>
        <w:rPr>
          <w:rFonts w:ascii="Times New Roman" w:hAnsi="Times New Roman" w:eastAsia="Times New Roman" w:cs="Times New Roman"/>
        </w:rPr>
        <w:t>Ezequielpa tullunkakunapa wayq’onta rimaruspa, Hermana White kayta qillqarqan.</w:t>
      </w:r>
    </w:p>
    <w:p>
      <w:pPr>
        <w:pStyle w:val="ArticleScripture"/>
        <w:jc w:val="left"/>
      </w:pPr>
      <w:r>
        <w:rPr>
          <w:rFonts w:ascii="Times New Roman" w:hAnsi="Times New Roman" w:eastAsia="Times New Roman" w:cs="Times New Roman"/>
        </w:rPr>
        <w:t>“Angelkuna tawa wayrata hap’ishanku, piqpis phiñakusqa kawallu hina rikuchisqa, kacharirikuyta munaspa llapa kay pachapa uyanta patanta phawaykuspa p’akiytawan wañuyta ñannimpi apamunanpaq.”</w:t>
      </w:r>
    </w:p>
    <w:p>
      <w:pPr>
        <w:pStyle w:val="ArticleScripture"/>
        <w:jc w:val="left"/>
      </w:pPr>
      <w:r>
        <w:rPr>
          <w:rFonts w:ascii="Times New Roman" w:hAnsi="Times New Roman" w:eastAsia="Times New Roman" w:cs="Times New Roman"/>
        </w:rPr>
        <w:t>«¿Puñuysunchu wiñay pacha kayman yaykunapaq patapi kashaspanchik? ¿Qeñusqa, chiri, wañusqa hinachu kasunchik? ¡Ay!, imaynatachus munayku iglesiakunapi Diospa Espiritunwan samayninwanpas runankunaman phukusqa kananta, chaymanta chakinkupi sayarispa kawsanankupaq. Rikunayku tiyan ñanqa k’iskim kasqanta, punkuqa llañu kasqantapas. Ichaqa chay llañu punkuta p’asaspanchikqa, anchonqa mana ima tupuywanpas tukukuqchu.» Manuscript Releases, volumen 20, 217.</w:t>
      </w:r>
    </w:p>
    <w:p>
      <w:pPr>
        <w:pStyle w:val="ArticleBody"/>
        <w:jc w:val="left"/>
      </w:pPr>
      <w:r>
        <w:rPr>
          <w:rFonts w:ascii="Times New Roman" w:hAnsi="Times New Roman" w:eastAsia="Times New Roman" w:cs="Times New Roman"/>
        </w:rPr>
        <w:t>Apocalipsis chunka hukniyuqpi iskay willakuykunaq hatarichisqan “tawa wayrakuna”q willakuyninqa Bibliapa profecíanpi phiñakusqa kawalluypa willakuyninmi, imaynachus tukuy Bibliaq testimoniopi rikuchisqa kashan hina, chay hinallataq Habacucpa iskay santu tablankunapi rikuykachasqa hina. Chay willakuy, Elíaswan Moiséswan chakinkuman sayarichiq, kikinmi kinsa kaq ayqeypa willakuynin, paykuna chakinkuman sayarisqankumanta qhipallata usqhaylla hamuq; imaraykuchus domingo kamachiy chayamuspan, Islam-taq hukmanta kutimuspa maqasqanpacha, Moiséswan Elíaswan suyukunapaq unancha hina hoqarisqa kanku.</w:t>
      </w:r>
    </w:p>
    <w:p>
      <w:pPr>
        <w:pStyle w:val="ArticleBody"/>
        <w:jc w:val="left"/>
      </w:pPr>
      <w:r>
        <w:rPr>
          <w:rFonts w:ascii="Times New Roman" w:hAnsi="Times New Roman" w:eastAsia="Times New Roman" w:cs="Times New Roman"/>
        </w:rPr>
        <w:t>Islampa kimsak ñak’ariyninmi qanchis kaq waqra waqaychasqapas. Qanchis kaq waqra waqaychasqaq qallariyninqa karqa 1844 watapi, octubre killap 22 p’unchawninpi, chay p’unchawpi taripaynin qallarisqanrayku.</w:t>
      </w:r>
    </w:p>
    <w:p>
      <w:pPr>
        <w:pStyle w:val="ArticleScripture"/>
        <w:jc w:val="left"/>
      </w:pPr>
      <w:r>
        <w:rPr>
          <w:rFonts w:ascii="Times New Roman" w:hAnsi="Times New Roman" w:eastAsia="Times New Roman" w:cs="Times New Roman"/>
        </w:rPr>
        <w:t>Ichaqa angelpa rimaynin p’unchaykunapi, qanchis kaq angel waqyachiyta qallarisqan pachapi, Diospa pakasqa yachaynin hunt’asqa kanqa, imaynachus pay willarqan sirviente profetankunaman. Apocalipsis 10:7.</w:t>
      </w:r>
    </w:p>
    <w:p>
      <w:pPr>
        <w:pStyle w:val="ArticleBody"/>
        <w:jc w:val="left"/>
      </w:pPr>
      <w:r>
        <w:rPr>
          <w:rFonts w:ascii="Times New Roman" w:hAnsi="Times New Roman" w:eastAsia="Times New Roman" w:cs="Times New Roman"/>
        </w:rPr>
        <w:t>“Qanchis kaq angelpa vozninpa p’unchayninkuna” nisqaqa tapuy juzgamientopa p’unchayninkunam, chaymi qallarikurqa 1844 watapi octubre killapa 22 p’unchayninpi. Chaymanta wañusqakunapa juzgamienton qallarikurqa. Kinsa kaq ay ay lliw usqhaylla hamuqtinmi, qanchis kaq trompetapa waqaynin yapamanta reqsichisqa kachkan. Kay waqayqa mana tapuy juzgamientopa qallariyninchu, aswanqa Diospa wasinpa juzgamienton tukukuyninmi, hinallataq Diospa huk rebañonpa juzgamientonpa qallariyninmi.</w:t>
      </w:r>
    </w:p>
    <w:p>
      <w:pPr>
        <w:pStyle w:val="ArticleScripture"/>
        <w:jc w:val="left"/>
      </w:pPr>
      <w:r>
        <w:rPr>
          <w:rFonts w:ascii="Times New Roman" w:hAnsi="Times New Roman" w:eastAsia="Times New Roman" w:cs="Times New Roman"/>
        </w:rPr>
        <w:t>Qanchis kaq angel waqrachirqan; hanaq pachapim hatun kunan rimaykuna karqan, nispanku: Kay pachapiq suyuqninkunaqa tukusqanku Señorninchispa suyuqninkunaman, hinaspa paypa Cristonpa suyuqninkunaman; paymi wiñaypaq, wiñaykama kamachinqa. Chunka tawaqniyuq iskay chunka machu kurakkunapas, Diospa ñawpaqninpi tiyanankupi tiyashaqkuna, uyankuman urmaykuspa, Diosta yupaycharqanku, nispanku: Agradesikuykuyku qamman, Tukuy-Atiyniyuq Señor Dios, kanan kaq, ñawpaq kaq, hamuq kaq; qampa hatun atiyniykita jap’iykuspayki kamachisqaykirayku. Apocalipsis 11:15–17.</w:t>
      </w:r>
    </w:p>
    <w:p>
      <w:pPr>
        <w:pStyle w:val="ArticleBody"/>
        <w:jc w:val="left"/>
      </w:pPr>
      <w:r>
        <w:rPr>
          <w:rFonts w:ascii="Times New Roman" w:hAnsi="Times New Roman" w:eastAsia="Times New Roman" w:cs="Times New Roman"/>
        </w:rPr>
        <w:t>“Diospa pakasqa misterionnin” nisqaqa Cristoqa noqanchispi kasqanmi, gloriapa suyaynin, chaymi hunt’asqa kachkan Moiséswan Elíaswan sayarimunku, hinaspa kawsarichisqa kanku Diospa Siminmanta hamuq willakuyniyoqwan, mayqinchus Islamta reqsichin. Sichus chay willakuy chaskisqa kanqa, huk alma­ta hanaq waqaychana kallchaman watan; ichaqa kay willakuyta mana chaskiqkunapaqqa, Islampa flechachaqninkupa willakuyninmi paykunata q’ipikuna-pi watan, tukuchiy nina-kunapi rupachisqa kananpaq. Qanchis kaq trompetapa willakuyninqa pachak tawa chunka tawayoq waranqa runakunata sellan, manaraq hoqarisqa kachkaptinku huk unancha hina Diospa huk law ovejankunata huñumunanpaq. Iskay kawsarimusqa profetakunaqa ñawpaqta sellasqa kananmi tiyan, hinallataqraqmi kay pachaqa willasqa kayta atinqa.</w:t>
      </w:r>
    </w:p>
    <w:p>
      <w:pPr>
        <w:pStyle w:val="ArticleScripture"/>
        <w:jc w:val="left"/>
      </w:pPr>
      <w:r>
        <w:rPr>
          <w:rFonts w:ascii="Times New Roman" w:hAnsi="Times New Roman" w:eastAsia="Times New Roman" w:cs="Times New Roman"/>
        </w:rPr>
        <w:t>“Espíritu Santopa ruwananqa kay pachapi kaqkunata huchamanta, chiqap kaymanta, hinallataq juicio-manta yuyayman churananmi. Kay pachaqa cheqaqta creeqkuna cheqaqwan santificasqa kasqankuta rikuspalla willasqa kayta atinqa: hatun, santo principiokunaman hina purispa, Diospa kamachikuyninkunata waqaychaqkunapa, hinallataq chaykunata chakinkuwan saruqkunapa chawpinpi kaq rakisqa chimpata alto, hatun sentidopi qhawachispa. Espíritu-pa santificaciónninqa Diospa sellonta hap’iqkunapa, hinallataq llulla samana p’unchayta waqaychaqkunapa imayna hukniray kasqanta reqsichin. Pruebakuy tiempo chayamuchkaptinqa, bestiapa marcanninqa ima kasqan sut’ita rikuchisqa kanqa. Chayqa domingo p’unchayta waqaychaymi. Cheqaqta uyarispaña, kay p’unchayta santo hina qhawariyta qatiqkunaqa, tiemposta kamachikunatapas tikrayta yuyasqa hucha runapa firmanta apanku. Bible Training School, December 1, 1903.”</w:t>
      </w:r>
    </w:p>
    <w:p>
      <w:pPr>
        <w:pStyle w:val="ArticleBody"/>
        <w:jc w:val="left"/>
      </w:pPr>
      <w:r>
        <w:rPr>
          <w:rFonts w:ascii="Times New Roman" w:hAnsi="Times New Roman" w:eastAsia="Times New Roman" w:cs="Times New Roman"/>
        </w:rPr>
        <w:t>Pachak tawa chunka tawa waranqa runakuna nacionkunapaq huk unancha hina oqarisqa kaptinku, nacionkuna phiñakunqaku. Bibliapa profeciapi nacionkunata phiñachiq kallpaga Islammi. Islamqa kutimanta Estados Unidosman maqayta ruwanqa domingo ley churasqa kaqtin.</w:t>
      </w:r>
    </w:p>
    <w:p>
      <w:pPr>
        <w:pStyle w:val="ArticleScripture"/>
        <w:jc w:val="left"/>
      </w:pPr>
      <w:r>
        <w:rPr>
          <w:rFonts w:ascii="Times New Roman" w:hAnsi="Times New Roman" w:eastAsia="Times New Roman" w:cs="Times New Roman"/>
        </w:rPr>
        <w:t>Hinaspakunaqa phiñakurqanku, hinaspa qanpa piñakuyniyki chayamunña, wañusqakunaqa juzgasqa kanankupaq pacha chayamunña, hinaspa sirviqniykikunaman, profetakunaman, santo-kunaman, sutiykita manchakuywan yupaychaqkunaman, huch’uykama hatunkama, premiota qonaykipaq; chaymantapas kay pachata usuchiqkunata usuchinaykipaq. Hinaspa Diospa templon hanaq pachapi kicharisqa karqan, templonpi rikusqa karqan testamentonpa arca; hinaspa illapakuna karqan, rimaykuna, truynukuna, allpa kuyuy, hinallataq hatun chhikchi. Apocalipsis 11:18, 19.</w:t>
      </w:r>
    </w:p>
    <w:p>
      <w:pPr>
        <w:pStyle w:val="ArticleBody"/>
        <w:jc w:val="left"/>
      </w:pPr>
      <w:r>
        <w:rPr>
          <w:rFonts w:ascii="Times New Roman" w:hAnsi="Times New Roman" w:eastAsia="Times New Roman" w:cs="Times New Roman"/>
        </w:rPr>
        <w:t>Kay qhipaman proféticokunapa kay serie ruwaymanta, Juanqa iglesiata rikuchin, paykunañataq señal kananpaq.</w:t>
      </w:r>
    </w:p>
    <w:p>
      <w:pPr>
        <w:pStyle w:val="ArticleScripture"/>
        <w:jc w:val="left"/>
      </w:pPr>
      <w:r>
        <w:rPr>
          <w:rFonts w:ascii="Times New Roman" w:hAnsi="Times New Roman" w:eastAsia="Times New Roman" w:cs="Times New Roman"/>
        </w:rPr>
        <w:t>Hanaq pachaqpi hatun musphay rikurirqan; huk warmi intiwan p’achasqa, killaqa chakin uranpi, uman patapi chunka iskay qoyllurkunamanta ruraskaq kurunayoq. Wiksayoq kashaspanmi qaparirqan, wachakuy nanaywan ñak’arikuspa, qespichisqa kanankama. Apocalipsis 12:1.</w:t>
      </w:r>
    </w:p>
    <w:p>
      <w:pPr>
        <w:pStyle w:val="ArticleBody"/>
        <w:jc w:val="left"/>
      </w:pPr>
      <w:r>
        <w:rPr>
          <w:rFonts w:ascii="Times New Roman" w:hAnsi="Times New Roman" w:eastAsia="Times New Roman" w:cs="Times New Roman"/>
        </w:rPr>
        <w:t>Kaypi iglesiaqa, wañuchisqa, saruchisqa, kawsarichisqa, chaymanta qhipaman hanaq pachaman apasqa, Diospa unanchan intipa k’anchayninwan lliphiptinqa rikuchisqa kachkan. Paykuna killapa hawanpi sayashanku, chunka iskay quyllurkunapa llanthun coronankupi kasqanta rikuchispa. Chay llanthuqa ñawpaq Israelpa chunka iskay ayllunkunam, mayqenkunachus nisqawan rikuchirqanku hinallataq k’anchayta kutichirqanku chunka iskay disipulokunata, paykunataq coronanpi kaq chunka iskay quyllurkuna kanku. Ñawpaq Israelpa qallariyninmi, kay siq’ipi, ñawpaq Israelpa tukukuyninta rikuchispa tipifican.</w:t>
      </w:r>
    </w:p>
    <w:p>
      <w:pPr>
        <w:pStyle w:val="ArticleBody"/>
        <w:jc w:val="left"/>
      </w:pPr>
      <w:r>
        <w:rPr>
          <w:rFonts w:ascii="Times New Roman" w:hAnsi="Times New Roman" w:eastAsia="Times New Roman" w:cs="Times New Roman"/>
        </w:rPr>
        <w:t>Warmiqa wawanta wachachiyta paqarichinapaqña kachkan, chaymi Cristo-pa paqarisqanta reqsichin ñawpaq Israelpa tukukuyninpi; ichaqa kunanqa rikuchin mana judío nacionkunapa paqarisqanta, Babiloniamanta lluqsimuspa pachak tawa chunka tawa waranqa runakunaman huñunakusqankuta. Elíaswan Moiséswan unancha hina hoqarisqa kasqankuman hina pacha, payqa Diospa huk ovejankunata wachachin, paykunaqa chay unanchaman kutichikuqkuna kanqa.</w:t>
      </w:r>
    </w:p>
    <w:p>
      <w:pPr>
        <w:pStyle w:val="ArticleBody"/>
        <w:jc w:val="left"/>
      </w:pPr>
      <w:r>
        <w:rPr>
          <w:rFonts w:ascii="Times New Roman" w:hAnsi="Times New Roman" w:eastAsia="Times New Roman" w:cs="Times New Roman"/>
        </w:rPr>
        <w:t>“Kay pachallaqa manam willakuyta jap’inmanchu” huk pachak tawa chunka tawa waranqa oqarisqa qhawachisqa kasqanrayku huk unanchakuna hina, chay sasachakuy qallarinanpi, Estados Unidos llaqtapi domingo kamachikuywan. Babiloniamanta lluqsispa, pachak tawa chunka tawa waranqawan kuska sayaqkunaqa hatun achka runakuna hina rikuchisqa kanku. Chay iskay huñusqakuna, Apocalipsis qanchisniyuqpi tarikusqakunaqa, Transfiguración urqupi Moiséswan Elíaswan rikuchisqa kanku, hinaspa Diospa atipaq iglesian, kawsarichisqa hinaspa oqarisqa huk unanchakuna hina, huñunakun Diospa huk law qhatawan, chay qhepa pacha sasachakuy tiempopi Babiloniapiraq kaqkunawan.</w:t>
      </w:r>
    </w:p>
    <w:p>
      <w:pPr>
        <w:pStyle w:val="ArticleScripture"/>
        <w:jc w:val="left"/>
      </w:pPr>
      <w:r>
        <w:rPr>
          <w:rFonts w:ascii="Times New Roman" w:hAnsi="Times New Roman" w:eastAsia="Times New Roman" w:cs="Times New Roman"/>
        </w:rPr>
        <w:t>Uyariychik Señorpa siminta, qankuna paypa siminman mancharisqa kaqkuna: qankunapa wawqeykikuna, qamkunata cheqnispa, sutiyrayku qarqusuqniykikuna, nirqanku: “Señor hatunchasqa kachun”; ichaqa payqa rikurinqa qamkunapa kusikuyniykipaq, paykunataq pinqachisqa kanqaku. Llaqtamanta qapariypa kunka, templomanta kunka, Señorpa kunkan, chikiqninkunaman kutichiyta quq. Manaraq nanachakuqtinmi wachakurqan; manaraq nanaynin chayamuqtinmi qhari wawa qespichisqa karqan. Pitaj kay hina imata uyarirqan? Pitaj kay hina kaqkunata rikurqan? Huk p’unchawllapichu hallp’a wachachisqa kanman? Suyu huk kutillapichu paqarinman? Siónqa nanachakuspanmi wawankunata wachakurqan. Ñuqachu wachakuyman chayanaykita ruraspa mana wachachisaqchu? nispa Señor riman. Ñuqachu wachachispa, wiksata wisq’aykusaqchu? nispa qanpa Diosniyki riman. Jerusalénwan kusikuychis, paywan kusisqa kaychis, llapa payta munakkuqkuna; payrayku llakisqa kaqkuna, paywan kusiywan kusikuychis. Chhaynaqa ñuñunmanta chuchunaykipaq, sonqochakuyninpa ñuñunkunamanta saqsanaykipaq; qispimanta ñuñuq hina ukyanaykipaq, hatun kayninpa achka kayninwan kusikuyniykipaq. Señorqa kayhinata nin: Qhawariy, mayu hina thak kayta payman mast’arisaq, mana judío nacionkunapa hatun kaynintataq phaway mayu hina; chaymantataq qankuna chuchunkichik, lawqankunapi apasqa kankichik, qonqorinkunapi kuyuchisqa kankichik. Imaynatachus mama wawan sonqonta samaykachin, chhaynatami ñuqa qamkunata samaykachisqayki; Jerusalénpitaq samaykachisqa kankichik. Kayta rikuspataq sonqoykikuna kusikunqa, tulluykikunataq qura hina wiñanqa; Señorpa makinmi reqsisqa kanqa sirviqninakunapa favorninpi, phiñakuynintaq chikiqninkunapa contranpi. Isaías 66:5–14.</w:t>
      </w:r>
    </w:p>
    <w:p>
      <w:pPr>
        <w:pStyle w:val="ArticleBody"/>
        <w:jc w:val="left"/>
      </w:pPr>
      <w:r>
        <w:rPr>
          <w:rFonts w:ascii="Times New Roman" w:hAnsi="Times New Roman" w:eastAsia="Times New Roman" w:cs="Times New Roman"/>
        </w:rPr>
        <w:t>Hanaq p’unchawpi paqarisqakuna, hanaq pachaman wicharispaqa, paykunam kanku wawqenkunaq qhispichisqan, paykunata cheqnispa qarqusqankuna. Chay wawqenkuna, paykunata cheqnispa wañusqankumanta kusikusqankunaqa, chay “Judío kasqankuta” nispa rimakukuqkuna, ichaqa mana chayhina kaqkuna. Paykunam Satanaspa sinagoganmantaka kanku; paykunataq profecía hina yupaychanqaku “Israelpa qarqusqa runankunamanta” ruwaq señapa chakinkunaman.</w:t>
      </w:r>
    </w:p>
    <w:p>
      <w:pPr>
        <w:pStyle w:val="ArticleScripture"/>
        <w:jc w:val="left"/>
      </w:pPr>
      <w:r>
        <w:rPr>
          <w:rFonts w:ascii="Times New Roman" w:hAnsi="Times New Roman" w:eastAsia="Times New Roman" w:cs="Times New Roman"/>
        </w:rPr>
        <w:t>Payqa huk llaqtakunapaq huk unanchata sayachinqa, Israelpa qarqusqankunata huñuqtaq, Judápa chinkasqa masinkunatapas kay pachapa tawa k’uchunkunamanta tantachinqa. Isaías 11:12.</w:t>
      </w:r>
    </w:p>
    <w:p>
      <w:pPr>
        <w:pStyle w:val="ArticleScripture"/>
        <w:jc w:val="left"/>
      </w:pPr>
      <w:r>
        <w:rPr>
          <w:rFonts w:ascii="Times New Roman" w:hAnsi="Times New Roman" w:eastAsia="Times New Roman" w:cs="Times New Roman"/>
        </w:rPr>
        <w:t>“Qankuna yuyankichikmi chaykunata, santospa chakin ñawpaqpi yupaychakuqkuna (Revelation 3:9), tukukuypi qispichisqa kanankuta. Kaypiqa qanwan mana iñinakuymanmi; imaraykuchus Diosqa rikuchiwarkani kay clase runakunaqa profesasqa Adventistakuna kasqankuta, urmayasqa kasqankuta, hinaspa ‘Diospa Churinta kikinkupaq musuqmanta chakatasqa, hinaspa payta sut’inchaypi p’enqayman churaykusqa.’ Hinaspa ‘wateq tentaciónpa horanpi,’ manaraq hamuqpi, sapankataq cheqaq caracterninta sut’ichanapaq, yachankakuqmi wiñaypaq chinkasqa kasqankuta, hinaspa alma nanaywan hunt’asqa kaspanku, santospa chakin ñawpaqman kumuykunkaku.” Word to the Little Flock, 12.</w:t>
      </w:r>
    </w:p>
    <w:p>
      <w:pPr>
        <w:pStyle w:val="ArticleBody"/>
        <w:jc w:val="left"/>
      </w:pPr>
      <w:r>
        <w:rPr>
          <w:rFonts w:ascii="Times New Roman" w:hAnsi="Times New Roman" w:eastAsia="Times New Roman" w:cs="Times New Roman"/>
        </w:rPr>
        <w:t>Rinriyuqniyoq kaq, uyariychun Iglesiakunaman Espíritu nisqanta.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Hamuq p’unchaykuna América llaqtapaq hinaspa 18 de julio de 2020 — Yupay siete</dc:title>
  <dc:subject>Flechero runakuna</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