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Kanchisniyuq Chunka Tawayuqpa Pakasqa Willakuynin - Hukniyuq</w:t>
      </w:r>
    </w:p>
    <w:p>
      <w:pPr>
        <w:pStyle w:val="ArticleSubtitle"/>
        <w:jc w:val="left"/>
      </w:pPr>
      <w:r>
        <w:rPr>
          <w:rFonts w:ascii="Arial" w:hAnsi="Arial" w:eastAsia="Arial" w:cs="Arial"/>
        </w:rPr>
        <w:t>Profecíakunata kichay: Qhipa p’unchaykuna, Judá ayllupa Leónnin, hinaspa Apocalipsisman qhipa kuyuykuna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Apocalipsis pichqa kaq capítulopeqa, Judá ayllumanta Leónqa Cristopa churakusqan kasqanta rikuchin, paymi Diospa Siminta atipanankama sellayta hinaspa kichariyta munayninman hina atiparqan. 1989 watapi, 1863 watapi hatarikuymanta qhipaman pachak iskay chunka suqta watakuna pasasqanmanta, Judá ayllumanta Leónqa Daniel pichqa chunka suqniyuq capítuloq qhipa suqta versiculonkuna kicharirqan. Chay versiculokuna qallarin papadoq wañuchiq chakiyninwan 1798 watapi, hinaspan yaykuchin willakuyninta imaynatas papadoq chay chakiynin allinyachisqa kanqa, chaymanta aswanpas papadoq qhipa wañuchiq chakiyninkama. Chay versiculokuna qallarin maypichus tukukun, chaypi; papal Romaq taripakuyninwan.</w:t>
      </w:r>
    </w:p>
    <w:p>
      <w:pPr>
        <w:pStyle w:val="ArticleBody"/>
        <w:jc w:val="left"/>
      </w:pPr>
      <w:r>
        <w:rPr>
          <w:rFonts w:ascii="Times New Roman" w:hAnsi="Times New Roman" w:eastAsia="Times New Roman" w:cs="Times New Roman"/>
        </w:rPr>
        <w:t>Chay suqta versículokuna sut’inchanku papakunap atiyninpa wañuyman apaq ch’akiyta hampiyta, hinallataq imaynatas dragón, bestia, hinaspa llulla profeta nisqakunap kimsa hukllachasqan kay pachata pusanku Armagedónman, mayqinchus versículo chusku chunka phisqayniyoqpi reqsisqa kachkan “lamarkunapa chawpinpi, hinaspa sumaq santu orqopa chawpinpi” nispa.</w:t>
      </w:r>
    </w:p>
    <w:p>
      <w:pPr>
        <w:pStyle w:val="ArticleBody"/>
        <w:jc w:val="left"/>
      </w:pPr>
      <w:r>
        <w:rPr>
          <w:rFonts w:ascii="Times New Roman" w:hAnsi="Times New Roman" w:eastAsia="Times New Roman" w:cs="Times New Roman"/>
        </w:rPr>
        <w:t>Alfa y Omega sut’inqa Cristopa karakternta rikuchin, qallariyninwan tukukuyninta sapa kuti qhawachispa. Pachak tawa chunka tawa waranqa akllasqakunapa reforma kuyuyñinqa kimsa kaq angilpa kuyuyñinmi; chaymi tukuyninpi kaq kuyuy, qallariyninwan ñawpaqmantapacha unanchasqa karqan, chay qallariyninqa huk ñiqin kaq iskay ñiqin kaq angilkunapa Millerita kuyuyñin karqan. Millerita kuyuyqa tukuy pacha tukukuynin tiempope 1798 watapi qallarin, chaypim Daniel chunka hukniyuq qillqapa qhepa soqta versikulunkuna qallarin; hinaspataq chay kuyuyqa juicio kichakusqanpi tukukun, 22 de octubre de 1844 watapi. Pachak tawa chunka tawa waranqa akllasqakunapa kuyuyñinqa Estados Unidos llaqtapi domingo kamachiypi tukukun.</w:t>
      </w:r>
    </w:p>
    <w:p>
      <w:pPr>
        <w:pStyle w:val="ArticleBody"/>
        <w:jc w:val="left"/>
      </w:pPr>
      <w:r>
        <w:rPr>
          <w:rFonts w:ascii="Times New Roman" w:hAnsi="Times New Roman" w:eastAsia="Times New Roman" w:cs="Times New Roman"/>
        </w:rPr>
        <w:t>Tukukuynin pacha tukukuypi 1989 watapi, Judá ayllumanta Leónqa Daniel chunka hukniyuq qillqapa qhipa suqta versokunata kicharirqan; chay tukukuyninpiña, domingo kamachiy manaraq hamuchkaptin, payqa Daniel chunka hukniyuq qillqapa tawa chunka versopa pakasqa historianta kicharin. Hermana Whitepa rimariyninqa mayqin Danielpa rakiy kicharisqa kasqanmanta parlashan, chaymi 1989 watapi qallarirqa kichariy, hinaspa 2023 watapa julio killapi qallarirqan chay huk kichariytapas.</w:t>
      </w:r>
    </w:p>
    <w:p>
      <w:pPr>
        <w:pStyle w:val="ArticleScripture"/>
        <w:jc w:val="left"/>
      </w:pPr>
      <w:r>
        <w:rPr>
          <w:rFonts w:ascii="Times New Roman" w:hAnsi="Times New Roman" w:eastAsia="Times New Roman" w:cs="Times New Roman"/>
        </w:rPr>
        <w:t>“Sellasqa karqan mana Apocalipsis librochu, aswanmi Danielpa profecíanmanta chay t’aqa, qhepa p’unchaykunaman hina rikuchisqanmanta. Qhelqasqa ninqa: ‘Qanri, Daniel, simikunata wisq’ay, librutapas sellay tukukuy p’unchaykama; achkaqmi kayman chayman purinqaku, yachaypas yapakunqa’ (Daniel 12:4). Libro kicharisqa kaptinmi willakuq rimay rurasqa karqan: ‘Pacha manañam aswan kanqachu.’ (Qhaway Apocalipsis 10:6.) Danielpa libronqa kunanqa mana sellasqañachu, Cristoq Juantaqman qosqan revelacionnintaqmi hamunan kay pachapi llapa tiyaqkunaman. Yachay yapakusqanwanmi huk llaqta wakichisqa kanan qhepa p’unchaykunapi sayarinanpaq. . . .”</w:t>
      </w:r>
    </w:p>
    <w:p>
      <w:pPr>
        <w:pStyle w:val="ArticleScripture"/>
        <w:jc w:val="left"/>
      </w:pPr>
      <w:r>
        <w:rPr>
          <w:rFonts w:ascii="Times New Roman" w:hAnsi="Times New Roman" w:eastAsia="Times New Roman" w:cs="Times New Roman"/>
        </w:rPr>
        <w:t>“Ñawpaq angelpa willakuyninpi runakuna qayasqa kanku Diosta yupaychanankupaq, kamachiqninchikta, paymi kay pachata ruwaran chaypi llapa ima kaqkunatawan. Paykunaqa Papapa kamasqan huk institusyunman yupaychasqanku, Jehovápa kamachisqanta mana valiqta ruranku, ichaqa kay yachachikuymanta aswan hatun yachaymi kanqa.” Selected Messages, libro 2, 105, 106.</w:t>
      </w:r>
    </w:p>
    <w:p>
      <w:pPr>
        <w:pStyle w:val="ArticleBody"/>
        <w:jc w:val="left"/>
      </w:pPr>
      <w:r>
        <w:rPr>
          <w:rFonts w:ascii="Times New Roman" w:hAnsi="Times New Roman" w:eastAsia="Times New Roman" w:cs="Times New Roman"/>
        </w:rPr>
        <w:t>Danielpa qillqasqan libropa qhepa p’unchaykunaman 1989 watapi tupan qhapaqninqa chunka hukniyuq t’aqapa qhepa soqtayuq versículonkuna karqan, hinaspa pachak tawa chunka tawa waranqa runakunapa kuyukuynin kuyukuyninkupa tukukuyninman chayaptin, Danielpa qillqasqan libromanta kichasqa kaq rakhuqa versículo tawa chunkaq pakasqa historiannim, chaymi 1989 watapa historianta Estados Unidospi domingo p’unchay kamachikuykama rikuchin. Versículo tawa chunkaq pakasqa historianninqa pachak tawa chunka tawa waranqa runakunapa historiannim. Sapa profetapas chay pachaqmanta testimoniota qun.</w:t>
      </w:r>
    </w:p>
    <w:p>
      <w:pPr>
        <w:pStyle w:val="ArticleBody"/>
        <w:jc w:val="left"/>
      </w:pPr>
      <w:r>
        <w:rPr>
          <w:rFonts w:ascii="Times New Roman" w:hAnsi="Times New Roman" w:eastAsia="Times New Roman" w:cs="Times New Roman"/>
        </w:rPr>
        <w:t>Kay pasajepi, yachaypa yapakuynin, “qhipa p’unchaykunapi sayanankupaq huk llaqtata wakichinapaq,” sut’ita rikuchin 1989 watapi qhipa soqta versokunapa paskasqa kayninta; hinaspataq kutimanta rikuchin versículo cuarentapa pakasqa historianta paskasqa kayninta. Iskay historiakunapim saminchasqa qhelqay reqsichin papal atiyninmanta chaymanta domingo p’unchay kamachiy mantapas yachaypa yapakuynin kananpaq. Pachak tawka tawa chunka tawa waranqa runakunapa kuyuyñinpa qallariyninpipas tukukuyninpipas, yachaypa yapakuynin kimsa pata pruebakuy ruwanata paqarichin, imaynatachus Danielpa chunka iskayniyuq kapitulu pi rikuchisqa hinata.</w:t>
      </w:r>
    </w:p>
    <w:p>
      <w:pPr>
        <w:pStyle w:val="ArticleScripture"/>
        <w:jc w:val="left"/>
      </w:pPr>
      <w:r>
        <w:rPr>
          <w:rFonts w:ascii="Times New Roman" w:hAnsi="Times New Roman" w:eastAsia="Times New Roman" w:cs="Times New Roman"/>
        </w:rPr>
        <w:t>Hinaspanmi: “Riy, Daniel; kay simikuna wichqasqa, selloswan wisq’asqa kachkan pacha tukukuynin kama. Achka runakunan chuyachasqa kanqaku, yuracchasqa kanqaku, pruebaypi churaska kanqaku; ichaqa mana allin runakunaqa mana allinta ruwaspa kawsanqaku; mana mayqen mana allin runapas entiendenqachu; ichaqa yachaqkunaqa entiendenqaku.” Daniel 12:9, 10.</w:t>
      </w:r>
    </w:p>
    <w:p>
      <w:pPr>
        <w:pStyle w:val="ArticleBody"/>
        <w:jc w:val="left"/>
      </w:pPr>
      <w:r>
        <w:rPr>
          <w:rFonts w:ascii="Times New Roman" w:hAnsi="Times New Roman" w:eastAsia="Times New Roman" w:cs="Times New Roman"/>
        </w:rPr>
        <w:t>Tukuy santu allinchay kuyuchinakuna hina, Danielpa “limpiasqa, yuraqyachisqa, hinaspa suyasqa” nisqanwan rikuchisqan kimsa puriykunaqa huk Diosmanta símbolopa uraykayninpa señalninta rikuchin, chaymanta qhipaman pantasqa willakuyta pruebay, chaymanta huk kimsakaq litmus pruebayta qatichin, mayqinpi iskay clasekunaq kasqanta rikhurichin, chaykunata wiñachisqanman hina, sellomanta qispisqa yachay yapakuyninta chaskisqankumanta utaq rechazasqankumanta. Pachak tawa chunka tawayoq waranqa runakunaq kuyuchininkuq qallariyninwan, chay kimsa puriykunaqa karqan 11 septiembre 2001 watapi, chaymanta 18 julio 2020 watapi, hinaspa Domingo kamachiy. Chay kikillan kuyuchinapa tukukuyninpiqa, chay kimsa puriykunaqa kanku julio 2023 watapi, Chawpi Tutapa Qapariynin willakuypa chayamunqan, hinaspa Domingo kamachiy.</w:t>
      </w:r>
    </w:p>
    <w:p>
      <w:pPr>
        <w:pStyle w:val="ArticleBody"/>
        <w:jc w:val="left"/>
      </w:pPr>
      <w:r>
        <w:rPr>
          <w:rFonts w:ascii="Times New Roman" w:hAnsi="Times New Roman" w:eastAsia="Times New Roman" w:cs="Times New Roman"/>
        </w:rPr>
        <w:t>Willkay Diospa llaqtanta sayanankupaq waqaychan chay willakuy, 2023 watapi julio killapi kichasqa kasqanqa, achka siq’ikuna profetikuq chiqaq-kaymanta hap’in, chay siq’ikunawan kuskaqa kachkan Ezequielpa wañusqa ch’aki tullunkuna, kimsa chunka qanchisniyuq capitulopi. Ezequielqa iskay willakuykunata qhawarichin. Ñawpaq kaq willakuyqa tullukunata kutichimun huñunakunankupaq, ichaqa manam iskay kaq willakuykamaqa Israelqa chakinkunapi sayarirqanchu atiyniyuq hatun ejército hina. Apocalipsispa chunka hukniyuq capitulonpi iskay testigokunaqa sayarirqanku Santo Espírituwan hunt’asqa kaspa.</w:t>
      </w:r>
    </w:p>
    <w:p>
      <w:pPr>
        <w:pStyle w:val="ArticleScripture"/>
        <w:jc w:val="left"/>
      </w:pPr>
      <w:r>
        <w:rPr>
          <w:rFonts w:ascii="Times New Roman" w:hAnsi="Times New Roman" w:eastAsia="Times New Roman" w:cs="Times New Roman"/>
        </w:rPr>
        <w:t>Kimsa p’unchay huk kuska qhipamanqa, Diosmanta kawsaypa Espíritu paykunaman yaykurqan, chaymanta chakinkupi sayarirqanku; hinaspa hatun manchakuy paykunata rikkuqkunaman urmaykurqan. Apocalipsis 11:11.</w:t>
      </w:r>
    </w:p>
    <w:p>
      <w:pPr>
        <w:pStyle w:val="ArticleBody"/>
        <w:jc w:val="left"/>
      </w:pPr>
      <w:r>
        <w:rPr>
          <w:rFonts w:ascii="Times New Roman" w:hAnsi="Times New Roman" w:eastAsia="Times New Roman" w:cs="Times New Roman"/>
        </w:rPr>
        <w:t>Ezequielqa yachachin chay kikin chiqaqta.</w:t>
      </w:r>
    </w:p>
    <w:p>
      <w:pPr>
        <w:pStyle w:val="ArticleScripture"/>
        <w:jc w:val="left"/>
      </w:pPr>
      <w:r>
        <w:rPr>
          <w:rFonts w:ascii="Times New Roman" w:hAnsi="Times New Roman" w:eastAsia="Times New Roman" w:cs="Times New Roman"/>
        </w:rPr>
        <w:t>Hinaspan nisqawan: Runa Churi, chakiykikunapi sayariy, qanwan rimasaq. Pay rimaptiymi Espíritu noqaman haykurqan, chakiykunapitaq sayarichirqan, hinaqtinmi noqawan rimashaqta uyariirqani. Ezequiel 2:1, 2.</w:t>
      </w:r>
    </w:p>
    <w:p>
      <w:pPr>
        <w:pStyle w:val="ArticleBody"/>
        <w:jc w:val="left"/>
      </w:pPr>
      <w:r>
        <w:rPr>
          <w:rFonts w:ascii="Times New Roman" w:hAnsi="Times New Roman" w:eastAsia="Times New Roman" w:cs="Times New Roman"/>
        </w:rPr>
        <w:t>Hermana White nisqaqa “yachaypa yapakusqanwan huk llaqta qhepa p’unchaykunapi sayarinanpaq wakichisqa kanan” nispa rimaptin, chay yachaypa yapakusqanqa chunka sipaskunamanta yuyaychasqapi “aceite” nisqawan reqsichisqa kachkan, hinaspa chay “aceite” nisqaqa “Diospa Espiritunpa willakuyninkunata” sut’inchan, chaymantaq “Espíritu Santo” nisqatapas, hinallataq “carácter” nisqatapas.</w:t>
      </w:r>
    </w:p>
    <w:p>
      <w:pPr>
        <w:pStyle w:val="ArticleBody"/>
        <w:jc w:val="left"/>
      </w:pPr>
      <w:r>
        <w:rPr>
          <w:rFonts w:ascii="Times New Roman" w:hAnsi="Times New Roman" w:eastAsia="Times New Roman" w:cs="Times New Roman"/>
        </w:rPr>
        <w:t>2023 watapi julio killamanta qaylla hamuq domingo kamachikama, yachayqa yapaykachasqa kan, chaymi Diospa llaqtanta kawsarichin, paykunataq sayarinku. Sayarinku, chay tiempopi kicharisqa willakuypa “aceite” nisqanta apasqankuta rikuchispa. Sayarinku may p’unchawchus Santo Espírituta vasonkupi uqllarinku chaypachaqa, hinaspataq sayarinku may p’unchawchus Diospa sellonpaq wakichisqa carácterniyoq kanku chaypachaqa.</w:t>
      </w:r>
    </w:p>
    <w:p>
      <w:pPr>
        <w:pStyle w:val="ArticleBody"/>
        <w:jc w:val="left"/>
      </w:pPr>
      <w:r>
        <w:rPr>
          <w:rFonts w:ascii="Times New Roman" w:hAnsi="Times New Roman" w:eastAsia="Times New Roman" w:cs="Times New Roman"/>
        </w:rPr>
        <w:t>Ñawpaq pruebay puriyqa, 2023 watapi julio killapi qallarisqa, chaymanta qatiq tiempowan qatirqan, maypichus chay akllasqa runakuna aceiteta chaskinankupaq otaq rechazanankupaq saqisqa kanku. Chaskiqkunaqa sellasqa kanku, hinaspataq utqay hamuq domingo p’unchay kamachiypi huk unancha hina hoqarisqa kanku. Aceiteta rechazaqkunaqa kallpayoq pantayta chaskinku.</w:t>
      </w:r>
    </w:p>
    <w:p>
      <w:pPr>
        <w:pStyle w:val="ArticleBody"/>
        <w:jc w:val="left"/>
      </w:pPr>
      <w:r>
        <w:rPr>
          <w:rFonts w:ascii="Times New Roman" w:hAnsi="Times New Roman" w:eastAsia="Times New Roman" w:cs="Times New Roman"/>
        </w:rPr>
        <w:t>Chay akllasqa runakunaqa 2023 watapi julio killapi espiritual puñuymanta rikch’arichisqa karqanku, chaymantaq sapaqninpa kamachikuyninpa tukukuyninman manaraq chayaykuspa qhipa pruebaykuy ruwaywan uyanchasqa karqanku. Chay pruebaykuy ruwayqa profetico pruebaykuypa contexto-ninpi churakusqa karqa, bestiapa lantinta rurasqanwan tupaqchasqa, chay pachallapitaq kikin akllasqa runakuna kawsayman kutimunankupaq, ukhunpi Cristopa lantinta ruwanankupaqpas. Chay profetico estructura maypichus chay pruebaykuy hunt’akunanqa 1989 watamanta domingo kamachikuykama ñawpaq willakusqa historiami. Chay akllasqa runakunapa mana rikch’ariy atisqankurayku Señorqa herejía-kunata yaykunanpaq saqerqa.</w:t>
      </w:r>
    </w:p>
    <w:p>
      <w:pPr>
        <w:pStyle w:val="ArticleScripture"/>
        <w:jc w:val="left"/>
      </w:pPr>
      <w:r>
        <w:rPr>
          <w:rFonts w:ascii="Times New Roman" w:hAnsi="Times New Roman" w:eastAsia="Times New Roman" w:cs="Times New Roman"/>
        </w:rPr>
        <w:t>“Diosqa llaqtanta rikch’achinqa; wak mediokuna mana allin rurayta atipaptinqa, qhapaq yachachiykunam paykunapura yaykunqa, paykunata suysunanpaq, trigo-manta q’itita t’aqananpaq. Señorqa tukuy siminta creenqakunata waqyan puñuymanta rikch’arinankupaq. Ancha chanin k’anchaymi hamusqa, kay pacha tiempopaq hinallataq allin. Chayqa Bibliaq cheqaq yachachikuyninmi, ñawpaqninchikpiña kashaq peligrokunata qhawachispa. Kay k’anchayqa pusawanchikmanmi qhelqakunaq allinta yachayman ch’aman kuska qhawaymanpas, hinallataq hap’iqasqanchik yachachikuykunata ancha chiqap qhawariymanpas. Diosqa munanmi cheqaq kaypa tukuy imayna rikch’ayninkuna, tukuy sayayninkunapas, mañakuywan ayunaywan ima, sunqunchikwan mana sayk’uspa sumaqta mask’asqa kananpaq.” Testimonios, volumen 5, 708.</w:t>
      </w:r>
    </w:p>
    <w:p>
      <w:pPr>
        <w:pStyle w:val="ArticleBody"/>
        <w:jc w:val="left"/>
      </w:pPr>
      <w:r>
        <w:rPr>
          <w:rFonts w:ascii="Times New Roman" w:hAnsi="Times New Roman" w:eastAsia="Times New Roman" w:cs="Times New Roman"/>
        </w:rPr>
        <w:t>Llapa profetakunaqa qhipa p’unchaykunamanta rimanku; chayrayku kay qhipa p’unchaykunapi, 2023 wata Julio killapi, Señorqa llaqtanta “rikch’ariychiyta” munarqa, ichaqa chay llamk’ayninkunaqa mana allinman chayarqachu, hinaspanqa Advento historiapi Romaq huk símbolomanta ñawpaq kaq ch’aqwayta kutichimunanpaq saqerqa, tukuypa qayllayamusqanmanta huk willakuy hina. Chayta ruwarqa, “chanin k’anchay” “hamusqa”, “kay pachaqqa allin kaq” kaptinpas. Chay k’anchayqa, 2023 wata Julio killapi chayamuq, “Bibliaq cheqaq kayninmi, ñawpaqninchikpi kashaq hatun peligrokunata rikuchispa.” Chay k’anchayqa pusawanchik karqan “Qellqakunata sinchi kallpawan yachayman, hinaspa jap’isqanchik sayayninchikkunata ancha allinta qhawayman.”</w:t>
      </w:r>
    </w:p>
    <w:p>
      <w:pPr>
        <w:pStyle w:val="ArticleBody"/>
        <w:jc w:val="left"/>
      </w:pPr>
      <w:r>
        <w:rPr>
          <w:rFonts w:ascii="Times New Roman" w:hAnsi="Times New Roman" w:eastAsia="Times New Roman" w:cs="Times New Roman"/>
        </w:rPr>
        <w:t>Chunka ñisqa versopa pakasqa historianninta rikuchin Daniel chunka hukniyuq qillqapa chunka versomanta pichqa chunka versokama, imaraykuchus Alfa hinallataq Omega Danielpa qhepa profecianninta tukukuyninwan, qallariynintawan, sut’inchasqaku. 2020 watapi julio killapa chunka pusaqniyuq p’unchaypi llakikuy manaraq chayamuchkaptin, Satanásqa chunka versomanta pichqa chunka versokama pantayta yaykuchirqan, yachaspanmi chay qillqapa qallariyninqa qhepa kaqnin sut’inchanapaq llave kasqanta. Chaymantataq chunka tawa versopi kasqa ñawpaq controversiata yaykuchirqan.</w:t>
      </w:r>
    </w:p>
    <w:p>
      <w:pPr>
        <w:pStyle w:val="ArticleScripture"/>
        <w:jc w:val="left"/>
      </w:pPr>
      <w:r>
        <w:rPr>
          <w:rFonts w:ascii="Times New Roman" w:hAnsi="Times New Roman" w:eastAsia="Times New Roman" w:cs="Times New Roman"/>
        </w:rPr>
        <w:t>“Manam hatun engañaqa ima mana manchachinchu chaymanta aswanqa ñuqanchik paypa llullana maquinankunata reqsisqanchikmanta.” The Great Controversy, 516.</w:t>
      </w:r>
    </w:p>
    <w:p>
      <w:pPr>
        <w:pStyle w:val="ArticleBody"/>
        <w:jc w:val="left"/>
      </w:pPr>
      <w:r>
        <w:rPr>
          <w:rFonts w:ascii="Times New Roman" w:hAnsi="Times New Roman" w:eastAsia="Times New Roman" w:cs="Times New Roman"/>
        </w:rPr>
        <w:t>Satanáspa chinkachiyta munasqan yuyaychakuykunawan chay versículokunapa niyninta hinaspa imapaq kasqanta pantachiyta munasqanmantam sut’in rikuchikun, chaykunaqa kunan pachapi pachaq tawa chunka tawa waranqa ukhupi kaypaq akllasqa runakunata suysuchispa t’aqwisqayta ruwachkan chay pruebaypa ancha importante parten kasqanta. Panay Whiteqa kallpanchan, Daniel chunka hukniyuqpi rikuchisqa historiata, pacha tukuypa ñawpaqninpi 1798 watakama hunt’asqa kasqanta, qhepa suqta versículokunapim yapamanta kutichisqa kasqanta.</w:t>
      </w:r>
    </w:p>
    <w:p>
      <w:pPr>
        <w:pStyle w:val="ArticleScripture"/>
        <w:jc w:val="left"/>
      </w:pPr>
      <w:r>
        <w:rPr>
          <w:rFonts w:ascii="Times New Roman" w:hAnsi="Times New Roman" w:eastAsia="Times New Roman" w:cs="Times New Roman"/>
        </w:rPr>
        <w:t>“Manam tiempo-ta mana chinkachinanchikchu. Sasachakuy p’unchawkuna ñawpaqninchikpi kachkan. Kay pacha maqanakuypa espiritunwan kuyuchisqa kachkan. Mana unaymanta, profeciakunapi rimarisqa sasachakuy rikch’akuykuna pasananpaqmi kachkan. Daniel qelqapi chunka hukniyuq kaqmanta profecía nisqaqa hunt’asqa kanmanña tukukuyninman qayllaykuspa. Achka historiakunam kay profecía hunt’akunanpaq pasasqanmanta, kutin yapamanta pasaq ripunqa.” Manuscript Releases, número 13, 394.</w:t>
      </w:r>
    </w:p>
    <w:p>
      <w:pPr>
        <w:pStyle w:val="ArticleBody"/>
        <w:jc w:val="left"/>
      </w:pPr>
      <w:r>
        <w:rPr>
          <w:rFonts w:ascii="Times New Roman" w:hAnsi="Times New Roman" w:eastAsia="Times New Roman" w:cs="Times New Roman"/>
        </w:rPr>
        <w:t>Ñuqaqa rimani sut’iqta hina, chay capítuloq hukmanta kinsa chunka isqunniyuq versokuna kama rikuchisqa tukuy historiataqa kutimanta qhepallan soqta versokunapi willakusqanta. Hinallataq rimani, qhipa p’unchaykunapa historianta—chayqa 1844 watapa octubre killapa 22 p’unchayninpi qallarisqa juicioq tukukuyninpa historianninqa—iskay hatun profético pacha-kunakunawan rikuchisqasqa kasqanta. Ñawpaq pachaqa Diospa wasinpa hawanpi hunt’asqa juicioyta rikuchin; chaymanta qhepatataq huk pacha hamun, maypichus Diospa wasinmanta hawapi kaqkunapaq juicio hunt’asqa kachkan. Ñawpaq pachaqa 1989 watapi qallarin, hinaspataq Estados Unidos suyupi domingo kamachikuyman chayanankama tukukun; chaymi qatiqninpi iskay ñiqin pachaq qallariyninta señalan, chay pachaqa Miguel sayariyninkama, runapa probaciónninta wisq’anankama tukukun. Verso cuarentapa pakasqa historiañataq 1989 watapipuni qallarin, hinaspataq verso cuarenta y unonpi tukukun, chayqa Estados Unidos suyupi domingo kamachikuymi.</w:t>
      </w:r>
    </w:p>
    <w:p>
      <w:pPr>
        <w:pStyle w:val="ArticleBody"/>
        <w:jc w:val="left"/>
      </w:pPr>
      <w:r>
        <w:rPr>
          <w:rFonts w:ascii="Times New Roman" w:hAnsi="Times New Roman" w:eastAsia="Times New Roman" w:cs="Times New Roman"/>
        </w:rPr>
        <w:t>Chayqaqa kikin historiami kay kikin capítuloq chunka versículomanta pichqa chunka pichqayuqkama nisqawan. Chay historiataqa Millerita sutiyuqkunapa historiwan tinkuchinmi, pacha tukukuy manta 1798 watapi qallarisqamanta, juicio 1844 wata, octubre killapa 22 p’unchawninpi qallarisqankama. Chay ishkay historiakunaqa chay profético historiwan parallelopi purin, Cristopa naceyninmanta qallarispa cruzpi tukukuqkama.</w:t>
      </w:r>
    </w:p>
    <w:p>
      <w:pPr>
        <w:pStyle w:val="ArticleBody"/>
        <w:jc w:val="left"/>
      </w:pPr>
      <w:r>
        <w:rPr>
          <w:rFonts w:ascii="Times New Roman" w:hAnsi="Times New Roman" w:eastAsia="Times New Roman" w:cs="Times New Roman"/>
        </w:rPr>
        <w:t>1989 watapi qallarisqa historiapiqa kanmi pruebaypi kasqa pacha, 11 septiembre 2001 p’unchawmanta qallarisqa, hina hina rikuchisqa 11 agosto 1840 p’unchawmanta qallarisqa pruebaypi kasqa pachawan, hinallataq Cristopa bautizakusqanmantapacha qallarisqa pruebaypi kasqa pachawanpas. Bestiapa imágenninpa ruwakusqanqa achka profetiku historiakunawanmi rikuchisqa karqa. Chay kikillan pacha tiempomanta huk rikuchikuyninqa pachaq tawa chunka tawa waranqa runakunapa sellakusqan pacha, 11 septiembre 2001 p’unchawmanta qallarisqa, tukukunataq manaña unaymanta hamuq domingo kamachiypi. Versículo cuarentapa pakasqa historiantaqa octubre 22, 1844 p’unchawmanta 1863 watapi hatarikuq mana kasukuykama historiapa liniannintawanpas tinkuchiyta atiswanmi.</w:t>
      </w:r>
    </w:p>
    <w:p>
      <w:pPr>
        <w:pStyle w:val="ArticleBody"/>
        <w:jc w:val="left"/>
      </w:pPr>
      <w:r>
        <w:rPr>
          <w:rFonts w:ascii="Times New Roman" w:hAnsi="Times New Roman" w:eastAsia="Times New Roman" w:cs="Times New Roman"/>
        </w:rPr>
        <w:t>1844 watapi 22 ñiqin p’unchaymi kinsa kaq angelpa chayamunanta señalarkaq. Ima profético angelpa chayamunampaq hinallataq, payqa huk willakuyta apamurqa, mayqinta mikhunankupaq kasqa, ichaqa mana chayhinachu kananpaq; chayraykutaq Filadelfia suyupi Millerismoqa Laodicea suyupi Millerismoman tukurqa, 1863 watamanta ñawpaqtaña, imaynan formalmente “Seventh-day Adventist” sutita hap’ispanku hinaspa kunankamaq pacha mana kasukuy chunkaq puriy pampapi puriyta qallarisqankukama. 1844 watamanta 1863 watakama historiaraqmi rikuchin pachak tawa chunka tawa waranqa runakunamanta huknin kayman waqyakuypi mana chaskiqkunata. Paykunam Danielpa chunka iskayniyuq capítulo nisqapi mana allin runakuna, Jeremiaspa asamblea de burladores nisqan, Juanpa sinagoga de Satanás nisqan, hinallataq Mateopa vírgenes insensatas nisqankunam.</w:t>
      </w:r>
    </w:p>
    <w:p>
      <w:pPr>
        <w:pStyle w:val="ArticleBody"/>
        <w:jc w:val="left"/>
      </w:pPr>
      <w:r>
        <w:rPr>
          <w:rFonts w:ascii="Times New Roman" w:hAnsi="Times New Roman" w:eastAsia="Times New Roman" w:cs="Times New Roman"/>
        </w:rPr>
        <w:t>Cristopaq “Daniel profeta rimarisqan ch’usaqyachiq millay llaqtachikuy” nisqanwan rikuchisqa willakuq willakuyqa, qhipaman hamunqa chinkachiywan chaymanta ch’eqechisqa kananpaq ñawpaqmantaraq ayqekuyta willakun. Wata 66 d.C. nisqapi, romano general Cestioqa chay willakuyta hunt’achirqan pagan Roma pacha cristianokunapaq. Ñawpaq siglo pi apostol Pabloqa chaylla willakuyta qillqarqan chay cristianokunapaq, paykuna papal Roma pachapi ñak’arinqaku. Sábado p’unchawta waqaychaqkuna llaqtakunamanta lluqsispa chakra lawpi tiyakunankupaq willakuyqa 1888 watapi hamurqan, chayllataq Blair Bill nisqawan kuska watapi, Domingo p’unchawta Naciónpa Samay P’unchawnin hina sayachiyta qallariynin ñawpaq kaq. Blair Bill nisqa karqan ayqekunapaq willakuy, Cristopa Danielpa ch’usaqyachiq millay llaqtachikuy nisqanman hina hunt’akusqapi.</w:t>
      </w:r>
    </w:p>
    <w:p>
      <w:pPr>
        <w:pStyle w:val="ArticleBody"/>
        <w:jc w:val="left"/>
      </w:pPr>
      <w:r>
        <w:rPr>
          <w:rFonts w:ascii="Times New Roman" w:hAnsi="Times New Roman" w:eastAsia="Times New Roman" w:cs="Times New Roman"/>
        </w:rPr>
        <w:t>Imaynanmi Cestio wan 66 d.C. watapi karqa, hinallataq Blair Bill nisqapas Diospa providencianwan qechusqa karqa. 1888 wataqa 2001 watapi setiembre 11 p’unchayta rikch’achin, Sister Whiteqa iskaynin willakuykunapipas Apocalipsis chunka pusaqniyuq kapitulomanta angelpa uraykuynta señalanmi. Qhepa p’unchaykunapi llaqtakunamanta ayqekuypaq willakuyqa 2001 watapi setiembre 11 p’unchaymanta kallpachakusqa karqa. Chayrayku, 1888 watapi Blair Bill nisqaqa 2001 watapi Patriot Act nisqata rikch’achirqan. 2001 watapi setiembre 11 p’unchaypi uraykamusqa angelqa Apocalipsis chunka pusaqniyuq kapitulopa ñawpaq kimsa versículonkunapi qhepa amonestación willakuyninta willakun, chay qhepa amonestación willakuymi kinsa kaq angelpa willakuyninpas, ichaqa chunka tawañiyuq kapitulongpi kinsa kaq angelwan sut’ichasqa willakuyqa mana kikin chiqaq rimaykunañachu chunka pusaqniyuq kapitulongpi kaqwanqa. Sapan siq’ipi siq’i hina, paykunaqa kikin amonestación willakuymi kanku.</w:t>
      </w:r>
    </w:p>
    <w:p>
      <w:pPr>
        <w:pStyle w:val="ArticleBody"/>
        <w:jc w:val="left"/>
      </w:pPr>
      <w:r>
        <w:rPr>
          <w:rFonts w:ascii="Times New Roman" w:hAnsi="Times New Roman" w:eastAsia="Times New Roman" w:cs="Times New Roman"/>
        </w:rPr>
        <w:t>Profeta Danielpa nisqan ch’usaqyachiq millay kaqmi Cristospa qusqan señalkarqan, maypachachus Paypa llaqtan ayqekunanpaq, waqaychasqa kananpaq reqsisqa kananpaq. Kayqa huk willakuykama waqyaymi, chayraykutaq qhipa waqyay willakuy kanan, ichaqa huk simikunawan rimarisqa, mana Apocalipsispa chunka tawañiqin kapítulopi hinaspa chunka pusaqñiqin kapítulopi rikuchisqa willakuyhinachu. Jeremías chunka pichqañiqin kapítulopa chunka soqtañiqin versículomanta qallariq historiataq, chaylla profético pacha, waqyaywan pruebayuq willakuy pacha kasqanmi. Qallarin Diospa Siminta Jeremías mikhuptin, chayqa pasan ángel uraykamuspa, hinallataq hatun wasi sayaqkuna Nueva York llaqtapi urmaptin.</w:t>
      </w:r>
    </w:p>
    <w:p>
      <w:pPr>
        <w:pStyle w:val="ArticleBody"/>
        <w:jc w:val="left"/>
      </w:pPr>
      <w:r>
        <w:rPr>
          <w:rFonts w:ascii="Times New Roman" w:hAnsi="Times New Roman" w:eastAsia="Times New Roman" w:cs="Times New Roman"/>
        </w:rPr>
        <w:t>Jeremías rimarispa nin: “Simiynikikuna tarisqa karqan, hinaspan mikurqani; simiynikitaq sonqoypaq kusikuy karqan, anchata kusichiwan,” nisqapi, payqa Danielpa ñawpaq kaq prueban mikhunamanta ñawpaq capítulopi rikuchin, hinallataq Juanpas Apocalipsispa chunka kaq capítulopi angelpa makinmanta librota hap’ispa mikhusqanta. Willakuypa mikhuyqa qallarin huk angel chayamuspam, angel chayamupinqa huk prueba profecía kichasqa kan. Angel chayamupinqa ñawpaq prueba pacha qallarin, iskay kaq prueba pacha qallarinankama, chaymanta Michael sayariqtin, iskay kaq prueba pacha tukukun.</w:t>
      </w:r>
    </w:p>
    <w:p>
      <w:pPr>
        <w:pStyle w:val="ArticleBody"/>
        <w:jc w:val="left"/>
      </w:pPr>
      <w:r>
        <w:rPr>
          <w:rFonts w:ascii="Times New Roman" w:hAnsi="Times New Roman" w:eastAsia="Times New Roman" w:cs="Times New Roman"/>
        </w:rPr>
        <w:t>Ángel chay chayamunan pacha, qhepa para qallarin urmayta.</w:t>
      </w:r>
    </w:p>
    <w:p>
      <w:pPr>
        <w:pStyle w:val="ArticleScripture"/>
        <w:jc w:val="left"/>
      </w:pPr>
      <w:r>
        <w:rPr>
          <w:rFonts w:ascii="Times New Roman" w:hAnsi="Times New Roman" w:eastAsia="Times New Roman" w:cs="Times New Roman"/>
        </w:rPr>
        <w:t>“Qhepa paraqa tamyayqa Diospa llaqtanman uraykunanmi. Huk atiyniyuq angelyaqa hanaq pachatamanta uraykamunan, hinallataq llapa kay pachapas paypa k’anchayninwan k’anchasqa kanan.” Review and Herald, April 21, 1891.</w:t>
      </w:r>
    </w:p>
    <w:p>
      <w:pPr>
        <w:pStyle w:val="ArticleBody"/>
        <w:jc w:val="left"/>
      </w:pPr>
      <w:r>
        <w:rPr>
          <w:rFonts w:ascii="Times New Roman" w:hAnsi="Times New Roman" w:eastAsia="Times New Roman" w:cs="Times New Roman"/>
        </w:rPr>
        <w:t>Qhipa para tamyqa chaskisqa kanku, Jeremiaspa ñawpaq ñankunapi puriqkuna.</w:t>
      </w:r>
    </w:p>
    <w:p>
      <w:pPr>
        <w:pStyle w:val="ArticleScripture"/>
        <w:jc w:val="left"/>
      </w:pPr>
      <w:r>
        <w:rPr>
          <w:rFonts w:ascii="Times New Roman" w:hAnsi="Times New Roman" w:eastAsia="Times New Roman" w:cs="Times New Roman"/>
        </w:rPr>
        <w:t>Kaymi nin Señor: Ñankunapi sayariychik, qhawariychik, ñawpaq ñankunamanta tapukuychik, maypichus allin ñan kashan; chaypi puriychik, hinaptinqa almaykichikpaq samayta tarinkichik. Ichaqa paykuna nirqanku: Manam chaypi purisunchu. Hinallataq qankunaman ricchakuqkunata churani, nispa: Wiyaychik waqra waqaychaypa uyariyninta. Ichaqa paykuna nirqanku: Manam uyarisunchu. Jeremías 6:16, 17.</w:t>
      </w:r>
    </w:p>
    <w:p>
      <w:pPr>
        <w:pStyle w:val="ArticleBody"/>
        <w:jc w:val="left"/>
      </w:pPr>
      <w:r>
        <w:rPr>
          <w:rFonts w:ascii="Times New Roman" w:hAnsi="Times New Roman" w:eastAsia="Times New Roman" w:cs="Times New Roman"/>
        </w:rPr>
        <w:t>“trompeta” nisqanta “qhawariqkuna” waqyachisqankuqa Laodiceaman willakuymi, chayta Joneswan Waggonerwan 1888 watapi qhawarichirqanku.</w:t>
      </w:r>
    </w:p>
    <w:p>
      <w:pPr>
        <w:pStyle w:val="ArticleScripture"/>
        <w:jc w:val="left"/>
      </w:pPr>
      <w:r>
        <w:rPr>
          <w:rFonts w:ascii="Times New Roman" w:hAnsi="Times New Roman" w:eastAsia="Times New Roman" w:cs="Times New Roman"/>
        </w:rPr>
        <w:t>Sinchita qapariy, ama waqaych’aychu; kunkaykita waqra hina hoqarispa, llaqtayman huchankuta rikuchiy, Jacobpa wasinmanpas huchankunata. Isaías 58:1.</w:t>
      </w:r>
    </w:p>
    <w:p>
      <w:pPr>
        <w:pStyle w:val="ArticleBody"/>
        <w:jc w:val="left"/>
      </w:pPr>
      <w:r>
        <w:rPr>
          <w:rFonts w:ascii="Times New Roman" w:hAnsi="Times New Roman" w:eastAsia="Times New Roman" w:cs="Times New Roman"/>
        </w:rPr>
        <w:t>11 punchaw, sitimri killapi, 2001 watapi, pachak tawa chunka tawa waranqa runakunapa sellasqa kaynin qallarikurqan. Huk waqyay willakuy Laodiceaman willasqa karqan.</w:t>
      </w:r>
    </w:p>
    <w:p>
      <w:pPr>
        <w:pStyle w:val="ArticleScripture"/>
        <w:jc w:val="left"/>
      </w:pPr>
      <w:r>
        <w:rPr>
          <w:rFonts w:ascii="Times New Roman" w:hAnsi="Times New Roman" w:eastAsia="Times New Roman" w:cs="Times New Roman"/>
        </w:rPr>
        <w:t>“A. T. Jones, E. J. Waggoner ima ñuqanchisman qusqanku willakuyqa Laodicea iglesiaman Diospa willakuyninmi, hinaspa ay ayk’aqmanpas chayamuchun, pichus cheqaq kaqta creen nispa rimanku, ichaqa hukkunaman mana qhawachinku Diosmanta qusqan k’anchay rayokunata.” The 1888 Materials, 1053.</w:t>
      </w:r>
    </w:p>
    <w:p>
      <w:pPr>
        <w:pStyle w:val="ArticleBody"/>
        <w:jc w:val="left"/>
      </w:pPr>
      <w:r>
        <w:rPr>
          <w:rFonts w:ascii="Times New Roman" w:hAnsi="Times New Roman" w:eastAsia="Times New Roman" w:cs="Times New Roman"/>
        </w:rPr>
        <w:t>Laodiceaman qillqaska yuyachiyqa Jeremiaspa rikch’akuqkuna waqrachakunkupa waqyasqanmi, ichaqa Laodicea sutiyuq Qanchis Punchaw Samanakuy Adventista iglesiaqa mana uyariyta munanchu. Chayqa sut’iy yuyachiymi llaqtakunamanta ayqekuspa chakra allpaman ripunapaq, qayna punchawkunaq hamuq Domingo kamachiy ñawpaqman.</w:t>
      </w:r>
    </w:p>
    <w:p>
      <w:pPr>
        <w:pStyle w:val="ArticleBody"/>
        <w:jc w:val="left"/>
      </w:pPr>
      <w:r>
        <w:rPr>
          <w:rFonts w:ascii="Times New Roman" w:hAnsi="Times New Roman" w:eastAsia="Times New Roman" w:cs="Times New Roman"/>
        </w:rPr>
        <w:t>Kay hina nisqayqa kay imaymana proféticop ñanninkunamanta, qamkunaq yuyaychanaykita kuyuchiyta munaspa, chaywan qamkuna cheqaqtapuni suyaychaspa allinta pruebaychispaqmi, imataq qillqayta qallarisqayta. Ichaqa, bestiapa imagenninman chaymanta bestiapa imagenninmanta aswan ancha umuhinapaq kaqninqa kaymi: qhipa p’unchaykunapi iskay ruwasqa kanku bestiapa imagenninmanta chaymanta bestiapa imagenninman. Ñawpaq kaqqa, Estados Unidos llaqtapi; chaymanta qhepamanqa, kay pachapi nacionkunapi.</w:t>
      </w:r>
    </w:p>
    <w:p>
      <w:pPr>
        <w:pStyle w:val="ArticleBody"/>
        <w:jc w:val="left"/>
      </w:pPr>
      <w:r>
        <w:rPr>
          <w:rFonts w:ascii="Times New Roman" w:hAnsi="Times New Roman" w:eastAsia="Times New Roman" w:cs="Times New Roman"/>
        </w:rPr>
        <w:t>Manam allin yuyaywan kay Romaq lantanpa profetiko pruebanpi purinanchikpaq, wakin profetiko kaqninchikkunaqa animalpa lantanman hinallataq animalmanta nisqawan tinkisqaqa chiqapta churakunanchikmi. Animalpa lantanpa prueba pacha-mantapas iskay kaq ancha importante kaqmi (askha testigokunawan rikuchiy atisqa): pachak tawa chunka tawa waranqa runakunapa sellasqa kayninqa Estados Unidos llaqtapi animalpa lantanpa prueba pacha ukhupinmi pasakusun; hinallataq kay pachallapi, mundo nacionkuna ukhupi animalpa lantanpa prueba pacha kaptinmi, chay domingo kamachiy pacha (321wan rikuchisqa) Babilonia ukhupiraq kaq Diospa huk wawan-kunaqa redilman huñusqa kanku.</w:t>
      </w:r>
    </w:p>
    <w:p>
      <w:pPr>
        <w:pStyle w:val="ArticleBody"/>
        <w:jc w:val="left"/>
      </w:pPr>
      <w:r>
        <w:rPr>
          <w:rFonts w:ascii="Times New Roman" w:hAnsi="Times New Roman" w:eastAsia="Times New Roman" w:cs="Times New Roman"/>
        </w:rPr>
        <w:t>Uywaq animalpa rikchayninqa iskay sut’i, hukninwan huknin t’inkisqa waturikuy pacha-kunata sut’ichin; chay iskay waturikuy pacha-kunaqa hinallataq Apocalipsis qanchis kaq capítulo-pi pachak tawa chunka tawa waranqa runakunaq qhipa tantanakusqanta rikuchin, chaymanta qipanmanmi chaylla capítulo-pi hatun achka runa.</w:t>
      </w:r>
    </w:p>
    <w:p>
      <w:pPr>
        <w:pStyle w:val="ArticleBody"/>
        <w:jc w:val="left"/>
      </w:pPr>
      <w:r>
        <w:rPr>
          <w:rFonts w:ascii="Times New Roman" w:hAnsi="Times New Roman" w:eastAsia="Times New Roman" w:cs="Times New Roman"/>
        </w:rPr>
        <w:t>Domingo p’unchay kamachikuypi Estados Unidos suyuqa Apocalipsis qillqap 13 ñiqin kapitulupi, chunka hukniyuq versículopi sut’inchasqa hina, dragón hina rimarin. Chaymanta lloqsispa tukuy kay pachapi nacionkunata llullachin, chay nacionkunaman nispa paykunapas uywaqman huk mundial imagenta ruraykuchun, imaynan Estados Unidos suyupas chayta rurarqan hina. Domingo p’unchay kamachikuywan qallariq pacha, 321 watapi Constantinoq domingo p’unchay kamachikuyninwan rikuchisqa, tukukun p’unchaypi qhipa nacion papaq Roma llaqtanman qonqorikuykuptin, maypichus 538 watapi domingo p’unchay kamachikuy rikuchisqa kashan; imaraykuchus 13 ñiqin kapitulupi Estados Unidos suyuqa atiyniyuqmi uywaqpa imagenta kawsayman apamunanpaq hinaspa rimachinanpaq. Chay pacha 321 watapi domingo p’unchay kamachikuywan qallarin hinaspa 538 watapi domingo p’unchay kamachikuywan tukukun.</w:t>
      </w:r>
    </w:p>
    <w:p>
      <w:pPr>
        <w:pStyle w:val="ArticleBody"/>
        <w:jc w:val="left"/>
      </w:pPr>
      <w:r>
        <w:rPr>
          <w:rFonts w:ascii="Times New Roman" w:hAnsi="Times New Roman" w:eastAsia="Times New Roman" w:cs="Times New Roman"/>
        </w:rPr>
        <w:t>2001 watapi Estados Unidos suyupi kamachiqninqa “rimarqan” Patriot Act nisqa kamachiman.</w:t>
      </w:r>
    </w:p>
    <w:p>
      <w:pPr>
        <w:pStyle w:val="ArticleBody"/>
        <w:jc w:val="left"/>
      </w:pPr>
      <w:r>
        <w:rPr>
          <w:rFonts w:ascii="Times New Roman" w:hAnsi="Times New Roman" w:eastAsia="Times New Roman" w:cs="Times New Roman"/>
        </w:rPr>
        <w:t>Kay yachayta qatiqpas ñawpaq qillqapi qatiqllaña rurasun.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Kanchisniyuq Chunka Tawayuqpa Pakasqa Willakuynin - Hukniyuq</dc:title>
  <dc:subject>Profecíakunata kichay: Qhipa p’unchaykuna, Judá ayllupa Leónnin, hinaspa Apocalipsisman qhipa kuyuykuna</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