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Chusku Chunka Yupaqpa Pakasqa Willakuynin - Iskayniyuq</w:t>
      </w:r>
    </w:p>
    <w:p>
      <w:pPr>
        <w:pStyle w:val="ArticleSubtitle"/>
        <w:jc w:val="left"/>
      </w:pPr>
      <w:r>
        <w:rPr>
          <w:rFonts w:ascii="Arial" w:hAnsi="Arial" w:eastAsia="Arial" w:cs="Arial"/>
        </w:rPr>
        <w:t>Estados Unidos, Patriot Act, hinallataq willakuy proféticopa hunt’asqa kayninman ñan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Qhipa qillqapi tukurqaniku kay rimaywan: “2001 watapi Estados Unidos llaqtap kamachiqninmi Patriot Act nisqata kamachiman tukuchirqan.”</w:t>
      </w:r>
    </w:p>
    <w:p>
      <w:pPr>
        <w:pStyle w:val="ArticleScripture"/>
        <w:jc w:val="left"/>
      </w:pPr>
      <w:r>
        <w:rPr>
          <w:rFonts w:ascii="Times New Roman" w:hAnsi="Times New Roman" w:eastAsia="Times New Roman" w:cs="Times New Roman"/>
        </w:rPr>
        <w:t>“Achkaqmi kanku, kay kuyuypi domingo hunt’achiyta kallpachaqkunamantapas, kay ruwaypa qhipanpi hamuq rurakuykunamanta ñawsa kachkanku. Mana rikunchu, chiqaptaqmi paykunaqaqa religión nisqapa qispikayninta chiqallanman maqachkanku. Achkaqmi kanku, Bibliaq sábado p’unchawninpa mañakusqankunata mana hayk’aqpas unanchasqaku, hinallataq domingo institutopa sayasqan llulla cimientonta mana yachasqaku. Ima kuyuypas religiónmanta kamachiykunapa favorninpiqa, cheqaqtapuni papadoman qochakuyniyuq ruwaymi, chaymi achka watakuna unaymanta pacha yuyayniyoq sonqopa qispikayninpa contranpi mana sayk’uspa maqanakusqa. Domingo waqaychayqa, sutichasqa cristiano institutohina kawsayninta manun ‘millay ruraypa pakasqa misterion’manta;’ hinaspataq hunt’achisqanqa, Romanismoq chiqap kaq esquina rumi-hina sayachiq prinsipionkunata reqsiyllañam kanqa. Suyunchikqa gobiernonpa prinsipionkunata chayhina ñak’arichispa domingo leyta kamachinqa chayqa, Protestantismoqa kay ruwaypi papismowan makita hap’inqa; manam imapas huknirqachu, aswanqa unaymanta pacha munaywan suyasqa tiraniaman kawsayta qoymi, yapamanta phinkirispa ruwana despotismoman kutimunanpaq.” Testimonies, volumen 5, 711.</w:t>
      </w:r>
    </w:p>
    <w:p>
      <w:pPr>
        <w:pStyle w:val="ArticleBody"/>
        <w:jc w:val="left"/>
      </w:pPr>
      <w:r>
        <w:rPr>
          <w:rFonts w:ascii="Times New Roman" w:hAnsi="Times New Roman" w:eastAsia="Times New Roman" w:cs="Times New Roman"/>
        </w:rPr>
        <w:t>1888 watapi 2001 watata rikuchirqan, chaypim Blair Bill nisqa kamachiyta qallarichirqanku; ichaqa mana qispichisqa kasqanrayku, proféticamente rimayta mana atirqanchu. Chayqa 66 d.C. watapa señalninman tukurqan, huk muyuychakuyta qallarichisqa, hinaspataq mana yachasqa hina qichusqa. Sicha yachakunman iskay imagen de la bestia pruebay tiempos kasqanta, iskay kaq pachaqa Estados Unidos llaqtapi domingo kamachiywan qallarimusqanta, 321 watapi rikuchisqa hina, hinaspa chay pacha tukuyninqa mundo entero domingo kamachiy, 538 watapi rikuchisqa hina, hunt’asqa hina ch’amaqtin tukukuqta; chayqa proféticamente mañan, ñawpaq imagen de la bestia pruebay pachapa qallariyninpas huk niraq domingo kamachiy ricuchisqa rimakusqanwan qallarinqa. 1888 watapi, Blair Bill nisqaqa huk yachaykusqa llamk’ay karqan Naciónpaq domingo kamachiyta ch’amaqta qispichinapaq, hinaspa 1888 watam reqsichin Apocalipsis chunka pusaqniyuq angel uraykamusqanta, kay pachataq kikinpa gloriawan k’anchachisqanta.</w:t>
      </w:r>
    </w:p>
    <w:p>
      <w:pPr>
        <w:pStyle w:val="ArticleBody"/>
        <w:jc w:val="left"/>
      </w:pPr>
      <w:r>
        <w:rPr>
          <w:rFonts w:ascii="Times New Roman" w:hAnsi="Times New Roman" w:eastAsia="Times New Roman" w:cs="Times New Roman"/>
        </w:rPr>
        <w:t>Patriot Act nisqaqa huk domingo kamachiypa rikch’ayninmi, Estados Unidos llaqtapi uywaqpa rikch’ayninta qallarispa pacha pruebayta qallarinanpaq. Estados Unidosqa dragón hina riman Apocalipsis qillqapa chunka kimsayuq kapítulon, chunka hukniyuq versículon hunt’asqa kananpi, domingo kamachiyta hunt’achispa. Chay kamachiyta hunt’achisqanpiqa dragón hina rimanqa, chay domingo kamachiytaq reqsichinmi uywaqpa rikch’ayninqa Estados Unidos llaqtapi hunt’asqa llapan kayninta. Chay pachapiqa Estados Unidosqa pruebapa tiempomanta kopa kasqanta hunt’achinña, hinaptinqa naciónpa apostasían qatiqninmi naciónpa thuñiynin hamun. Chay pachapiqa Estados Unidosqa manaña Bibliapa profecíapi soqtayuq reinochu kan, kimsa hukllachasqa t’aqakuy sayarichisqa kaptin.</w:t>
      </w:r>
    </w:p>
    <w:p>
      <w:pPr>
        <w:pStyle w:val="ArticleBody"/>
        <w:jc w:val="left"/>
      </w:pPr>
      <w:r>
        <w:rPr>
          <w:rFonts w:ascii="Times New Roman" w:hAnsi="Times New Roman" w:eastAsia="Times New Roman" w:cs="Times New Roman"/>
        </w:rPr>
        <w:t>Alpha y Omegaqa sapa kuti qallariyninta tukukuyninwan rikuchin, hinaspa Estados Unidospa qallariyninpi kimsa kutiymi Estados Unidosqa profetiku hinam rimasqa, chaymi Biblia profeciapi soqta kaq reino hina Estados Unidospa qallariyninta señalasqa. Independenciapa Willakuynin 1776 watapi, chaymanta qatiqnin Constitución 1789 watapi, hinaspa chaymanta Alien and Sedition Acts 1798 watapi, Estados Unidospa profetiku rimariyninpa ñawpaq kimsa kutiyninkunata reqsichin. Chay kimsa qillqasqakuna sapa hukmi Estados Unidospa rimariyninta sut’icharqa. Chay kimsa puriykunaqa 1798 wataman pusarqa, chaymi Biblia profeciapi soqta kaq reino hina Estados Unidospa kamachikuyninpa qallariynin karqa. Chayllataq Estados Unidospa qallariyninpi kaq chay kimsa señalakunaqa, kimsa señalakunatam rikuchin, chaykunam Biblia profeciapi soqta kaq reino hina Estados Unidospa kamachikuyninpa tukukuyninman pusanku.</w:t>
      </w:r>
    </w:p>
    <w:p>
      <w:pPr>
        <w:pStyle w:val="ArticleBody"/>
        <w:jc w:val="left"/>
      </w:pPr>
      <w:r>
        <w:rPr>
          <w:rFonts w:ascii="Times New Roman" w:hAnsi="Times New Roman" w:eastAsia="Times New Roman" w:cs="Times New Roman"/>
        </w:rPr>
        <w:t>Patriot Act nisqa kamachikuyqa huk ñawpaq rimaymi kimsa kuti Estados Unidos suyuspa rimarisqanpi, soqtan qhapaq suyupa tukukuyninman chayamuspa. Kimsañiqin rimayqa, soqtan qhapaq suyupa tukukuyninta reqsichiq, domingo kamachikuymin. Chay willakuy pacha chawpipiqa, 2022 watapi qallarisqa enero 6 p’unchaw Pelosi Juicios nisqakuna qallarichisqa karqan. Chay juiciosqa Constitución ukhupi allinta churakusqa derechokunata chiqapta qhichaymi karqan, imaraykuchus juiciosqa políticop karqan, hinallataq lawfare nisqaqa mana sasachakuyninpaq ruwasqa llulla chiqaqkuna sapaqchu karqan, aswanpas Constitución ukhupi reqsichisqa “procedural” hinallataq “substantive” kamachikunapaq chiqap chiqniyninman tikrasqa maqanakuy karqan.</w:t>
      </w:r>
    </w:p>
    <w:p>
      <w:pPr>
        <w:pStyle w:val="ArticleBody"/>
        <w:jc w:val="left"/>
      </w:pPr>
      <w:r>
        <w:rPr>
          <w:rFonts w:ascii="Times New Roman" w:hAnsi="Times New Roman" w:eastAsia="Times New Roman" w:cs="Times New Roman"/>
        </w:rPr>
        <w:t>Patriot Act nisqa kamachikuy 2001 watapi karqa chiqaptaq huk maqanakuy “Due Process Clause” nisqapaq, chaymi rikurin iskayninpi, U.S. Constitución nisqapaq Fifth Amendment nisqapipas, Fourteenth Amendment nisqapipas. Chaykunam niyanku mana pipas qichusqa kananpaq kawsayninta, libertadninta, utaq propiedadninta mana kamachikuypa allin llank’ayninwan. Chayqa 2001 watam karqa, hinaspataq 2022 watapi Constitución contra maqanakuyqa qhawarisqa karqa iskayninman, “procedural due process” nisqamanpas, “substantive due process” nisqamanpas. “Repudiate” simiqa ninmi ñiqiyta, mana chaskiyta, hinaspataq Sister White sut’inchan Estados Unidos llaqtapi domingo kamachikuypi Constitución nisqapa llapa principio-ninkuna repudiated kasqankuta.</w:t>
      </w:r>
    </w:p>
    <w:p>
      <w:pPr>
        <w:pStyle w:val="ArticleScripture"/>
        <w:jc w:val="left"/>
      </w:pPr>
      <w:r>
        <w:rPr>
          <w:rFonts w:ascii="Times New Roman" w:hAnsi="Times New Roman" w:eastAsia="Times New Roman" w:cs="Times New Roman"/>
        </w:rPr>
        <w:t>“Papapa kamachisqanta Diospa leyinman huchallikuspalla kallpachaq kamachiywan, suyunchikqa hunt’asqata allin kawsaymanta t’aqakunqa. Protestantismom, chinkariy hatun wayq’umanta makin mast’arispan Roma atipayninpa makin hapiqtin, ukhu wayq’uman chimpaspalla espiritismowan makinta hap’iqtin, kay kimsa hukllachasqa huñuypa kallpan ukhupi, suyunchikqa Protestante hinallataq republicano gobiernomanta Constituciónninpa llapa kamachiyninkunata ñiqichaspa saqeqtin, papapa llullakuyninkunata chinkachikuyninkunatapas mirachinapaq wakichiyta ruwaspa, chayqa yachananchikmi Satanaspa musphaymanta admirakuypaq llankayninpa pacha chayamusqanta, tukukuypas qayllapiña kasqanta.”</w:t>
      </w:r>
    </w:p>
    <w:p>
      <w:pPr>
        <w:pStyle w:val="ArticleScripture"/>
        <w:jc w:val="left"/>
      </w:pPr>
      <w:r>
        <w:rPr>
          <w:rFonts w:ascii="Times New Roman" w:hAnsi="Times New Roman" w:eastAsia="Times New Roman" w:cs="Times New Roman"/>
        </w:rPr>
        <w:t>“Imaynan hinaqa soldadokuna Jerusalén llaqtata muyurqanku chayqa discípulokunapaq señalkarqan Jerusalén llaqtapa qayllamusaq chinkayninta, chayhinallataq kay apostasiapas ñuqanchispaq señalkayman Diospa muchuywan suyaykusqanpa tupun hunt’asqaña kasqanta, suyunchispa huchankunapa tupun hunt’asqaña kasqanta, hinallataq khuyapayakuq angelpas ripunapaqña kasqanta, mana hayk’aq kutimunanpaq. Chaymantataq Diospa llaqtanqa urmaykuchisqa kanqa chay ñak’ariywan llaquykunaman, profetakuna nisqankuman hina Jacobpa sasachakuynin pacha nisqaman. Iñiq, qatikachasqa runakunapa waqyasqankutaq hanaq pachaman wicharin. Hinaspa imaynan Abelpa yawarnin allpamanta waqyarqan, chayhinallataq kachkanpas waqyaq kunakuna Diosman mártirkunapa p’ampasqankumanta, qochapa aya wasiyninkunamanta, urqu mach’aykunamanta, conventokunapa pacha kallpankumanta: ‘Hayk’aqkama, Apuy, ch’uya, chiqaq, manaraqchu juzganki, manaraqchu chaninchanki yawarniykuta kay pachapi tiyaqkunamanta?’”</w:t>
      </w:r>
    </w:p>
    <w:p>
      <w:pPr>
        <w:pStyle w:val="ArticleScripture"/>
        <w:jc w:val="left"/>
      </w:pPr>
      <w:r>
        <w:rPr>
          <w:rFonts w:ascii="Times New Roman" w:hAnsi="Times New Roman" w:eastAsia="Times New Roman" w:cs="Times New Roman"/>
        </w:rPr>
        <w:t>“Señorqa llamk’ananta ruwashan. Llapa hanaq pacha kuyurishanña. Kay pachapi llapa runakunata juzgaqqa utqayllam hatarinqa, cheqaqchaspataq insultasqa kamachikuyninta. Qispichisqa kasqapa señalanqa churakusaq Diospa kamachikuyninkunata waqaychaq qharikunapi, leyninta manchakuypaq yupaychaqkunapi, hinaspa animalpa señalninta utaq imagenninpa señalninta mana chaskiqkunapi.</w:t>
      </w:r>
    </w:p>
    <w:p>
      <w:pPr>
        <w:pStyle w:val="ArticleScripture"/>
        <w:jc w:val="left"/>
      </w:pPr>
      <w:r>
        <w:rPr>
          <w:rFonts w:ascii="Times New Roman" w:hAnsi="Times New Roman" w:eastAsia="Times New Roman" w:cs="Times New Roman"/>
        </w:rPr>
        <w:t>“Tayta Diosmi rikuchirqa imakunachus qhipa p’unchaykunapi pasananpaq, llaqtan runakuna wakichisqa kananpaq, hark’aywan phiñakuypa wayra-tamya contranpi sayarinankupaq. Ñawpaqmanta willasqa karqanku ñawpaqenpi kaq ruwaykunamanta, mana allinchu hawka suyayllapi tiyaykuyta, hamuq wayra-tamyata suyaspa, kikinkuta sonqochakuspa: Señorqa chiqap kasuqninkunata sasachakuy p’unchaypi pakarinqa nispa. Ñuqanchikqa Señorninchikta suyaq runakuna hina kanan, mana qilla suyayllapi, aswanpas sonqonchikmanta llank’aspa, mana kuyuy atina iñiyniyuq. Kunanqa manam pacha kanchu yuyayninchikta pisipaq kaq imakunawan hunt’achinapaq. Runakuna puñusqankukama, Satanásqa kallpanchakuspa imakunatapas wakichin, chayhinaqa Señorpa llaqtanman ama khuyapayapas, ama chanin kaq taripaypas kananpaq. Domingo p’unchaymanta kuyuyqa kunanqa tutayayllapi purichkan. Pushaqkunaqa chiqap tapukuyta pakachkanku, hinaspa askhaqkuna, chay kuyuywan huñunakuspa, mana kikinpas rikunkuchu maymanchus uku mayu apachkan. Rimasqankunaqa llamp’u, hinallataq cristiano hina rikurinqa; ichaqa rimarisqan p’unchayqa dragónpa espiritunta rikuchinqa. Ñuqanchikpa ruwananmi llapa atisqanchikta ruwaspa, manchakuyta apamuq peligrota hark’ayninchikpaq. Runakunapa ñawpaqenpi allin k’anchaypi churakuspa, prejuiciota chinkachiyta kallpachakunanchik. Chiqap sasa tapukuyta ñawpaqman apamunanchik, chayhinapin aswan atiyuq hark’akuy protestata ruranchik, yuyayniyuq kaypa qispikayninta mich’aq kamachikuykunapa contranpi. Escrituras-ta mask’ananchik, hinaspa atinanchik ñuqanchikpa iñiyninchikpa imaraykun kasqanta niyta. Profetaqa nin: ‘Mana allinkunaqa mana allinta ruwankaq: mana allinkunamanta mana mayqenpas entiendenqachu; yachaqkunaqa entiendenqanku.’” Testimonies, volumen 5, 451, 452.</w:t>
      </w:r>
    </w:p>
    <w:p>
      <w:pPr>
        <w:pStyle w:val="ArticleBody"/>
        <w:jc w:val="left"/>
      </w:pPr>
      <w:r>
        <w:rPr>
          <w:rFonts w:ascii="Times New Roman" w:hAnsi="Times New Roman" w:eastAsia="Times New Roman" w:cs="Times New Roman"/>
        </w:rPr>
        <w:t>Pani Whiteqa domingokuna kamachita tinkuchin achka qhipa p’unchawkunaq ñankuna rikuchiqkunawan, chayta ruwaspataq paypa siminkuna sut’inchanku “ima qhipa p’unchawkunapi pasananta, Paypa llaqtan wakichisqa kananpaq sayarinankupaq hark’aypa, phiñakuypa wayra sinchipa ñawpaqenpi.” Chayrayku, kay pasajepi pay tinkuchisqan ñankuna rikuchiqkuna allinta, sumaqta qhawarisqa kanankupaqmi. Ñoqaqa nishani tukuy kaymanta yuyaypa t’uqunqa profecíaq siq’inmi kasqanta, mayqinchus Estados Unidos llaqtapa Constituciónninta qhawarin, hinallataq nacionpa “rimaynin”tapas huk tinkisqa unanchasqa hina.</w:t>
      </w:r>
    </w:p>
    <w:p>
      <w:pPr>
        <w:pStyle w:val="ArticleBody"/>
        <w:jc w:val="left"/>
      </w:pPr>
      <w:r>
        <w:rPr>
          <w:rFonts w:ascii="Times New Roman" w:hAnsi="Times New Roman" w:eastAsia="Times New Roman" w:cs="Times New Roman"/>
        </w:rPr>
        <w:t>Chaywanmi niyta munani: 1888 watapi Blair Bill nisqa, 2001 watapi Patriot Act nisqa, hinallataq 2022 watamanta qallarispa demócratakunaq chaymanta globalist Republicanokunaq ruwasqan político qatikachaykuna, sapa hukninpis Constitución nisqapa iskay ancha esencial kaqnin-kunata chiqanmanta ñiqichasqanmi karqan. 1888 wataqa domingo p’unchaw yupaychayta kamachispa hunt’achiyta rikuchin, hinaspa 2001 watapi Inglaterraq leyninmanta Romaq leyninman tikrayta. 2022 watapitaq “substantive” hinallataq “procedural” ley nisqakuna atacasqa karqan.</w:t>
      </w:r>
    </w:p>
    <w:p>
      <w:pPr>
        <w:pStyle w:val="ArticleBody"/>
        <w:jc w:val="left"/>
      </w:pPr>
      <w:r>
        <w:rPr>
          <w:rFonts w:ascii="Times New Roman" w:hAnsi="Times New Roman" w:eastAsia="Times New Roman" w:cs="Times New Roman"/>
        </w:rPr>
        <w:t>Sustantive kamachikuyqa runakunapa hinaspa tantanakuykunapa derechonkuta chaymanta obligacionesninkutapas sut’inchan, chaymanta procedural kamachikuyqa imayna allinchakuy atipanakuykuna allichasqa kananmanta hinaspa runakunapa hinaspa tantanakuykunapa derechonkuta obligacionesninkutapas hunt’achinamanta rikhuchin. Kamachikuyqa ima ruway legal kasqanta mana legal kasqantapas sut’inchan, chaymantataq imayna muchuykuna churasqa kanankutapas nispa churaykun. Sustantive kamachikuyqa achka legal patmakunata hap’in, criminal, civil, contract kamachikuykunatapas ukhupi.</w:t>
      </w:r>
    </w:p>
    <w:p>
      <w:pPr>
        <w:pStyle w:val="ArticleBody"/>
        <w:jc w:val="left"/>
      </w:pPr>
      <w:r>
        <w:rPr>
          <w:rFonts w:ascii="Times New Roman" w:hAnsi="Times New Roman" w:eastAsia="Times New Roman" w:cs="Times New Roman"/>
        </w:rPr>
        <w:t>Ley penalqa allin sumaq rikuchiymin sustantivo leypaqqa. Ley penalqa sut’inchan ima ruwaykunaq huchasapa kasqanta, hinallataq chay huchakunapa muchuyninkunatapas. Ley civilqa, ichaqa, kamachin runakunaq organizacionkunawan chawpipi atipanakuyninkunata, ahinataq contrato p’akiy, sapanka qharikayman ch’akiy, utaq propiedadmanta atipanakuyninkuna.</w:t>
      </w:r>
    </w:p>
    <w:p>
      <w:pPr>
        <w:pStyle w:val="ArticleBody"/>
        <w:jc w:val="left"/>
      </w:pPr>
      <w:r>
        <w:rPr>
          <w:rFonts w:ascii="Times New Roman" w:hAnsi="Times New Roman" w:eastAsia="Times New Roman" w:cs="Times New Roman"/>
        </w:rPr>
        <w:t>Kamachiy leyqaqqaqa, sapa kutiqa, qillqasqa kachkan kamachiykunapi, reglamentokunapi, hinallataq jurisprudenciapi. Kamachiykunaqa kamachiq ayllukunamanta pasan, hinaqa nacional parlamentokuna utaq estadopa legislaturankuna; reglamentokunaqa kamachiykunata ruwan hinaspa purichin administraciónpa agenciankuna. Jurisprudenciaqa juezkunap ruwasqan leymi, mayqintaq kamachiykunata, reglamentokunata, hinallataq Constitución nisqata ima ñawirispanku hamut’aspa sut’inchanku chaymanta.</w:t>
      </w:r>
    </w:p>
    <w:p>
      <w:pPr>
        <w:pStyle w:val="ArticleBody"/>
        <w:jc w:val="left"/>
      </w:pPr>
      <w:r>
        <w:rPr>
          <w:rFonts w:ascii="Times New Roman" w:hAnsi="Times New Roman" w:eastAsia="Times New Roman" w:cs="Times New Roman"/>
        </w:rPr>
        <w:t>Ley procesal nisqaqa kamachikuykunamanta riman, mayqin kamachikuykunachus kamachinanku imayna kamachikuy ruray purinanpaq. Chayqa sut’inchan imayna causakuna purinanku kamachikuy sistema ukhupi, qallariypi huk quejapak willakuy qillqasqa churaymanta qhepa tukukuq allinchakuykama. Ley procesal nisqaqa imaymana kamachikuy pampa-kunatan qhawarin, civil, penal, hinallataq administrativo procedimiento-kunatapas. Ley procesal nisqap munayninqa kachkan kamachikuy rurayqa chaninnaq hinallataq allin usqhaywan kasqanpaq. Chayqa huk marco-ta qun ch’aqwakuykunata allinchaypaq, hinallataq garantizan kamachikuy ruraypi llapa kaqkuna, juezkuna, abogadokuna, litigantekunapas, yachanankupaq imatachus paykunamanta suyanakusun.</w:t>
      </w:r>
    </w:p>
    <w:p>
      <w:pPr>
        <w:pStyle w:val="ArticleBody"/>
        <w:jc w:val="left"/>
      </w:pPr>
      <w:r>
        <w:rPr>
          <w:rFonts w:ascii="Times New Roman" w:hAnsi="Times New Roman" w:eastAsia="Times New Roman" w:cs="Times New Roman"/>
        </w:rPr>
        <w:t>Ley sustantiva wan ley procesal wanri juntashqa llamk’ananpaqmi yuyasqa kanku, justicia hunt’asqa kananpaq. Ley sustantivaqa runakunap, hinallataq tantanakuykunap derechonkuta hinaspa obligacionninkuta sut’inchan, chaymanta ley procesalqa imayna ch’aqwaykuna allinchasqa kananpaq hinaspa chay derechokuna obligacionkunapas hunt’asqa kananpaq rurasqa ñanta sut’inchan. Huk rimaypiqa, ley sustantivaqa ima ruraykuna legal utaq ilegal kasqanta, hinaspa ilegal ruraykunapa consekuenciankunatapas sut’inchan; ley procesalqa ichaqa imayna chay legal asuntukuna allinchasqa kananpaq ñanta sut’inchan.</w:t>
      </w:r>
    </w:p>
    <w:p>
      <w:pPr>
        <w:pStyle w:val="ArticleBody"/>
        <w:jc w:val="left"/>
      </w:pPr>
      <w:r>
        <w:rPr>
          <w:rFonts w:ascii="Times New Roman" w:hAnsi="Times New Roman" w:eastAsia="Times New Roman" w:cs="Times New Roman"/>
        </w:rPr>
        <w:t>2001 watapi, Patriot Act nisqaqa habeas corpus nisqap derechonta qichurqan. “Habeas corpus” nisqaqa latín simimanta hamuq sutichasqa simin, chayqa “cuerpoykita kapunkiman” nisqaman tikran. Kayqa huk kamachiy principio-manmi rikhurin, mayqinchus runakunata mana allinchasqa wisq’achiy-manta amachan, chayrayku huk corteqa huk runaq wisq’asqa kasqan kamachiywan allinchu manachu nisqanta qhawananta mañan. Habeas corpus nisqaqa achka kamachiy sistemakunapi huk hatun, saphi derechom, aswanpas Inglaterra llaqtap común law nisqanwan umalliqchasqa sistemakunapi. Chayqa allinta qhawachin mana pipas mana chiqap causayuq kaptin wisq’asqa kaqta, hinallataq saqin juezpa ñawpaqenpi wisq’achisqa kasqan kamachiywan allinchu manachu nisqanta atipananta tapuyta.</w:t>
      </w:r>
    </w:p>
    <w:p>
      <w:pPr>
        <w:pStyle w:val="ArticleBody"/>
        <w:jc w:val="left"/>
      </w:pPr>
      <w:r>
        <w:rPr>
          <w:rFonts w:ascii="Times New Roman" w:hAnsi="Times New Roman" w:eastAsia="Times New Roman" w:cs="Times New Roman"/>
        </w:rPr>
        <w:t>Hukninchasqa “Due Process Clause” nisqa rikurin Estados Unidospa Hatun Kamachiq Qillqapa Pichqayniyuq Enmiendapi hinallataq Chunka Tawañiyuq Enmiendapi. Kaykuna nin: mana pipas qichusqa kayta atinchu kawsaymanta, qispikaymanta utaq imaynam kapuyninmanta, mana allin kamachiy ukhupi ruwasqa proceso kasqanrayku. Juzgadokuna iskay ramanmanmi wiñachirqanku due process nisqapa doctrina-ninta: procedimental due process hinallataq sustantivo due process. 2001 watapi, Patriot Act nisqawan, habeas corpus qichusqa karqa huk derechomanta, hinaspataq inglés kamachiy rantisqa karqa romano kamachiywan. Inglés kamachiyqa sut’inchanmi: huk runa mana huchayuq kasqanta qhawasqa kanan, huchayuq kasqan rikuchisqa kama; romano kamachiytaq reqsichinmi: huk runa huchayuq kasqanta qhawasqa kanan, mana huchayuq kasqan rikuchisqa kama. 2022 watapi Pelosi Trialskunapi, procedimental due process-ta hinallataq sustantivo due process-ta llumpay saruchasqa karqa. Sustantivo kamachiypas procedimental kamachiy pas Pelosi Trialskunapi churakusqa karqa constitutionpi munasqa chiqap ruwaqninpaq kasqanman chiqan contrapi.</w:t>
      </w:r>
    </w:p>
    <w:p>
      <w:pPr>
        <w:pStyle w:val="ArticleBody"/>
        <w:jc w:val="left"/>
      </w:pPr>
      <w:r>
        <w:rPr>
          <w:rFonts w:ascii="Times New Roman" w:hAnsi="Times New Roman" w:eastAsia="Times New Roman" w:cs="Times New Roman"/>
        </w:rPr>
        <w:t>“Sustantive due process” nisqawan “procedural due process” nisqawan t’aqanakuyqa tarikun hukniraq imakunata kamachikuywan chaymanta derechokunawan waqaychananpi sapa huk yuyaychasqankupi Estados Unidospa Constitucionninpa marco ukupi, aswanraq pisi sut’itaq Quinta hinaspa Decimocuarta Enmiendakunapa Due Process Clauses nisqankunapi.</w:t>
      </w:r>
    </w:p>
    <w:p>
      <w:pPr>
        <w:pStyle w:val="ArticleBody"/>
        <w:jc w:val="left"/>
      </w:pPr>
      <w:r>
        <w:rPr>
          <w:rFonts w:ascii="Times New Roman" w:hAnsi="Times New Roman" w:eastAsia="Times New Roman" w:cs="Times New Roman"/>
        </w:rPr>
        <w:t>“Due process” sustantivomantaqaqa llank’an kamachikuyqa qhawarimunmi wakin aswan hatun derecho-kunatawan libertad-kunatawan, mayqinkunamanpas gobiernoqa mana haykunanpaq, ima procedimiento nisqa ruwasqapas kachun. Chayqa waqaychanmi wakin derecho-kunata gobiernopa mana chapukuyninmanta, allin procedimiento-kuna qatisqa kaptinpas. “Due process” sustantivomantaqa hap’inmi derecho-kunata mayqinkunachus fundamental hina qhawasqa kanku, hina: pakasqa kawsayman derecho, kasarakuyman derecho, hinaspa sapa runapa wawankunata uywayman derecho. Kay derecho-kunaqa gobiernopa haykuyninmanta waqaychasqa kanku, mana atipaqlla estadopa interesnin kaptinqa. Chaymi yanapan gobiernopa atiyninta hark’anapaq, kamachikuykuna hinaspa reglamento-kuna ama fundamental libertad-kunata sarunchanankupaq.</w:t>
      </w:r>
    </w:p>
    <w:p>
      <w:pPr>
        <w:pStyle w:val="ArticleBody"/>
        <w:jc w:val="left"/>
      </w:pPr>
      <w:r>
        <w:rPr>
          <w:rFonts w:ascii="Times New Roman" w:hAnsi="Times New Roman" w:eastAsia="Times New Roman" w:cs="Times New Roman"/>
        </w:rPr>
        <w:t>Imayna ruwanakuyta hunt’aspa allin purichiyqa chay ruraykunaq kasqanmanmi qhawarin, maykunatam gobiernokuna qatikunan huk runata kawsayninmanta, llibertadninmanta, utaq imaynan kaqninmanta qichuspa manaraq. Kaymi allinchaspa qhawaqnin mana sayk’usqa, mana hukman kuyusqa tratamientota runakuna chaskinankupaq, allin kamachiy ruraykunawan. Imayna ruwanakuyta hunt’aspa allin purichiyqa gobiernoman mañanmi wakin takyakusqa ruraykunata qatinanpaq, hina notice quspa, chanin uyarinata quspa, hinaspa uyarisqa kanapaq atiyta quspa, manaraq pipa derechonkunata qichuspa. Kayqa aswanmi kallpachin imayna ñankunawan kamachikuna hunt’achisqa kasqanta, chaywan gobiernokuna chanin, allin ima ruraypi purinanpaq.</w:t>
      </w:r>
    </w:p>
    <w:p>
      <w:pPr>
        <w:pStyle w:val="ArticleBody"/>
        <w:jc w:val="left"/>
      </w:pPr>
      <w:r>
        <w:rPr>
          <w:rFonts w:ascii="Times New Roman" w:hAnsi="Times New Roman" w:eastAsia="Times New Roman" w:cs="Times New Roman"/>
        </w:rPr>
        <w:t>Pelosi Juiciokuna qallariymanta kayman rikuchisqa leywan maqanakuyqa, sustantivopi hinallataq procedimientopi debidopuni proceso nisqapa ñak’ariyninta neganmi. Amerikamanta llaqtamasikunapa fundamentalkuna derechonkuta sut’ipi, allinta atispa, qichusqa karqan. Llullakuq unanchakuy operacionkuna hinallataq Estados Unidos llaqtapa “alphabet agencies” nisqakunapa qhawaq mana chiqap kawsayninqa sapa kuti rikuchisqa kashan, Pelosi Juiciokuna manaraq qallariqtinpas; ichaqa Pelosi Juiciokuna qallarisqamanta pacha iskaynin partidokunamanta globalistakuna apaykachashqa procedimientokunaqa, procedimientopi debidopuni proceso nisqapa thuñichisqa kayninmanta sut’i rikuchiytan ruwanku.</w:t>
      </w:r>
    </w:p>
    <w:p>
      <w:pPr>
        <w:pStyle w:val="ArticleBody"/>
        <w:jc w:val="left"/>
      </w:pPr>
      <w:r>
        <w:rPr>
          <w:rFonts w:ascii="Times New Roman" w:hAnsi="Times New Roman" w:eastAsia="Times New Roman" w:cs="Times New Roman"/>
        </w:rPr>
        <w:t>Ñawpaqninpi qillqasqa artikulopi ñawirisqanchik: “Mayqan kuyuy religión nisqapa kamachiykunanpaq favorninpi kaqqa, cheqaqtapuni papakunapa gobiernonman qochakuy ruwaymi, chaymi achka pachakunamanta mana sayk’uspalla yuyayllapi libre kaypa contra maqanakusqa. Domingo punchaw waqaychasqa kasqanqa, imaymana ‘cristiano’ sutiyuq institucion hina, ‘mana allin kaypa pakasqa misteryonmanta’ kawsayta hap’isqa; hinaspa chayta kallpachayqa, cheqaqpuni Roma iglesiapa yachachikuyninkunata reqsiy hinam kanqa, chaykunam Romanismopa cheqaq cimienton kasqa. Suyunchik gobiernonpa prinsipionkunata hina nisqanmanta anchhuykuspa Domingo kamachiyta ruraspaqa, Protestantekuna kay ruwaypi papismowan makinta hap’inqaku; mana ima hukchu kanqa aswanqa kawsayta qoykuylla chay ñakay kamachiyman, mayqantachus unaymanta munaywan suyasqa kutimunanpaq, yapamanta llapa ruwaypi despotismoman phawaykunanpaq.”</w:t>
      </w:r>
    </w:p>
    <w:p>
      <w:pPr>
        <w:pStyle w:val="ArticleBody"/>
        <w:jc w:val="left"/>
      </w:pPr>
      <w:r>
        <w:rPr>
          <w:rFonts w:ascii="Times New Roman" w:hAnsi="Times New Roman" w:eastAsia="Times New Roman" w:cs="Times New Roman"/>
        </w:rPr>
        <w:t>Estados Unidospa Constitucionninwan rikuchisqa kay historiapa siq’inpi kinsa nisqa waymarkkuna kanku, chaykunaqa Estados Unidospa qallariyninpipas tukukuyninpipas Constitucionmanta huk ima kaqta sapaqchaspa rikuchinku. Chay kinsa waymarkkunamanta sapankaqninqa político ruwaymi; chayrayku Estados Unidospa rimayninta unanchanku. Chay kinsa waymarkkunamanta kimsakaqninqa, qallariypi, 1798 watata señalaspa, karqan Alien and Sedition Acts; tukukuypi chay waymarkkunamanta kimsakaqnintaqmi kanqa Estados Unidos domingo p’unchaw kamachiyta hunt’achiqtin, hinaspa dragón hina rimarinqa Apocalipsis capítulo trece, versículo once nisqapa hunt’akuyninpi.</w:t>
      </w:r>
    </w:p>
    <w:p>
      <w:pPr>
        <w:pStyle w:val="ArticleBody"/>
        <w:jc w:val="left"/>
      </w:pPr>
      <w:r>
        <w:rPr>
          <w:rFonts w:ascii="Times New Roman" w:hAnsi="Times New Roman" w:eastAsia="Times New Roman" w:cs="Times New Roman"/>
        </w:rPr>
        <w:t>Estados Unidospa profétik historianninqa qallarin, allpapa rikch’ayninpi rikuchisqa hina, siminta kicharispa dragónpa qatiykachaynin unu mayuta millp’urqan chay pacha.</w:t>
      </w:r>
    </w:p>
    <w:p>
      <w:pPr>
        <w:pStyle w:val="ArticleScripture"/>
        <w:jc w:val="left"/>
      </w:pPr>
      <w:r>
        <w:rPr>
          <w:rFonts w:ascii="Times New Roman" w:hAnsi="Times New Roman" w:eastAsia="Times New Roman" w:cs="Times New Roman"/>
        </w:rPr>
        <w:t>Hinaqa mach’aqwayqa warmipa qhepanta siminmanta unu mayu hina oqarin, mayuqa apaspa apananpaq. Kaypim allpaqa warmita yanaparqan, hinaspa allpaqa siminta kicharirqan, hinaspa dragonpa siminmanta oqarisqa mayuta millp’urqan. Apocalipsis 12:15, 16.</w:t>
      </w:r>
    </w:p>
    <w:p>
      <w:pPr>
        <w:pStyle w:val="ArticleBody"/>
        <w:jc w:val="left"/>
      </w:pPr>
      <w:r>
        <w:rPr>
          <w:rFonts w:ascii="Times New Roman" w:hAnsi="Times New Roman" w:eastAsia="Times New Roman" w:cs="Times New Roman"/>
        </w:rPr>
        <w:t>1776 watapi, allpamanta lluqsimunan karqa bestiaqa, hinaspataq 1798 watapi Bibliapi willakusqa qhaway rimaypa soqt’aq reino tukunanpaq, Diospa llaqtanta qatiq ñak’arichiy unu mayuta millp’urqa huk nación nisqanta Constituciónniyuq sayarichispa, Europa reykunapa tiranokunapaqpas, papal iglesiapa tiranokunapaqpas mana allin nispa hatarirqan.</w:t>
      </w:r>
    </w:p>
    <w:p>
      <w:pPr>
        <w:pStyle w:val="ArticleBody"/>
        <w:jc w:val="left"/>
      </w:pPr>
      <w:r>
        <w:rPr>
          <w:rFonts w:ascii="Times New Roman" w:hAnsi="Times New Roman" w:eastAsia="Times New Roman" w:cs="Times New Roman"/>
        </w:rPr>
        <w:t>1776 watapi Qispisqa Kayninchasqa Willakuyqa 2001 watapi Patriot Act nisqata rikch’achirqan. 1789 watapi Constitución nisqaqa 2022 watapi qallarisqa Pelosi Trials nisqata rikch’achirqan. 1798 watapi Alien and Sedition Acts nisqakunaqa Estados Unidos llaqtapi domingo ley nisqata rikch’achirqan.</w:t>
      </w:r>
    </w:p>
    <w:p>
      <w:pPr>
        <w:pStyle w:val="ArticleBody"/>
        <w:jc w:val="left"/>
      </w:pPr>
      <w:r>
        <w:rPr>
          <w:rFonts w:ascii="Times New Roman" w:hAnsi="Times New Roman" w:eastAsia="Times New Roman" w:cs="Times New Roman"/>
        </w:rPr>
        <w:t>1776 watapi Amerikamanta patriotakuna independencia nisqata willakusqanku, chayqa 2001 watapi Patriot Act nisqawan independencia chinkasqanta willakuyta rikuchirqan. 1789 watapi Constitución nisqaqa 2022 watapi qallarisqa Pelosi Trials nisqakunata rikuchin. Alien and Sedition Acts nisqakunaqa domingo leyta rikuchin. Constitución nisqap sapa principio niskasqanta qhesachaspa ñiqichasqa historiayaqa, domingo leywan tukukuq, Constitución nisqap progresivota tikrasqa urmachiyta rikuchin.</w:t>
      </w:r>
    </w:p>
    <w:p>
      <w:pPr>
        <w:pStyle w:val="ArticleBody"/>
        <w:jc w:val="left"/>
      </w:pPr>
      <w:r>
        <w:rPr>
          <w:rFonts w:ascii="Times New Roman" w:hAnsi="Times New Roman" w:eastAsia="Times New Roman" w:cs="Times New Roman"/>
        </w:rPr>
        <w:t>Kay siq’ikuna llapankunam tinkunku Daniel qillqap chunka hukniyuq ñiqin kapítulonpa tawa chunka ñiqin versiculonpa pakasqa historiapi. Kay qillqapi pusaqku tawa párrafokunata Testimonies, volumen 5, 451, 452 nisqamanta.</w:t>
      </w:r>
    </w:p>
    <w:p>
      <w:pPr>
        <w:pStyle w:val="ArticleBody"/>
        <w:jc w:val="left"/>
      </w:pPr>
      <w:r>
        <w:rPr>
          <w:rFonts w:ascii="Times New Roman" w:hAnsi="Times New Roman" w:eastAsia="Times New Roman" w:cs="Times New Roman"/>
        </w:rPr>
        <w:t>Qatiq qillqapi chay párrafokunata aswan qayllamanta qhawarisun.</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Chusku Chunka Yupaqpa Pakasqa Willakuynin - Iskayniyuq</dc:title>
  <dc:subject>Estados Unidos, Patriot Act, hinallataq willakuy proféticopa hunt’asqa kayninman ñan</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