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pusaqniyuq qillqapa pakasqa willakuynin - Kimsa yupayniyuq</w:t>
      </w:r>
    </w:p>
    <w:p>
      <w:pPr>
        <w:pStyle w:val="ArticleSubtitle"/>
        <w:jc w:val="left"/>
      </w:pPr>
      <w:r>
        <w:rPr>
          <w:rFonts w:ascii="Arial" w:hAnsi="Arial" w:eastAsia="Arial" w:cs="Arial"/>
        </w:rPr>
        <w:t>Ley Dominical nisqap kamachinwan Profétic Viajenwanpas: Patriot Actmanta qhipa Pruebakama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“Papapa kamachiyninta Diospa kamachisqanman contra hap’ichiq kamachiywanmi, suyuninchik llapan hinantinpi chiqap kaymanta t’aqakuspa karunchakunan. Protestantismom handan t’inkiy patata makinta mast’arispa Romano atiyniyoqpa makinta hap’inan p’unchawpi, ukhu wayq’u patamanta mast’arispa espiritualismowan makikukunan p’unchawpi, kay kimsa kuti huñusqapa kallpachakusqan uranpi suyuninchik Protestante haqayta republicanotaq gobierno hina kasqan Constitucionninpa sapa prinsipiyonta ñeq’espa saqerparinan p’unchawpi, hinallataq papal llullakuyninkunata pantachikuyninkunata mirachinapaq wakichisqa ruwananta, chayqa yachasunchikmi Satanaspa musphay atiywan llank’asqanmanta pacha chayamusqanta, tukukuypas qayllaña kasqanta.”</w:t>
      </w:r>
    </w:p>
    <w:p>
      <w:pPr>
        <w:pStyle w:val="ArticleScripture"/>
        <w:jc w:val="left"/>
      </w:pPr>
      <w:r>
        <w:rPr>
          <w:rFonts w:ascii="Times New Roman" w:hAnsi="Times New Roman" w:eastAsia="Times New Roman" w:cs="Times New Roman"/>
        </w:rPr>
        <w:t>“Imaynan Romamanta soldadokuna qayllaykuykusqanku kasqan discípulokunapaq Jerusalén llaqtapa chinkachisqa kananpaq huk señal hina karqan, chay hinallataq kay apostasiapas noqanchispaq huk señal hina kananman, Diospa muchuywan awantayninpa tukukuynin chayasqanta, suyuyninchispa huchankuna hunt’asqa kasqanta, hinaspa khuyapayakuq angelpas ripunanpaqña kasqanta, mana hayk’aq kutimunanpaq. Chaymantaqa Diospa llaqtan profetakuna willakusqanku ñak’ariy p’akikuy pacha Jacobpa sasachakuynin tiempomanta, chay rikch’aq ñak’ariywan llaquywan hunt’a escenakunaman urmaykusqa kanqaku. Iñiq, qatiykachasqa runakunapa waqayninkuna hanaq pachaman wicharinku. Hinaspa imaynan Abelpa yawarnin allpamanta qaparirqan, chay hinallataq wañuchisqa testigokunapa panteonninkunamanta, qochapa aya pampakunamanta, orqokunapa mach’aykunamanta, conventokunapa pampasqa bóvedankunamantaqpas hukkunapa siminkuna Diosman qaparinku: ‘¿Hayk’aqkama, Apu, qampaqllaña santu, cheqaq, mana juzganki, mana kutichinkichu yawarninchista kay pachapi tiyakuqkunaman?’”</w:t>
      </w:r>
    </w:p>
    <w:p>
      <w:pPr>
        <w:pStyle w:val="ArticleScripture"/>
        <w:jc w:val="left"/>
      </w:pPr>
      <w:r>
        <w:rPr>
          <w:rFonts w:ascii="Times New Roman" w:hAnsi="Times New Roman" w:eastAsia="Times New Roman" w:cs="Times New Roman"/>
        </w:rPr>
        <w:t>“Señormi llaqtan rurayninta rurashan. Llapa hanaq pacham kuyurin. Kay pachapa llapa runakunapa Juezninqa utqayllam hatarinqa, p’enqasqa kamachikuyninta chiqapchaypaq. Qispichikuypa señalenqa churakunqa Diospa kamachikuyninkunata waqaychaq qharikunaman, paypa leyninta manchakuywan yupaychaqkunaman, hinaspa animalpa otaq paypa imagenpa señalen mana chaskiqkunaman.”</w:t>
      </w:r>
    </w:p>
    <w:p>
      <w:pPr>
        <w:pStyle w:val="ArticleScripture"/>
        <w:jc w:val="left"/>
      </w:pPr>
      <w:r>
        <w:rPr>
          <w:rFonts w:ascii="Times New Roman" w:hAnsi="Times New Roman" w:eastAsia="Times New Roman" w:cs="Times New Roman"/>
        </w:rPr>
        <w:t>“Tayta Diosmi qhepalla p’unchaykunapi imakuna pasananmanta rikuchisqa, llaqtan wakichisqa kananpaq, hark’akuywan phiñakuywan wayramuq tempestadpa ñawpaqenpi sayarinankupaq. Ñawpaqman hamuq ruwaykunamanta willasqa karqankuchu, manam qasi suyayllapi tiyayta ruwanankuchu hamuq para-wayra suyaykuspa, kikinkuta sonqochakuspa Señorqa cheqaq kasuqninkunata sasachakuy p’unchaypi pakarinqa nispa. Ñuqanchikqa Señorninchikta suyaq runakuna hina kanan, mana qilla suyayllapichu, aswan tukuy sunquwan llank’aspa, mana kuyuy atiy iñiyniyuq. Kunanqa manam pisi ancha importancianiyuq imakunallawan yuyayninchikta hunt’achinapaq pachachu. Runakuna puñusqankukama, Satanásqa ch’ulla kuyuywanmi imakunata churachkan, Señorpa llaqtanman ama khuyapayapas, ama chanin kaypas kananpaq. Domingo kuyuyqa kunan tutayapi purichkanña. Umalliqkunaqa cheqaq tapuyta pakashankum, kuyuywan huñunakusqankumanta achkha runakunaqa manam kikinkupas rikunkuchu maymanchus ukhu mayu apan. Rimayninkunaqa llamp’u, rikch’ayninpi cristianokuna hina; ichaqa rimarispaqa dragónpa espiritunta rikuchinqa. Ñuqanchikpa ruwananmi atiyninchikman hina tukuy ima ruwaspa amenazakusqa peligrota hark’ay. Runakunapa ñawpaqenpi allin rikch’ayninchikwan churakuspa, ñawpaqmanta mana munay yuyayta chinkachiyta mask’ananchik. Paykunaman cheqaq tapuyta apamunanchik, chayhina yuyay llank’ay libertadta qichunapaq kamachikuykunapaq aswan kallpayoq protesta churarispa. Escrituras-ta mask’ananchik, iñiyninchikmanta imaraykuta chayta hap’iq kasqanchikta rimayta atinanpaq. Profeta nin: ‘Mana allinkunaqa mana allinta ruwankaq; mana allinkunamanta manam mayqenpas entiendinqachu; ichaqa yachaqkunaqa entiendinqaku.’” Testimonies, volumen 5, 451, 452.</w:t>
      </w:r>
    </w:p>
    <w:p>
      <w:pPr>
        <w:pStyle w:val="ArticleBody"/>
        <w:jc w:val="left"/>
      </w:pPr>
      <w:r>
        <w:rPr>
          <w:rFonts w:ascii="Times New Roman" w:hAnsi="Times New Roman" w:eastAsia="Times New Roman" w:cs="Times New Roman"/>
        </w:rPr>
        <w:t>“Domingopa kuyuyqa” “rimarispaqa dragónpa espiritunta rikuchinqa”. Chay tawa párrafokunaqa reqsichinmi domingo kamachikuypi Estados Unidos llapanta allin kaymanta t’aqasqa kananta. Domingo kamachikuypiqa “Satanaspa musphay llamkayninpaq pacha chayamunña”. Domingo kamachikuypiqa kimsa hukllachasqa tinkuy hunt’akun. Domingo kamachikuypiqa Estados Unidosqa “Constituciónninpa sapa principioyninta saqerparin, protestante republicano gobiernomanta hina”, hinaspataq “papal llullakuyninkunaq ch’usayasqankunapa mast’arikuyninpaq ñan kicharin.” Chay domingo kamachikuyqa “ñuqanchikpaq huk señalmi, Diospa muchuywan awantakuyninpa tukupaq chayasqanta, suyunchikpa mana allin rurayninpa tupuynin hunt’asqa kasqanta, khuyapayakuq angeltaq ripunanpaqña kasqanta, mana hayk’aq kutimunanpaq” nisqa. Chay señalqa Jesúspa willakuyninwan unanchasqa karqan, Daniel profeta rimarisqan ch’inyaypa millay cheqnisqa ruwaymanta waqyayta reqsichispa. Chaypim pichqa sellopa mártirninkunapa mañakuynin hunt’akun, nispa: “Hayk’aqkamataq, Apu, santo, cheqaq, mana juzganki, mana hayñichiwankichu yawarninchikta kay pachapi tiyaqkunamanta?” Chay waymarkpitaq upa virgenkunapas yachaq virgenkunapas imayna kasqankuta rikuchinku.</w:t>
      </w:r>
    </w:p>
    <w:p>
      <w:pPr>
        <w:pStyle w:val="ArticleBody"/>
        <w:jc w:val="left"/>
      </w:pPr>
      <w:r>
        <w:rPr>
          <w:rFonts w:ascii="Times New Roman" w:hAnsi="Times New Roman" w:eastAsia="Times New Roman" w:cs="Times New Roman"/>
        </w:rPr>
        <w:t>Domingu ley nisqapi, Estados Unidosqa “Constitucionninpa sapa principio-nintapas llapanmanta qhespichin.” Kay ruwasqa tukukusqan pacha qallarin 2001 watapi Patriot Act nisqawan. 2001 watamanta Domingu ley kamaqa Constitucionta sapa kuti, ñawpaqman puriq hina, qhespichiy llamk’anata rikuchin. Chay ñawpaqman puriq llamk’anaqa chay profecía siq’iman tupachkan, maypichus bestiapa imagenninpa kamasqa kaynin hunt’asqa kachkan. Bestiapa imagenninpa siq’inqa aswan sasachakusqa hina rikuriyta atinman, ichaqa chay sasachakuyninqa allin yachaypaqmi valen. Imatachus bestiapa imagenninpa siq’inta sasachachin, chayqa iskay siq’ikuna-ta representasqanraykum.</w:t>
      </w:r>
    </w:p>
    <w:p>
      <w:pPr>
        <w:pStyle w:val="ArticleBody"/>
        <w:jc w:val="left"/>
      </w:pPr>
      <w:r>
        <w:rPr>
          <w:rFonts w:ascii="Times New Roman" w:hAnsi="Times New Roman" w:eastAsia="Times New Roman" w:cs="Times New Roman"/>
        </w:rPr>
        <w:t>Allpa uywapaqqa iskay siq’ikunaqa Republicanismpa Protestantismpa waqrankunanmi kanku. Chay iskay waqrankunaqa huk iglesya-estado tinkuyllapim huñunakunku, chayhinataq uywapa rikch’ayninpa kamarikuyninta hunt’achinku. Chayrayku, uywapa rikch’ayninpa kamarikuyninpa siq’inqa huk siq’illapi iskay siq’iyuqmi, imaraykuchus Republicano Protestantista waqrankunaqa historiapi hukninwan huknin parallelota purinku, ichaqa sapankankupa siq’inkunaqa sapankankupaqmi profetico willakuyninta apanankupaq. Huk profetico siqi, iskay parallelota puriq yachaykuna-yuq, aswan sasaqmi kan Constitucionwan tupaq rimaywan masichasqa política ruraykunapa waymarkankunata señalaylla-manta.</w:t>
      </w:r>
    </w:p>
    <w:p>
      <w:pPr>
        <w:pStyle w:val="ArticleBody"/>
        <w:jc w:val="left"/>
      </w:pPr>
      <w:r>
        <w:rPr>
          <w:rFonts w:ascii="Times New Roman" w:hAnsi="Times New Roman" w:eastAsia="Times New Roman" w:cs="Times New Roman"/>
        </w:rPr>
        <w:t>Iskay ishkay siqikuna Republicano hinallataq Protestante waqrankunam astawan sasa rikukuchisqa kachkan profetiku cheqaq kayrayku: Republicano waqra ukhupin kashan qullqapusaq kamachikuyta munasqa Demócratakunap, hinallataq qullqapusaq kamachikuyta mana munasqa Republicano runakunap ch’aqwayninpa willakuynin; chaymantapas astawan, Protestante waqra ukhupin kachkan huk sapa kuti pruebanakuy ruray, mayqinchus qhatiq yuyaysapa virginkunata hinallataq mana yuyaysapa virginkunata, Protestante waqrapa willakuynin ukhupi. Ichaqa, ancha hatunmi kay cheqaqkuna ukhupi allinta takyaspa tiyay.</w:t>
      </w:r>
    </w:p>
    <w:p>
      <w:pPr>
        <w:pStyle w:val="ArticleBody"/>
        <w:jc w:val="left"/>
      </w:pPr>
      <w:r>
        <w:rPr>
          <w:rFonts w:ascii="Times New Roman" w:hAnsi="Times New Roman" w:eastAsia="Times New Roman" w:cs="Times New Roman"/>
        </w:rPr>
        <w:t>Pacha uywaqpa iskay waqranwan rikuchisqa siq’ipiqa kashan kuska rikch’aynin: icha Cristoq caracterninta ruwakuy, icha Satanáspa caracterninta ruwakuy; chayqa kikinmi Cristoq llimphinta ruwakuywan utaq uywaqpa llimphinta ruwakuywan, imaraykuchus kay contexto ukhupi “uywa”qa ruwasqa kawsayniyuqta rikuchin, Ruraqman contrapuestota. Kay rasgokunapa ruwakuyninqa tukuy runakunapa ukhumpi hunt’akuchkan, imaraykuchus gracia tiempo wisq’akusqan p’unchawpi iskay clase runallaña kanqa. Chay ruwakuyninqa hawapipas hunt’akuchkan, papal atiywan Naciones Unidaswan huñunakuypi.</w:t>
      </w:r>
    </w:p>
    <w:p>
      <w:pPr>
        <w:pStyle w:val="ArticleBody"/>
        <w:jc w:val="left"/>
      </w:pPr>
      <w:r>
        <w:rPr>
          <w:rFonts w:ascii="Times New Roman" w:hAnsi="Times New Roman" w:eastAsia="Times New Roman" w:cs="Times New Roman"/>
        </w:rPr>
        <w:t>Chaymiqa, uywaq bestiapa rikchaynin ruranapaq pruebakuna pacha qallarin 2001 watapi, hinaspa tukukun Estados Unidos suyupi domingo kamachiywan. Chay pacha ukhupi, allpa bestiapa iskay waqranpa profétic hinasqa willakuynin rikuchin ukhu hawanpas ch’aqwayta sapa waqrankupi, mayqinchus kachun religioso otaq político, hinaspapas ch’aqwayta chay iskay waqra purapi kikininkupura.</w:t>
      </w:r>
    </w:p>
    <w:p>
      <w:pPr>
        <w:pStyle w:val="ArticleBody"/>
        <w:jc w:val="left"/>
      </w:pPr>
      <w:r>
        <w:rPr>
          <w:rFonts w:ascii="Times New Roman" w:hAnsi="Times New Roman" w:eastAsia="Times New Roman" w:cs="Times New Roman"/>
        </w:rPr>
        <w:t>Domingupi kamachiyqa Hukllachasqa Suyukuna llaqtapi rikuchin Jesús sut’inchasqan ayqekuy willakuyta, paymi chayta “ch’usaqyachiq millay ruwaq” nispa riqsichirqan. Domingupi kamachiyqa Hukllachasqa Suyukuna llaqtapi tukuyninmi chay pacha 2001 watapi qallarisqanmanta. Patriot Act nisqaqa karqan “Danielpa nisqan ch’usaqyachiq millay ruwaq”, hinallataq Jesúsmi chayta reqsichirqan huk unanchasqa hina, hamuq chinkachiymanta ayqekunapaq.</w:t>
      </w:r>
    </w:p>
    <w:p>
      <w:pPr>
        <w:pStyle w:val="ArticleBody"/>
        <w:jc w:val="left"/>
      </w:pPr>
      <w:r>
        <w:rPr>
          <w:rFonts w:ascii="Times New Roman" w:hAnsi="Times New Roman" w:eastAsia="Times New Roman" w:cs="Times New Roman"/>
        </w:rPr>
        <w:t>Patriot Actqa 1888 watapi profétic k’anchayta, hinallataq Blair Billta, ukhupi hap’in. Chayrayku Patriot Actqa proféticamente Domingo p’unchay kamachiypa tipificaciónnintapas ukhupi hap’in; chaymi 2001 watamanta pacha qallariq pacha Domingo p’unchay kamachiywan qallarin, imaynachus 1888—Blair Bill, 2001—Patriot Act nisqakunapi rikuchisqa kasqanman hina, hinaspan Domingo p’unchay kamachiywan tukukun.</w:t>
      </w:r>
    </w:p>
    <w:p>
      <w:pPr>
        <w:pStyle w:val="ArticleBody"/>
        <w:jc w:val="left"/>
      </w:pPr>
      <w:r>
        <w:rPr>
          <w:rFonts w:ascii="Times New Roman" w:hAnsi="Times New Roman" w:eastAsia="Times New Roman" w:cs="Times New Roman"/>
        </w:rPr>
        <w:t>Llaqtakunamanta ayqekuyta willakuyqa 2001 watapi, domingo ley chayamunan p’unchawpi Babiloniamanta ayqekuyta willakuyta rikch’achin. Estados Unidos suyuq huchachikuy taripaynin, domingo ley chayamunan p’unchawpi apamunqa kaqqa, Michael sayariqtin, runaqa probacionnin tukukuptinpas, llapa pachapi apasqa taripayta rikch’achin. Cristoq firmanku Alpha y Omega nisqa hina, 1888 watapi Blair Bill sutiyuqpi rikuchisqa cheqaq-kunapi, chaymanta 1888 ima munasqantapas, kutimuspalla 2001 watapi rikuchisqa kachkan.</w:t>
      </w:r>
    </w:p>
    <w:p>
      <w:pPr>
        <w:pStyle w:val="ArticleBody"/>
        <w:jc w:val="left"/>
      </w:pPr>
      <w:r>
        <w:rPr>
          <w:rFonts w:ascii="Times New Roman" w:hAnsi="Times New Roman" w:eastAsia="Times New Roman" w:cs="Times New Roman"/>
        </w:rPr>
        <w:t>2001 watapi 1888-pa rikch’achisqa karqa, mana chaylla ayqekuypaq señalta, ch’usaqyachiq millay ajllakuyninwan rikuchisqa hina, reqsichinchu, aswanpas 66 d.C.-wan, Cestio-pa muyuykusqanwanpas rikuchisqa karqa. Tito-pa muyuykusqan 70 d.C.-piqa Estados Unidos llaqtapi domingo kamachiyta rikuchin. Estados Unidos llaqtapi domingo kamachiyqa 321 watapiwan, Constantino-pa ñawpaq domingo kamachisqanwan rikuchisqa kachkan, hinaspa 538 watataq kay pachapi qhipa nacionpa animalpa señalninta chaskikusqan pacha kasqanta rikuchin.</w:t>
      </w:r>
    </w:p>
    <w:p>
      <w:pPr>
        <w:pStyle w:val="ArticleBody"/>
        <w:jc w:val="left"/>
      </w:pPr>
      <w:r>
        <w:rPr>
          <w:rFonts w:ascii="Times New Roman" w:hAnsi="Times New Roman" w:eastAsia="Times New Roman" w:cs="Times New Roman"/>
        </w:rPr>
        <w:t>2001 wataq 1888, Cestius, hinallataq wata 66 d.C. nisqapas kanki. Domingo kamachiyqa Titusmi, hinallataq watakuna 70 chaymanta 321. 2001 wataqa Jesuspa bautismonpas kanki, hinallataq Uraquynin Apocalipsis chunka kaq capítulo nisqapi, agosto 11 p’unchaypi, 1840 watapi. Kay llapa unanchakunaqa Constitución nisqapa siq’inman yapakunku.</w:t>
      </w:r>
    </w:p>
    <w:p>
      <w:pPr>
        <w:pStyle w:val="ArticleBody"/>
        <w:jc w:val="left"/>
      </w:pPr>
      <w:r>
        <w:rPr>
          <w:rFonts w:ascii="Times New Roman" w:hAnsi="Times New Roman" w:eastAsia="Times New Roman" w:cs="Times New Roman"/>
        </w:rPr>
        <w:t>Estados Unidospa profetika historianninqa Adventismopa historiannintin paralelopi purin. 1798 watapi papadokuna wañuywan tukuq ch’akiyta chaskirqan, hinallataq 1798 wataqa pacha tukukuypa tiempun karqan, maypichus Danielpa profeciankunamanta chay rak’i, Apocalipsis chunka tawañiyuqpa ñawpaq kaq hinaspa iskay kaq angelkunapa historianninkunawan tupaq, kichasqa karqan. Chaypi, 1798 watapi, Adventismopa profetika qallariynin señalasqa kachkan, hinallataq 1798 watapi allpa uywa, corderohina waqrankunayuq, Bibliapa profeciap siqisqanpi soqta kaq qhapaq suyuta tukuq karqan.</w:t>
      </w:r>
    </w:p>
    <w:p>
      <w:pPr>
        <w:pStyle w:val="ArticleBody"/>
        <w:jc w:val="left"/>
      </w:pPr>
      <w:r>
        <w:rPr>
          <w:rFonts w:ascii="Times New Roman" w:hAnsi="Times New Roman" w:eastAsia="Times New Roman" w:cs="Times New Roman"/>
        </w:rPr>
        <w:t>1798 watapi ñawpaqman karqan kimsa profetiku señalkuna, kay pachapa animalninpa línianwan tinkisqa, chayrayku Estados Unidospa rimayninwan, hinallataq Estados Unidospa Constitucionninwan. Chay kimsa señalkuna karqanku Declaración de Independencia, 1776 watapi nisqa; chaymanta Constitución, 1789 watapi; hinaspataq Alien and Sedition Acts of 1798.</w:t>
      </w:r>
    </w:p>
    <w:p>
      <w:pPr>
        <w:pStyle w:val="ArticleBody"/>
        <w:jc w:val="left"/>
      </w:pPr>
      <w:r>
        <w:rPr>
          <w:rFonts w:ascii="Times New Roman" w:hAnsi="Times New Roman" w:eastAsia="Times New Roman" w:cs="Times New Roman"/>
        </w:rPr>
        <w:t>Chay kimsa señalkunaqa Constituciónpa profétika línea-ninta riman hinaspa Bibliapa profecía nisqapi soqtayuq qhapaq suyuq qallariyninta señalan. Domingo p’unchay kamachiyqa Bibliapa profecía nisqapi soqtayuq qhapaq suyuq kamachikuyninpa tukukuyninmi; chayrayku, profétika necesidadmanta, tukukuyta ñawpaqchaspa kimsa señalkuna kananmi tiyan, imaynachus qallariyta ñawpaqchaspa karqan chay kimsa señalkuna hina.</w:t>
      </w:r>
    </w:p>
    <w:p>
      <w:pPr>
        <w:pStyle w:val="ArticleBody"/>
        <w:jc w:val="left"/>
      </w:pPr>
      <w:r>
        <w:rPr>
          <w:rFonts w:ascii="Times New Roman" w:hAnsi="Times New Roman" w:eastAsia="Times New Roman" w:cs="Times New Roman"/>
        </w:rPr>
        <w:t>2001 watapi, torrekuna urmamuypi, Patriot Act nisqaqa 1888 watapi Blair Bill nisqawan rikch’achisqa kachkan, chayhinallataq Minneapolis General Conference nisqapi Adventismo umalliqninkunaq sut’i rikurisqa hatun hatarikuyninwan. Chay hatarikuyta, huk angelmi Sister White-man willarqan, Moiséspa contran Coré, Datán, Abiram ima hatarikuywan rikch’achisqa kasqanta; chay hatarikuyqa 27 d.C. watapi Cristoq bautismonwanpas rikch’achisqa kachkan, 1840 watapi agosto killapa 11 p’unchawninpi Islampa hark’asqa kasqanwanpas, 1776 watapi Declaration of Independence nisqawanpas, chayhinallataq “Daniel profeta nisqan rimarisqan ch’usaqyachiq millay abominación” nisqawanpas, hamuq phiñakuymanta ayqekunapaq señal hina, Cestiowan 66 d.C. watapi rikuchisqa hina.</w:t>
      </w:r>
    </w:p>
    <w:p>
      <w:pPr>
        <w:pStyle w:val="ArticleBody"/>
        <w:jc w:val="left"/>
      </w:pPr>
      <w:r>
        <w:rPr>
          <w:rFonts w:ascii="Times New Roman" w:hAnsi="Times New Roman" w:eastAsia="Times New Roman" w:cs="Times New Roman"/>
        </w:rPr>
        <w:t>Sichus yuyarinkichikraq kay kunan qhawarisqanchik profecíapa siq’inqa Estados Unidospa Constituciónninpa siq’in kasqanta, ñawpaqpi rimarisqa llapa profecíapa siq’inkunaqa yanapanku hinaspa sayachinku profecíapa temanta Constituciónpa siq’inwan rikuchisqata. Ichaqa, aswan t’inkisqa kasqanman hina rikurimuq siq’iqa uywapa lantu rurakuyninpa siq’inmi. Uywapa lantuqa papal uywapa lantuyninmi, chaymi rikuchisqa hina kachkan warmiyuq, warmi uywapa hawanpi kamachiq, chayqa iglesiapawan estadopa huñunakuyninmi, iglesiataq chay t’inkiyta kamachispa. Estados Unidos uywaman lantu rurananpaqqa, apostata protestantismoqa gobiernuta hinaqa sinchita kamachinan tiyan, chayman hinaqa gobiernoqa relijiosoq kamachiykunata pasachinanpaq hinaspa hunt’achinanpaq, tukukuyninpi Domingo leyta.</w:t>
      </w:r>
    </w:p>
    <w:p>
      <w:pPr>
        <w:pStyle w:val="ArticleBody"/>
        <w:jc w:val="left"/>
      </w:pPr>
      <w:r>
        <w:rPr>
          <w:rFonts w:ascii="Times New Roman" w:hAnsi="Times New Roman" w:eastAsia="Times New Roman" w:cs="Times New Roman"/>
        </w:rPr>
        <w:t>Uywaqpa hinallataq uywaqa rikch’aynin ruwasqa tukukusqanpi, Constitución, qillqasqa kashaq hatun kamachiywan, mayqintachus Thomas Jefferson qillqarqan “iglesiapaqwan estadopaq t’aqasqa kaynin” nispa, chinkachisqa kanan. Protestante waqra atiyniyuq kaspa Republicano waqrata kamachinman hinaspa religionmanta kamachikuykunata hunt’achinanpaq, chay Constituciónpa sunqunmi llik’ikachisqa kan; chayraykun Constituciónpa hawanmanta siq’iwan uywaqa rikch’ayninpa siq’inwan proféticopi t’inkisqa kayta rikunki.</w:t>
      </w:r>
    </w:p>
    <w:p>
      <w:pPr>
        <w:pStyle w:val="ArticleBody"/>
        <w:jc w:val="left"/>
      </w:pPr>
      <w:r>
        <w:rPr>
          <w:rFonts w:ascii="Times New Roman" w:hAnsi="Times New Roman" w:eastAsia="Times New Roman" w:cs="Times New Roman"/>
        </w:rPr>
        <w:t>Uywaqpa unaykuna, maypichus animalpa rikch’aynin rurakuy qallarin, 2001 watapi qallarikun Patriot Act nisqawan, hinaspataq tukukun Domingo p’unchaw kamachiypi, maypichus animalpa señalan churanakuy kallpachakuchkan. Chay unaykunapi qhipa para ch’iqichisqa kachkan, imaraykuchus qhipa para urmayta qallarin Apocalipsis chunka pusaqniyuqpi atiyniyuq angel uraykamuspa kay pachata k’ancharichkan Hatun K’anchayninwan, chaymi, Sister White nisqanman hina, pasanan karqa maypacha Nueva York llaqtapa hatun wasinkuna Señorp a huk llamk’ayllawan urmachisqa karqan.</w:t>
      </w:r>
    </w:p>
    <w:p>
      <w:pPr>
        <w:pStyle w:val="ArticleScripture"/>
        <w:jc w:val="left"/>
      </w:pPr>
      <w:r>
        <w:rPr>
          <w:rFonts w:ascii="Times New Roman" w:hAnsi="Times New Roman" w:eastAsia="Times New Roman" w:cs="Times New Roman"/>
        </w:rPr>
        <w:t>“Qhipa paraqaqa Diospa llaqtanman urmanqa. Huk atiyniyuq angel hanaq pachamanta uraykamunqa, hinaspa tukuy kay pachaqa paypa k’anchayninwan k’anchasqa kanqa.” Review and Herald, 21 abril, 1891.</w:t>
      </w:r>
    </w:p>
    <w:p>
      <w:pPr>
        <w:pStyle w:val="ArticleBody"/>
        <w:jc w:val="left"/>
      </w:pPr>
      <w:r>
        <w:rPr>
          <w:rFonts w:ascii="Times New Roman" w:hAnsi="Times New Roman" w:eastAsia="Times New Roman" w:cs="Times New Roman"/>
        </w:rPr>
        <w:t>Qhipa para ch’iqchiy tiempopi Adventismoq qhipa mirayninpa trigonpas quraqkunañapas suysuchisqa, ch’uyanchasqa kashanku; chaymi qhipa paraq ch’iqchiy pacha rikuchin. Chay suysuchiywan ch’uyanchaywan tukukapun domingo kamachiy chayamunanpi; hinaspa yachaq sipaskuna, domingo kamachiypa sasachakuy chayamunanpi aceitetayuqkuna, sellosqa kanku, chaymantataq Santu Espíritu mana tupuy atina hina hich’asqa kachkan, Miguel sayarinankama hinaspa runapa prueba pacha wisq’akunankama.</w:t>
      </w:r>
    </w:p>
    <w:p>
      <w:pPr>
        <w:pStyle w:val="ArticleBody"/>
        <w:jc w:val="left"/>
      </w:pPr>
      <w:r>
        <w:rPr>
          <w:rFonts w:ascii="Times New Roman" w:hAnsi="Times New Roman" w:eastAsia="Times New Roman" w:cs="Times New Roman"/>
        </w:rPr>
        <w:t>Estados Unidos llaqtapi uywaqa imagen-nin rurasqa kachkaptin, qhipa paraqa ch’iqchiy hinalla urmamunqa; kay pachapi uywaqa imagen-nin rurasqa kachkaptintaq, qhipa paraqa mana tupusqa hina hunt’asqa takyamunqa.</w:t>
      </w:r>
    </w:p>
    <w:p>
      <w:pPr>
        <w:pStyle w:val="ArticleBody"/>
        <w:jc w:val="left"/>
      </w:pPr>
      <w:r>
        <w:rPr>
          <w:rFonts w:ascii="Times New Roman" w:hAnsi="Times New Roman" w:eastAsia="Times New Roman" w:cs="Times New Roman"/>
        </w:rPr>
        <w:t>2001 watapi qallarikurqan Laodiceapi Qanchis p’unchay Adventista iglesiapa pruebanakusqan, imaynachus rikuchisqa kasharqan 1840 watapi agosto killapa 11 p’unchawninpi Protestantekunawan, hinallataq ñawpaq Israelwan Cristo bautizakusqan tiempo.</w:t>
      </w:r>
    </w:p>
    <w:p>
      <w:pPr>
        <w:pStyle w:val="ArticleScripture"/>
        <w:jc w:val="left"/>
      </w:pPr>
      <w:r>
        <w:rPr>
          <w:rFonts w:ascii="Times New Roman" w:hAnsi="Times New Roman" w:eastAsia="Times New Roman" w:cs="Times New Roman"/>
        </w:rPr>
        <w:t>“Wañuychasqa pachasqa tiempoqa ñam qayllapi kachkan, kimsa kaq angelpa sinch’i qapariyninqa ñam qallarisqaña Cristoq chiqap kayninta rikuchispa, huchakunata pampachaq Qispichiqta. Kaymi qallariynin chay angelpa k’anchariyninpa, paypa hatun k’anchayninwan llapa kay pachata hunt’achinqa.” Selected Messages, libro 1, 362.</w:t>
      </w:r>
    </w:p>
    <w:p>
      <w:pPr>
        <w:pStyle w:val="ArticleBody"/>
        <w:jc w:val="left"/>
      </w:pPr>
      <w:r>
        <w:rPr>
          <w:rFonts w:ascii="Times New Roman" w:hAnsi="Times New Roman" w:eastAsia="Times New Roman" w:cs="Times New Roman"/>
        </w:rPr>
        <w:t>Ñawpaq koveniopa runakunapa qhipa suyaychanakuy ruranan qallarin, Apocalipsis chunka pusaqniyuqpa angelpa k’anchariynin paypa willakuyninta rikuchiyta qallarisqanpi. Paypa willakuyninqa hinallataqmi Apocalipsispa chunka pusaqniyuq t’aqapa ñawpaq kimsa versículonkunapi nisqa, chay kimsa versículokunataqmi, Hermana White nisqanman hina, hunt’asqa karqan New York llaqtapa hatun wasikuna urmanankupi.</w:t>
      </w:r>
    </w:p>
    <w:p>
      <w:pPr>
        <w:pStyle w:val="ArticleBody"/>
        <w:jc w:val="left"/>
      </w:pPr>
      <w:r>
        <w:rPr>
          <w:rFonts w:ascii="Times New Roman" w:hAnsi="Times New Roman" w:eastAsia="Times New Roman" w:cs="Times New Roman"/>
        </w:rPr>
        <w:t>Chaymantaqa qallarirqanmi prueba ruwanakuy, imaynachus Juan sutiyoq rikuchin Apocalipsis libroq chunka kaq kapítulonpi. Pruebataq kaymi karqan: angelpa makinpi kaq huch’uy librota chaskinkichu, hinaspataq mikunkichu. Kay prueba pacha ukhupi, qhepa para ch’allakuspa kashaqtin, chayqa urmaykushanlla chay huch’uy librota chaskiyta hinaspa mikhuyta akllaqkunapa patanman.</w:t>
      </w:r>
    </w:p>
    <w:p>
      <w:pPr>
        <w:pStyle w:val="ArticleScripture"/>
        <w:jc w:val="left"/>
      </w:pPr>
      <w:r>
        <w:rPr>
          <w:rFonts w:ascii="Times New Roman" w:hAnsi="Times New Roman" w:eastAsia="Times New Roman" w:cs="Times New Roman"/>
        </w:rPr>
        <w:t>“Achka runakunaqa hatun tupupi pantarqanku ñawpaq para nisqanta mana chaskispa. Manam Diospa paykunapaq hinata kamarichisqan llapan allinkayninkunataqa chaskirqankuchu. Paykunaqa suyanku pisi kasqanku qhepa parawan hunt’achisqa kananpaq. Aswan qhapaq gracia achka kaq qusqakuchkanqa chaypacha, sonqonkuta kicharispa chaskinankupaqmi yuyanku. Manchay pantaytam rurashanku. Diospa runapa sonqonpi qallarichisqan llank’ayqa, k’anchayninta yachaynintawan qospa, mana sayakuspa sapa kuti ñawpaqman rinanmi. Sapa huk runam kikinpa necesitayninta reparanan. Sonqoqa llapa qhelli kaymanta qespichisqa, ch’uyanchasqa kananmi Espíritu tiyananpaq. Huchata willakuspa saqespa, tukuy sonqowan mañakuspa, kikinkuta Diosman sapaqchaspa raqaykusqanraykum ñawpaq disipulokunaqa Pentecostés p’unchaypi Santo Espíritu jich’aykusqa kananpaq wakichikurqanku. Chay kikillan llank’aymi kunanqa, ichaqa aswan hatun tupupi, rurasqa kanan. Chay hinaqa runa yanapaqmi bendicionta mañakunan karqa, hinallataq Señorllata suyanan paymanta llank’ayta hunt’achinanpaq. Diosmi chay llank’ayta qallarirqa, paymi tukuchanqa, runata Jesucristo pi hunt’asqa kananpaq. Ichaqa manam ima qhesachaypas kananmanchu ñawpaq parawan rikuchisqa graciata mana yupaychaspa. K’anchay chaskisqankuman hina kawsakukllanmi aswan hatun k’anchayta chaskinqaku. Sapa p’unchay mana ñawpaqman purispa imaynatachus activo cristiano allin ruwaykunata rikuchkanchik chayman hina, manam qhepa parapim Santo Espíritu rikurichikuyninkunata reqsinqachu. Chayqa sonqokunapi tukuy muyuriyninchikpi urmaykuchkanmanpas, ichaqa manam reparasunchikchu nitaq chaskisunchikchu.” Testimonies to Ministers, 506, 507.</w:t>
      </w:r>
    </w:p>
    <w:p>
      <w:pPr>
        <w:pStyle w:val="ArticleBody"/>
        <w:jc w:val="left"/>
      </w:pPr>
      <w:r>
        <w:rPr>
          <w:rFonts w:ascii="Times New Roman" w:hAnsi="Times New Roman" w:eastAsia="Times New Roman" w:cs="Times New Roman"/>
        </w:rPr>
        <w:t>2001 watayta willakuqta mikhuqkunaqa chay pacha hina allin kaq willakuyta chaskirqanku, ichaqa pruebayman churakuspa rikuchinankupaqmi karqa, cheqaqtapuni chay willakuyta ukhunkuman yaykuchisqankuta, Diospa sellonpaq wakichisqa kawsayman tukuchispa. Chay pachapiqa qhipa paraqa ch’aqchiy hina rikuchisqam, trigowan cizañaqa sutinakuspa kachkaptinraq. Chayraykun Sister White nin: “Muyuriqninchik sonqokunaman uraykamuchkanman hina kaptinpas, mana reqsisunchikchu, mana chaskisunchikchu.” Yachaqkuna mana yachaqkunamanta t’aqasqa kaqtinkuña, chay qhipa paraqa mana tupuyoqta hich’akusqa kan, Pentecostéspi hina, chaymi Domingo kamachiyta unanchan.</w:t>
      </w:r>
    </w:p>
    <w:p>
      <w:pPr>
        <w:pStyle w:val="ArticleScripture"/>
        <w:jc w:val="left"/>
      </w:pPr>
      <w:r>
        <w:rPr>
          <w:rFonts w:ascii="Times New Roman" w:hAnsi="Times New Roman" w:eastAsia="Times New Roman" w:cs="Times New Roman"/>
        </w:rPr>
        <w:t>“Yapamantaqmi, kay uyarikuykuna yachachin, taripay qhipamanqa mana kanqachu huk kamachikuy pacha. Evangeliopa llamk’aynin hunt’asqa kaptinqa, chaylla qatiykun allinkunawan mana allinkunawan t’aqanakuy; sapa huk klasepa kawsayninpa tukukuyninqa wiñaypaqmi churasqa qhiparin.” Christ’s Object Lessons, 123.</w:t>
      </w:r>
    </w:p>
    <w:p>
      <w:pPr>
        <w:pStyle w:val="ArticleBody"/>
        <w:jc w:val="left"/>
      </w:pPr>
      <w:r>
        <w:rPr>
          <w:rFonts w:ascii="Times New Roman" w:hAnsi="Times New Roman" w:eastAsia="Times New Roman" w:cs="Times New Roman"/>
        </w:rPr>
        <w:t>Qhepa para qhipa tamyapa ch’iqchiykusqanpa, chaymanta huk qhepa para mana tupuyniyoqta hich’aykusqa kasqanpa pacha, iskay pachakuna hinan rikuchisqa kanku maypichus taripanakuy tukusqa Diospa llaqtanpa hawanpi. Ñawpaq taripanakuy Diospa llaqtanpa hawanpi qallarisqa karqa Diospa wasinmanta 11 de septiembre de 2001 p’unchawpi, chaymanta domingo kamachikuypiqa taripanakuyqa chaymanta hunt’asqa tukukun Diospa huknin uywankunapaq, paykuna kutichispa utaq qichuspa kachkaptinku kinsa kaq angelpa sinchi waqyasqanta, mayqinchus Estados Unidos llaqtapi domingo kamachikuywan qallarin, hinallataq tukukun Miguel sayariptin, runapa probationninqa wisq’akusqankama.</w:t>
      </w:r>
    </w:p>
    <w:p>
      <w:pPr>
        <w:pStyle w:val="ArticleBody"/>
        <w:jc w:val="left"/>
      </w:pPr>
      <w:r>
        <w:rPr>
          <w:rFonts w:ascii="Times New Roman" w:hAnsi="Times New Roman" w:eastAsia="Times New Roman" w:cs="Times New Roman"/>
        </w:rPr>
        <w:t>Qhipa tamyaq iskay pacha, Diospa wasinmanta qallarispa hinaspa chaymanta Diospa huk ovejankunaman rispa rurak taripaypa iskay pachankunapas, animalpa rikchayninpa kamariyninpa iskay pachankunallataqmi kanku.</w:t>
      </w:r>
    </w:p>
    <w:p>
      <w:pPr>
        <w:pStyle w:val="ArticleBody"/>
        <w:jc w:val="left"/>
      </w:pPr>
      <w:r>
        <w:rPr>
          <w:rFonts w:ascii="Times New Roman" w:hAnsi="Times New Roman" w:eastAsia="Times New Roman" w:cs="Times New Roman"/>
        </w:rPr>
        <w:t>Chay iskay profétic pacha-kunamanta ñawpaqninpi, maypachachus Diospa iglesianman, hinaspa Estados Unidosmanpas juicio apamun, chayllapi kikin historiam kan maypichus republicano waqra, protestante waqrapas ishkaynin juiciochasqa kanku. Chay kikin cheqllapim Laodicea Adventismo Señorpa siminmanta wijch’usqa kan, Estados Unidos-taqmi pruebanapa k’asanta junt’achin, hinaspa nación nisqaman nacional thuñiy apamusqa kan, hinaspataq Satanás rikurimun, admirakuypaq rurasqanta qallarin. Pachak tawa chunka tawa waranqa runakuna sellasqa kanku, hinaspa domingo kamachiy law nisqapi señalta hina oqarisqa kanku.</w:t>
      </w:r>
    </w:p>
    <w:p>
      <w:pPr>
        <w:pStyle w:val="ArticleBody"/>
        <w:jc w:val="left"/>
      </w:pPr>
      <w:r>
        <w:rPr>
          <w:rFonts w:ascii="Times New Roman" w:hAnsi="Times New Roman" w:eastAsia="Times New Roman" w:cs="Times New Roman"/>
        </w:rPr>
        <w:t>Yachachisqa kanchikmi mana atisqanta ima yuyaytapas quyta “Diospa llaqtanpa kawsasqanmantam, pacha patapi kawsashaqkuna, hanaq pacha k’anchay hatun kaypas ñawpa p’itipaykuna kutimuspampas huñusqa kaptin” nisqamanta.</w:t>
      </w:r>
    </w:p>
    <w:p>
      <w:pPr>
        <w:pStyle w:val="ArticleScripture"/>
        <w:jc w:val="left"/>
      </w:pPr>
      <w:r>
        <w:rPr>
          <w:rFonts w:ascii="Times New Roman" w:hAnsi="Times New Roman" w:eastAsia="Times New Roman" w:cs="Times New Roman"/>
        </w:rPr>
        <w:t>“Supayqaqaqa Biblia yachaqmi, mana qhellaqchu. Payqa yachanmi pisi p’unchaykunaña puchukapunanta, chayraykutaq kay hallp’api Señorpa ruwasqanta tukuy cheqepi hark’ayta munan. Mana atikunchu ima hina kasqanta yuyachiyta Diospa llaqtanpa kawsayninta, kay hallp’api kawsashaqkunaq, hanaq pacha k’anchay hatun kaywan ñawpaq watakunapi qatiykachaykuna yapamanta kutimuyninwan hukllachasqa kaptin. Paykunaqa purinqaku Diospa tiyananmanta lluqsimuq k’anchaypi. Angelkunawanmi hanaq pacha wan kay hallp’a sapa kuti willanakuypi kanqa. Satanás-taq, mana allin angelkunawan muyurisqa, hinaspa Dios kasqanta nispa, tukuy laya milagrokunata ruwanqa, atispaqa akllasqa runakunatapas pantachinampaq. Diospa llaqtanqa mana milagrokunata ruwaspanichu amachakuyta tarinqaku, imaraykuchus Satanásqa ruwasqa kanankupaq milagrokunata qatiq rikch’achinqa. Diospa mallisqa hinaspa suyaychasqa llaqtanqa kallpanta tarinqaku Éxodo 31:12–18 nisqapi rimarisqa señalmanta. Paykunaqa kawsaq Simi patapi sayananku: ‘Qelqasqañam kachkan.’ Kayllam sapallan allpa tikan, maypichus allinta mana kuyukuspa sayayta atinqaku. Dioswan rimanakusqankuta p’akisqakunaqa chay p’unchaypi Diosmanta karunchasqa, mana suyayniyuqtaq kashaqku.” Testimonies, volumen 9, 16.</w:t>
      </w:r>
    </w:p>
    <w:p>
      <w:pPr>
        <w:pStyle w:val="ArticleBody"/>
        <w:jc w:val="left"/>
      </w:pPr>
      <w:r>
        <w:rPr>
          <w:rFonts w:ascii="Times New Roman" w:hAnsi="Times New Roman" w:eastAsia="Times New Roman" w:cs="Times New Roman"/>
        </w:rPr>
        <w:t>Ñawpa pachakunapi qatiykunapa kutin kutisqa qallarin Estados Unidos llaqtapi domingo p’unchaw kamachiywanmi, Satanásqa chay pachallapim almiray llasq’a ruwanasninta qallarin, chaymantataq ña “pruebasqa hinallataq suyasqa” yachaq sipaskunaqa chayqa “Diospa tronomantan lloqsimuq k’anchaypi purinqaku.” Kayqa angelkunapa llamk’ayninwanmi hunt’akunan, imaraykuchus “angelkunapa chawpinwan hanaq pacha hinallataq kay pachapuram mana tukukuq willanakuy kanqa.”</w:t>
      </w:r>
    </w:p>
    <w:p>
      <w:pPr>
        <w:pStyle w:val="ArticleScripture"/>
        <w:jc w:val="left"/>
      </w:pPr>
      <w:r>
        <w:rPr>
          <w:rFonts w:ascii="Times New Roman" w:hAnsi="Times New Roman" w:eastAsia="Times New Roman" w:cs="Times New Roman"/>
        </w:rPr>
        <w:t>“Lliw pacha kamachiqpa Señorpa ñawpaqninpi sayashaq ñak’asqakunaqa, ñawpaqta Satanásman qusqasqa karqan hina ñawinchasqa querubínpa churakuyninta charinku. Paypa tiyanan muyuriq ch’uya kawsayniyuqkuna rayku, Señorqa kay pachapi tiyaq runakunawan mana tukukuq rimayta waqaychan. Quri asiteqa chay graciamanta rikuchin, maywan Diosqa iñiqkunapa mechankunata hunt’achin, ama lliphipiynin pisiyuspa wañuchunpaq. Sichus mana kay ch’uya asiteqa hanaqpachamanta hich’akuspa hamunmanchu Diospa Espiritunpa willakuyninkunapi, mana allinpa llamk’aqkunaqa runakunata tukuy hinantinpi kamachinman karqan.</w:t>
      </w:r>
    </w:p>
    <w:p>
      <w:pPr>
        <w:pStyle w:val="ArticleScripture"/>
        <w:jc w:val="left"/>
      </w:pPr>
      <w:r>
        <w:rPr>
          <w:rFonts w:ascii="Times New Roman" w:hAnsi="Times New Roman" w:eastAsia="Times New Roman" w:cs="Times New Roman"/>
        </w:rPr>
        <w:t>Diosqa manam yupaychasqachu kan, pay kachamusqanchik willakuykunata mana chaskisqanchikrayku. Chayhinaqa quri aceite-ta mana chaskinchikchu, mayqentaq pay munan almanchikkunaman ichhaykuyta, tutayaypi kaqkunaman chaskichisqa kananpaq. Qayamuy hamuqtin, “Qhawariychik, casarakuq hamun; lluqsiychik taripaqninchikpaq,” nispa, mana santo aceite-ta chaskiqkuna, mana Cristo-pa gracianta sonqonkupi waqaychaqkunaqa, mana yuyayniyuq sipaskuna hina, tarinqaku mana Señor-ninkuta tupaypaq wakichisqa kasqankuta. Paykuna kikinkupiqa manam atiyniyuqchu aceite-ta hap’iyta, kausayninkutaq usuchisqa qipan. Ichaqa Diospa Santo Espiritun mañakusqa kaptin, Moisés hina ruwakuspa, “Gloriaykita rikuchiy,” nisunchik chayqa, Diospa munakuynin sonqonchikkunapi junt’asqa kanqa. Quri tubokunawan quri aceiteqa noqanchikman chaskichisqa kanqa. “Manam kallpawanchu, nitaq atiyninwanchu, aswanpas Espirituywanmi, nispa Señor de los Ejércitos.” Chiqap Kayniyuq Intipa k’anchayninkunata chaskispa, Diospa wawakunaqa kay pachapi k’anchaykuna hina llipipinqaku. Review and Herald, July 20, 1897.</w:t>
      </w:r>
    </w:p>
    <w:p>
      <w:pPr>
        <w:pStyle w:val="ArticleBody"/>
        <w:jc w:val="left"/>
      </w:pPr>
      <w:r>
        <w:rPr>
          <w:rFonts w:ascii="Times New Roman" w:hAnsi="Times New Roman" w:eastAsia="Times New Roman" w:cs="Times New Roman"/>
        </w:rPr>
        <w:t>Yachaqkunaqa sellasqa kanku Apocalipsis qanchis kaq capítulo-pi, hinaspa Ezequiel isqun kaq capítulo-pi, chaykunataq tupachisqa kanku mana yuyayniyuqkunawan, paykunaqa Señorta mana yupaychaspa, “pay kachamun simikunata” mana chaskisqanrayku. Mana yuyayniyuqkunaqa chaykuna kanku “Dioswan rurasqanku tratonta p’akisqankurayku, chay p’unchaypitaq Diosmanta karupi, suyaymantaq karupi kanku.” Chay iskay laya runakunaqa pruebarisqa karqanku, hinaspa huk punto-man apasqa karqanku maypicha imayna kasqankuta rikuchirqanku, chay horapa willakuyninta chaskisqankuman utaq rechazarisqankuman hina. Chay horapa willakuyninqa 11 de septiembre de 2001 p’unchaymantapacha qhipa paraq willakuyninmi karqan.</w:t>
      </w:r>
    </w:p>
    <w:p>
      <w:pPr>
        <w:pStyle w:val="ArticleBody"/>
        <w:jc w:val="left"/>
      </w:pPr>
      <w:r>
        <w:rPr>
          <w:rFonts w:ascii="Times New Roman" w:hAnsi="Times New Roman" w:eastAsia="Times New Roman" w:cs="Times New Roman"/>
        </w:rPr>
        <w:t>Qhepa paraq chiriyamanta willakuyninqa reqsichisqa kachkan “siki patapi siki pata”, hina nisqanmanta, Isaias qelqapi iskay chunka pusaqniyuq t’aqapi churakusqanman hina. “Siki patapi siki pata” nisqa yachachiy ñanqa Diospa churakusqan Bibliam yachaypaq ñanmi; chayrayku chay yachachiy ñanta qhesachayqa manam chay ñanpa rurasqanwan rikuchisqa willakuyllatachu qhesachin, “kaymanta aslla, chaymantataq aslla” hina, aswanpas chay yachachiy ñanta qowaqtaqa qhesachinmi.</w:t>
      </w:r>
    </w:p>
    <w:p>
      <w:pPr>
        <w:pStyle w:val="ArticleBody"/>
        <w:jc w:val="left"/>
      </w:pPr>
      <w:r>
        <w:rPr>
          <w:rFonts w:ascii="Times New Roman" w:hAnsi="Times New Roman" w:eastAsia="Times New Roman" w:cs="Times New Roman"/>
        </w:rPr>
        <w:t>Pachakuy ñanpi rikuchisqa, waranqa tawa chunka tawa waranqa runakunapa sellakusqankama apanapaq wiñachisqa kamachikuyninkuna rayku, sut’ita rikurinqa Diospa wawankunapaq sapallan ñan kasqanta ima hinataq puriyta atisqankuta chay historiapi maypichus “hanaq pacha gloriapas, ñawpaq pacha qatiykachaykunapa kutimuyninwan chaqrusqa kachkan,” nisqapi: chayqa kananmi huk kausaypi maypichus Diospa tiyananmanta k’anchay hamuq riqsisqa kananpaq. Chay k’anchayqa riqsisqa kananmi; mana chay hina kaptinqa, mana allinpaqchu, chinkasqañam kanchik.</w:t>
      </w:r>
    </w:p>
    <w:p>
      <w:pPr>
        <w:pStyle w:val="ArticleScripture"/>
        <w:jc w:val="left"/>
      </w:pPr>
      <w:r>
        <w:rPr>
          <w:rFonts w:ascii="Times New Roman" w:hAnsi="Times New Roman" w:eastAsia="Times New Roman" w:cs="Times New Roman"/>
        </w:rPr>
        <w:t>“Manam ama suyasunchu qhipa para hamunanpaq. Chayqa hamuskanñam llapaqman, pikunachus riqsinku hinaspa chaskinku ñuqanchisman urmaykuq munakuyniyoq khuyapayakuypa sullu hinaspa para tamyatakuna. K’anchaypa ch’aqllankunata huñuspa, Diospa mana pantay atiy khuyakuyninkunata ancha chaninchaspanchik, payqa munan paypi atinisqanchikta, chaypim sapa nisqanqa hunt’asqa kanqa. [Isaías 61:11 quoted.] Tukuy kay pacham Diospa k’anchayninwan hunt’a kanan.” The Seventh-day Adventist Bible Commentary, volume 7, 984.</w:t>
      </w:r>
    </w:p>
    <w:p>
      <w:pPr>
        <w:pStyle w:val="ArticleBody"/>
        <w:jc w:val="left"/>
      </w:pPr>
      <w:r>
        <w:rPr>
          <w:rFonts w:ascii="Times New Roman" w:hAnsi="Times New Roman" w:eastAsia="Times New Roman" w:cs="Times New Roman"/>
        </w:rPr>
        <w:t>Apocalipsis chunka pusaqniyuq angelqa tukuy kay pachata Paypa k’anchayninwan hunt’achisqan p’unchaykunapi, setiembre killapi chunka hukniyuq p’unchay, iskay waranqa huk watamanta qallarispa, qhepa paraqa “hamusqan” “paykuna” patallam, “pikunachus” “reqsispa chaskirqanku khuyapayakuq lliphllikta hinaspa para chhikanakunata, mayqinchus ‘ñuqanchisman urmamushan’.” Ñawpaqpi Hermana White nisqanmanta reqsisqa “hatun pantayqa” karqan mana yuyayniyuq sipaskuna yachasqankumanta, paykuna yuyarqanku qhepa para tupuyniyuqta mana tupusqa t’aqakusqa kaptinraq suyaspa, chaymanta qhepaman taripayta atinkuman nispa. Mana chayhinachu; Diospa profetiku Siminmanta hamuq yachayninkupi wiñaqkuna sapallankum aswan achka k’anchayta chaskinku.</w:t>
      </w:r>
    </w:p>
    <w:p>
      <w:pPr>
        <w:pStyle w:val="ArticleBody"/>
        <w:jc w:val="left"/>
      </w:pPr>
      <w:r>
        <w:rPr>
          <w:rFonts w:ascii="Times New Roman" w:hAnsi="Times New Roman" w:eastAsia="Times New Roman" w:cs="Times New Roman"/>
        </w:rPr>
        <w:t>Kay qillqayta tukukuykuspa, reqsichiyta munani kunan ñak’ariy tiempo hayk’achisqanchikpa imamanta kasqanmanta. Sichus “Diospa tronomantan lluqsispa hamuq k’anchaypi puriyta” munasunchik, ñawpaq p’unchaykunapi qatiykachasqa ñak’arichiykuna kutimunqan tiempopi, chayqa profétic Simita allinta yachayta atisunchik manaraq chay sasachakuy chayamuchkaptin.</w:t>
      </w:r>
    </w:p>
    <w:p>
      <w:pPr>
        <w:pStyle w:val="ArticleBody"/>
        <w:jc w:val="left"/>
      </w:pPr>
      <w:r>
        <w:rPr>
          <w:rFonts w:ascii="Times New Roman" w:hAnsi="Times New Roman" w:eastAsia="Times New Roman" w:cs="Times New Roman"/>
        </w:rPr>
        <w:t>Ñawpaq kaq huk kapitulupeqa, Danielwan kimsa allin runakunaqa yachayninkutaña hunt’achisqaku karqa, manaraq Nabucodonosorpa ñawpaqenman yaykunankupaq pruebananpaq. Tawa chunka p’unchawkuna kamachiq, Cristoqa profético Simi qhelqata kicharirqa disipulokunapa yuyayninman, ñawpaqta, chunka p’unchawkunamanta manaraq, chaypi disipulokuna hukllay kawsayninkuta hunt’achirqaku. Chaymantataq Pentecostés hamurqa, chaymi domingo kamachikuyta rikuchin.</w:t>
      </w:r>
    </w:p>
    <w:p>
      <w:pPr>
        <w:pStyle w:val="ArticleBody"/>
        <w:jc w:val="left"/>
      </w:pPr>
      <w:r>
        <w:rPr>
          <w:rFonts w:ascii="Times New Roman" w:hAnsi="Times New Roman" w:eastAsia="Times New Roman" w:cs="Times New Roman"/>
        </w:rPr>
        <w:t>Danielpa kimsa kapitulpin, Sadrac, Mesac, Abed-nego nisqakunaqa Nabucodonosorman willarirqanku mana yapasqa p’unchawta munasqankuta, imaraykuchus ñanña takyasqa kasharqanku imata ruwanankupaq domingo ley pruebatana p’unchawkunapi. Paykunapa cheqap kasqanku astawan hatunchasqa karqan Cristowan hornopi purisqankumanta, hinaspa mensajeta, ñawpaqmantapacha pruebamanta ñawpaqta chaypi takyasqa kasqankuta, hornopi milagrota riksiq llapa chay pacha reqsisqa pacha tukuy suyukunamanta hamuq hatun kamachiq runakuna apasqanku.</w:t>
      </w:r>
    </w:p>
    <w:p>
      <w:pPr>
        <w:pStyle w:val="ArticleBody"/>
        <w:jc w:val="left"/>
      </w:pPr>
      <w:r>
        <w:rPr>
          <w:rFonts w:ascii="Times New Roman" w:hAnsi="Times New Roman" w:eastAsia="Times New Roman" w:cs="Times New Roman"/>
        </w:rPr>
        <w:t>Kay yuyaykunata qatiq qillqapi qatiqpas rimanakusunchik.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pusaqniyuq qillqapa pakasqa willakuynin - Kimsa yupayniyuq</dc:title>
  <dc:subject>Ley Dominical nisqap kamachinwan Profétic Viajenwanpas: Patriot Actmanta qhipa Pruebakama</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