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Pichqayuqpa Pakasqa Willakuyninmi</w:t>
      </w:r>
    </w:p>
    <w:p>
      <w:pPr>
        <w:pStyle w:val="ArticleSubtitle"/>
        <w:jc w:val="left"/>
      </w:pPr>
      <w:r>
        <w:rPr>
          <w:rFonts w:ascii="Arial" w:hAnsi="Arial" w:eastAsia="Arial" w:cs="Arial"/>
        </w:rPr>
        <w:t>Musuqchaspa Ñawpaq Tawa Artículokunata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Kay qhipaman kutirispa tawa chunkañiqiyuq versopa pakasqa historianta reqsinapaq, allinmi ñawpaqta kay seriepi ñawpaq tawa artikulokunapa aswan hatun yachayniykunata kutichispa qhawariy. Kay seriepi ñawpaq artikulonqa huk profétika rimariyta qawachirqan, Cristota Judá ayllumanta León hina rikuchispa (hinallataq Alfa y Omega), paymi Daniel qelqap chunka hukniyuq kapitulumanta wakin rak’ikunata kicharin, hatun chanikuy p’unchaykunapi, 144,000 qhipa allinchay kuyuyta pusananpaq. Chayqa reqsichin ñawpaq angelpa hinaspa iskay angelpa historiankuna kikinchasqa kasqanta kinsa angelpa willakuyninpa historiwan; chayraykun reqsichin 1989 watapi, (1863 watamanta Adventistakuna hatarikuyninkumanta 126 wata qhipaman), León Daniel 11:40–45-ta kicharisqanta. Chay kicharisqa versokuna sut’ichanku papadonpa 1798 watapi wañuy hina ch’akichisqa k’irinta, chaymantataq hampisqa kasqanta kimsa-manta hukllachasqa tinkuyninwan: huk dragón, huk bestia, hinaspa huk llulla profeta; chaykunaqa Armagedónman pusanku tawa chunka pichqayuq versopi “hatun sumaq santo orqo” nisqakama. Pachak tawa chunka tawa waranqa (144,000) kuyuy kaylla hamuq Domingo ley Estados Unidos llaqtapi chayamuptin, tawa chunkañiqiyuq versopa pakasqa historían (1989 watamanta chay Domingo leykama mast’arikusqa) 2023 watapa julio killapi kicharikuyta qallarisqa.</w:t>
      </w:r>
    </w:p>
    <w:p>
      <w:pPr>
        <w:pStyle w:val="ArticleBody"/>
        <w:jc w:val="left"/>
      </w:pPr>
      <w:r>
        <w:rPr>
          <w:rFonts w:ascii="Times New Roman" w:hAnsi="Times New Roman" w:eastAsia="Times New Roman" w:cs="Times New Roman"/>
        </w:rPr>
        <w:t>Ellen Whiteq willakusqanman hina, Danielpa mana kichasqa libromanta chay qhepa p’unchaykunawan t’inkisqa rak’iqa “yachaypa yapakusqanta” paqarichin, chaymi huk llaqtata sayarinanpaq wakichin. “Aceite” nisqaqa Chunka Sipaskunapa ricch’ariyninpi Santu Espíritu, hanaq pacha willaykuna, hinaspa runapa kawsayninmi riqsichisqa. Chay kichariyqa Daniel 12:10 nisqapi kimsa kuti pruebaychasqa puriyninta qallarin, maypichus achkha runakuna “chuyachasqa, yurachasqa, hinaspa pruebaychasqa” kanku. Kay historiayaqmi achka profetiku puntokunata rikuchin, maypichus profecía kichasqa karqa 1989 watamanta qallarispa, setiembre 11, 2001, hinaspa julio, 2023. Chay imaymana kichariykunaqa huk pacha kanku 1989 watamanta 9/11 kama, 9/11manta utqaylla hamuq domingo kamachikuy kama, hinaspa suyay unay pacha julio 18, 2020manta diciembre 31, 2023 kama, maypichus Chawpi Tuta Qapariy willakuq kayqa domingo kamachikuy kama progresivamente kichakushan.</w:t>
      </w:r>
    </w:p>
    <w:p>
      <w:pPr>
        <w:pStyle w:val="ArticleBody"/>
        <w:jc w:val="left"/>
      </w:pPr>
      <w:r>
        <w:rPr>
          <w:rFonts w:ascii="Times New Roman" w:hAnsi="Times New Roman" w:eastAsia="Times New Roman" w:cs="Times New Roman"/>
        </w:rPr>
        <w:t>Pachak tawakaqqa rikch’ariynin, huk pachak tawa chunka tawayuqkuna ukhupi kananpaq akllasqakunaq, Ezequiel 37 nisqapi ch’aki tullukunawan rikuchisqa, hinaspa Apocalipsis chunka hukniyuqpi iskay testigokuna Espíritu-wan hunt’asqa kaspa sayariqkuna hina rikuchisqa, unsealing nisqawan hunt’akuchkan. Sichus Diospa llaqtan mana rikch’arinchu kay “chanin k’anchayman” churasqa, papal atiy hina, domingo kamachiy hina peligrokunata qhawachiqman, hinaqa herejíakuna paykunata suysunku (trigomanta q’asata rakiy hina). Ñawpaq profetiko waymarkkuna, 1888 watapi Blair Bill hinaspa Patriot Act hina, profetiko willakuykuna hina reqsichisqa kanku. Artículopi reqsichin llapa ñawpaq profetiko historiakuna, Daniel qhelqapa chunka hukniyuq kapitulu ukhupi rikuchisqakuna, versículokuna 40-45 nisqapi kutimanta yapamanta rikhurimunankuta. Artículopi reqsichin bestiapa imágenñin ñawpaqta Estados Unidos llaqtapi ruwasqa kasqanta, chaymanta pacha kay pachapi, 321 hinaspa ñawpaq domingo kamachiywan tipificasqa; chay qhepantataq llapan pacha bestiapa imágenñin, 538 nisqawan tipificasqa, Michael sayarisqanpi hinaspa probation wisq’akusqanpi.</w:t>
      </w:r>
    </w:p>
    <w:p>
      <w:pPr>
        <w:pStyle w:val="ArticleBody"/>
        <w:jc w:val="left"/>
      </w:pPr>
      <w:r>
        <w:rPr>
          <w:rFonts w:ascii="Times New Roman" w:hAnsi="Times New Roman" w:eastAsia="Times New Roman" w:cs="Times New Roman"/>
        </w:rPr>
        <w:t>Tawa artikulokunamanta iskay kaqmi profetapa qhawananta qatiq, 2001 watapi Patriot Act nisqata reqsispa, Estados Unidospa “rimaynin” kasqanta, Apocalipsis 13:11 nisqapa hunt’akusqanpi. Patriot Act nisqaqa kimsa constituciónmanta qichusqa ñanman hinaspa mana chaskisqa kamachiykunamanta ñawpaq kaq karqa, Biblia profecíapi soqtaq kaq qhapaq suyu qallariyninpi kimsa waymarkkunawan tupaq: 1776 Independenciapa Willakuynin, 1789 Constitución, hinaspa 1798 Alien and Sedition Acts. 1888 watapi mana atisqa Blair Bill, naciónpa domingo kamachiyta ruray munasqan, qechusqa karqa Cestioq 66 watapi muyuykusqan hina; iskayninkupi 2001 watata rikuchispa, chaypi Patriot Actqa Estados Unidospi uywaq rikch’ayninpa prueban pacha qallarisqa. Patriot Actqa 1776 wataman tupaqmi, hinaspa inglés “mana huchayuqmi, huchachasqa kasqan mana rikuchikama” nisqa common lawta tikrarqan, romano “huchayuqmi, mana huchayuq kasqan mana rikuchikama” nisqa civil lawwan. Chawpi waymark, 1789wan sut’ichasqa—2022 watapa enero killapi qallariq Pelosi Trials—procedural hinaspa substantive due processta sarurqan política lawfare, false-flag operations, hinaspa agenciakunapa corrupciónninkunawan, sapanchasqa allin derechokunata sut’ipi ñak’arichispa. Kay kimsa waymarkkuna rimaypa, 2001 watapi Patriot Actpi, 2022 watapi Pelosi Trialskunapi, hinaspa hamuq domingo kamachipi, aswan-aswanmi Estados Unidospa Constituciónninpa sapa principioyta mana chaskinku.</w:t>
      </w:r>
    </w:p>
    <w:p>
      <w:pPr>
        <w:pStyle w:val="ArticleBody"/>
        <w:jc w:val="left"/>
      </w:pPr>
      <w:r>
        <w:rPr>
          <w:rFonts w:ascii="Times New Roman" w:hAnsi="Times New Roman" w:eastAsia="Times New Roman" w:cs="Times New Roman"/>
        </w:rPr>
        <w:t>Chayqa Protestantismoqa papawan yachachikuywan hinaspa espiritismowan kimsa-kutin tinkuspa hukllachasqa kachkan; chay pachapi Estados Unidosqa dragón hina rimarin, uywaqa rikch’ayninta hunt’aspa rurarin, prueban p’ukñunta hunt’achin, hinaspa soqta kaq qhapaq suyukunamanta huknin hina tukuyninta chaskin. Chaymanta qhepaman, llaqtap apóstasiam llaqtap chinkayninwan qatipasqa kan. Domingo ley nisqapi rimariyqa Constantinepa qallariynin hinaspa ñawpaq domingo leywan 321 watapi rikuchisqa kachkan; chaynallataq tukukuynin hinaspa qhipa domingo leyqa 538 watapi reqsichisqa kachkan.</w:t>
      </w:r>
    </w:p>
    <w:p>
      <w:pPr>
        <w:pStyle w:val="ArticleBody"/>
        <w:jc w:val="left"/>
      </w:pPr>
      <w:r>
        <w:rPr>
          <w:rFonts w:ascii="Times New Roman" w:hAnsi="Times New Roman" w:eastAsia="Times New Roman" w:cs="Times New Roman"/>
        </w:rPr>
        <w:t>Kay llapan chay ruwaykunaqa pakasqan kachkan Daniel 11:40 nisqapa profétiko historiankupi, mayqinchus Milleritakunapa hinaspa Cristo-manta chakata-kama rikuchisqa llineakunawan kuska purin. Apocalipsis 12:15–16 nisqanmi Constituciónta “allpa” hina rikuchin, mayqinchus huk kuti dragónpa qatiq ñak’ariypa unu mayuta millp’urqan, ichaqa qhepamanmi dragón hina rimarinqa, chay utqay hamuq domingo kamachiypi. Ellen Whitepa willakuynin Testimonies, volumen 5 (p’anqa 711 hinaspa 451, 452) nisqapi, mayqin religiosoq kamachikuy papadoman qichwanchakusqanta, hinaspa domingo kamachiyqa dragónpa espiritunta rikuchinqa nisqan; chaymi takyachin 1776, 1789, hinaspa 1798 nisqa kimsa puriykunaqa señalkuna kasqankuta, mayqinkunachus tukuypaq qhepa kimsa-patay pruebakuy ruwanakuyta unanchanku, chay ruwanakuyqa qhepa pruebaypi tukukuq, hinaspa pruebakuy ruwanakuyllam Diospa llaqtanta sayanankupaq wakichin.</w:t>
      </w:r>
    </w:p>
    <w:p>
      <w:pPr>
        <w:pStyle w:val="ArticleBody"/>
        <w:jc w:val="left"/>
      </w:pPr>
      <w:r>
        <w:rPr>
          <w:rFonts w:ascii="Times New Roman" w:hAnsi="Times New Roman" w:eastAsia="Times New Roman" w:cs="Times New Roman"/>
        </w:rPr>
        <w:t>Kimsa kaq qillqasqa yachachisqaqa mast’ariwanraqmi Ellen Whitepa willakuyninkunata Testimonies, volumen 5, páginakuna 451, 452 nisqapi, chaypi nispanmi sutinchan: Estados Unidos llaqtapi utqhaylla hamuq domingo kamachiyqa chay cheqaq, tukupuq p’unchawmi kan, maypachachus nacionqa hunt’asqata allin kaymanta t’aqakun, kimsa-rikch’aq huñuyninta ruwan (protestantismom romano kaqta hap’ispan, hinallataq espiritismota). Chaymantaqa Estados Unidosqa Protestantetaq republicanotaq gobierno kasqanman hina tukuy constitucional principiotapas qhespichin, sapanchan, hinaspa papal llullakuyninkunata mast’arichin. Kaymi señal, Diospa muchuylla qhawariyninpa tukupunankama chayasqanta, chay hina nacionpa huchanpa k’opanta hunt’achispa, khuyapayakuq angelpa ripuyninta kallpachispa, nacional thuñiyninta qallarispa. Chaymantataq phisqa selloqpi kaq wañuchisqa testigokunapa qapariyninmanta, “Hayk’aqkamataq?” nisqapa kutichisqan chayamun, huk iskay ñiqin papal wañuchisqa testigokuna hunt’akusqanwan. Dragónpa espiritunqa rikuchikun maypachachus “domingo kuyuy” rimarin—kunan p’unchawpa “ch’usaqyachiypa millay millay” nisqa hina (Danielpa nisqan, Cristopas yuyarichisqan) llaqtakunamanta ayqekunapa señalnin hina manaraq thuñiy hamuptin. Domingo kamachiyqa Constituciónpa progresivota qhespichiy, sapanchaypa tukupuyninmi, 2001 watapi Patriot Act nisqawan qallarisqa kaq, chayqa rikch’achisqa karqa 1888 watayuq Blair Bills nisqawan, Cestiuspa 66 d.C. watapi muyuriywan, Cristopa bautismonwan, 1840 watapa agosto 11 punchawninwan, hinaspa The Declaration of Independence nisqawan.</w:t>
      </w:r>
    </w:p>
    <w:p>
      <w:pPr>
        <w:pStyle w:val="ArticleBody"/>
        <w:jc w:val="left"/>
      </w:pPr>
      <w:r>
        <w:rPr>
          <w:rFonts w:ascii="Times New Roman" w:hAnsi="Times New Roman" w:eastAsia="Times New Roman" w:cs="Times New Roman"/>
        </w:rPr>
        <w:t>Estados Unidospi uywaq animalpa rikch’aynin kamariynin pachaqa iskay sasachakusqa, iskay ñiqi kuskan puriq siq’ikunayuqmi: República nisqa (político) hinaspa Protestante nisqa (religioso) “waqra”kunam, qhipamanqa hukllachasqa tukunku iglesiawan estadomanta kuska kamachiypi, domingo p’unchaw kamachikunata hunt’achinankupaq. Chay tinkuyqa papal animalpa warmiwan animalta kamachisqan rikch’ayninwan kikinmi, hinaspa hunt’asqa rikurimuqmi Constituciónpa sunqu kaq kamachikuynin—iglesiata estadomanta t’aqasqa kay prinsipio—urmachisqa kaptin.</w:t>
      </w:r>
    </w:p>
    <w:p>
      <w:pPr>
        <w:pStyle w:val="ArticleBody"/>
        <w:jc w:val="left"/>
      </w:pPr>
      <w:r>
        <w:rPr>
          <w:rFonts w:ascii="Times New Roman" w:hAnsi="Times New Roman" w:eastAsia="Times New Roman" w:cs="Times New Roman"/>
        </w:rPr>
        <w:t>Ukhupi kaqpi, uywaq bestiapa unanchaynin pacha pruebata characterpa rurasqanta prueban llapa runakunapi (Cristopa unanchaynin contra Satanaspa bestiapa unanchaynin), yachaq virginakunata mana yachaq virginakunamanta t’aqaykuspa; hawapiqa qhepa p’unchaykunapi políticapa maqanakuykunata, huñunakuykunata, chinkachisqa tratadokunatapas reqsichin. 2001 watamanta Domingo kamachikuy pacha kamaqa qhepa paraq ch’uya ch’iqchisqan qallarin (qallarispan Apocalipsis 18 nisqapi angel 2001 watapi septiembre 11 p’unchay uraykamusqanmantapacha, kay pachata k’anchachispa Nueva York hatun wasiinkuna urmasqanwan). 9/11 qallarin Laodiceapi Qanchis Punchaw Adventismo nisqapa suysuchisqanta, Apocalipsis 10 nisqapi hina mikhuq kananpaq “huch’uy libro” willakuyninta chaskispa utaq qhespispa. Trigowan qura mana allin wiñaqkunawan kuska qhiparinku t’aqasqa kanankama Domingo kamachikuypi, chaypi pachak tawa chunka tawa waranqa hoqarisqa kanku señalta hina, hinaspa qhepa paraq hunt’asqa taqyaykusqan chayamun llapa pachapi bestiapa unanchayninpa rurasqan ukhupi, 321manta 538kama hina rikuchisqa. Chaymanta Babiloniamanta hatun achka runakuna huñusqankunam qallarin Miguel sayariyninkama hinaspa gracia pacha wisq’akusqankama. Kayqa allin tupachkan taripay Diospa wasinmanta ñawpaqta qallarinqanwan 9/11manta, chaymantataq chunka hukniyuq horapi llamk’aqkunaman Domingo kamachikuy qhepaman.</w:t>
      </w:r>
    </w:p>
    <w:p>
      <w:pPr>
        <w:pStyle w:val="ArticleBody"/>
        <w:jc w:val="left"/>
      </w:pPr>
      <w:r>
        <w:rPr>
          <w:rFonts w:ascii="Times New Roman" w:hAnsi="Times New Roman" w:eastAsia="Times New Roman" w:cs="Times New Roman"/>
        </w:rPr>
        <w:t>Kimsa kaq artículoqa resaltanmi chay pacha qispiyta, maypichus hanaq pacha gloriawan ñawpaq qatiykunapas chaqrusqa, yapamanta kutichisqa kashan, munasqantaqa ñawpaqmantaraq profecíata allinta yachaymi, Isaías 28-pa línea sobre línea nisqa metodología nisqanwan. Chay metodologíaqa rikuchisqañam Danielpa allin runankunapi, Cristopa discipulonkuna Pentecostés manaraq chayamushaptin, hinallataq Shadrach, Meshach, Abednegowan hornopi kasqankupi, paykunaqa tipificasqa kanku chaykuna hina wakichisqa, “Qelqasqañam” nisqapi takyasqa hina segura sayanankupaq, Satanaspa admiray atipay ruwasqankuna chaupipi, llulla rikch’achiqninwanpas.</w:t>
      </w:r>
    </w:p>
    <w:p>
      <w:pPr>
        <w:pStyle w:val="ArticleBody"/>
        <w:jc w:val="left"/>
      </w:pPr>
      <w:r>
        <w:rPr>
          <w:rFonts w:ascii="Times New Roman" w:hAnsi="Times New Roman" w:eastAsia="Times New Roman" w:cs="Times New Roman"/>
        </w:rPr>
        <w:t>Tawa kaq artikulomanta sut’inchanmi Estados Unidos llaqtapi animalpa rikch’ayninpa ruwasqa kasqanmantam willakuq llank’ana, kimsa constitucional waymark-kunawan kuska purisqanta, chaymantapas hukllachasqa kasqanta (Patriot Act wata 2001-pi ñawpaq “rimay” hina, Pelosi Trials wata 2022-pi chawpi hina, hinaspa domingo kamachiy qhepa tukuynin hina). Chay llank’ana yachachiyqa yuyaysapa doncellakuna-ta (144,000) wakichin domingo kamachiywan qallariq coronasqa ñak’ariy pruebayta muchuyta atinanpaq, maypichus nacional apostasía wañuyman pusayta apamun. Chaymanta Satanás musphaypaq qatiq rikch’achiykunata kacharimun (milagrokunawan Dios kasqanta nispa), hinaspa hanaq pacha k’anchariyqa ñawpaq ñak’arichiykuna kutimuykunawan chaqrusqa kachkan, chaynataq Diospa llaqtanman saqen mana kuyukuqta Diospa tiyananmanta lluqsiq k’anchaypi puriyta. Kay wakichiyqa Cristopa yuyaychakusqanwan rikch’akuqmi Juan soqta qillqapi (The Desire of Ages, 394 nisqapi willasqa hina), maypichus Payqa sinchi prueba kananpaq saqerqan sapallanpaq maskaq qatikuqkunata ñawpaqta rak’inanpaq, cheqaq discipulonkunata qhepaman hamuq tukuypaq pruebanpaq (Getsemaní, traición, crucifixión) Kikinpa qayllayninwan kallpachaspataq. Chay hinallataq, animalpa rikch’ayninpa pruebanqa—ukhu karakterpa rurakuyninta hinaspa wiñayninta hap’iq (Cristopa rikch’aynin Satanaspa animalpa rikch’ayninpa contranpi) hinaspa hawapi iglesiawan estadopa huñunakuynin iglesiawan estadopa t’aqanakuyta urmachispa—Laodicea Adventismota suyt’uchin. Chay pruebaqa yuyaysapakuna-ta pichan mana sellasqa willakuynin chaskisqanrayku, línea sobre línea ñanwan, Isaías 28 nisqaman hina.</w:t>
      </w:r>
    </w:p>
    <w:p>
      <w:pPr>
        <w:pStyle w:val="ArticleBody"/>
        <w:jc w:val="left"/>
      </w:pPr>
      <w:r>
        <w:rPr>
          <w:rFonts w:ascii="Times New Roman" w:hAnsi="Times New Roman" w:eastAsia="Times New Roman" w:cs="Times New Roman"/>
        </w:rPr>
        <w:t>Mana kichasqa k’anchayqa qanchis kaq sellopa k’anchayninmi (Apocalipsis 8:1–5), santo runakunaq mañakusqanman kutichisqa hina nina kay pachaman wikch’usqa rikurichisqa, imaynachus Pentecostés pampachakuypi ninapa qallukuna hina unanchasqa karqan chayhinata. Mana kichasqa k’anchayqa Milleritakunaq chawpi tuta waqyasqanwanpas rikuchisqa karqan (mayqinchus iñiypa qelqawan Aswan Santu Lugarman yaykuyta wakichirqan), hinaspataq hunt’akunqa kay pacha chawpi tuta waqyasqapi, julio 2023 watapi mana kichasqa, Daniel 11:40 nisqapa pakasqa historiampi ukhupi.</w:t>
      </w:r>
    </w:p>
    <w:p>
      <w:pPr>
        <w:pStyle w:val="ArticleBody"/>
        <w:jc w:val="left"/>
      </w:pPr>
      <w:r>
        <w:rPr>
          <w:rFonts w:ascii="Times New Roman" w:hAnsi="Times New Roman" w:eastAsia="Times New Roman" w:cs="Times New Roman"/>
        </w:rPr>
        <w:t>9/11-manta qhipa tiemponpi qipa paraq ch’iqchiy willakuyqa, papadomanta chaymanta domingo kamachikuymanta yachay yapakusqanwan kuska, qanchis truenuykunapa kichasqa kayninwan, ch’usaqpi pakasqa tawar chunka versículopa historiantaqa, llapallantaq Jesus Cristoq Revelación nisqapa kichasqa kayninpi ukhunchasqa kashan. Uywa hinallataqkunaq rikch’aynin ruwaypa sut’i profético k’anchariyninqa; Republikanu hinaspa Protestante waqrankunapa maqanakuykunata, política partiyukunata, Laodicea Adventismota, 144,000 paqariyninta, Islampa kimsakaq ayqeyta, Rusia-ta, ONU-ta, papal atiyninta, hinaspa Hasmonaeo paralelokunata ima, yachaqkunata wakichin Diospa pusakuyninta reqsispa chaskinankupaq, ñawpaq pusaqkayninta mana qunqaspa (Testimonies to Ministers, 31).</w:t>
      </w:r>
    </w:p>
    <w:p>
      <w:pPr>
        <w:pStyle w:val="ArticleBody"/>
        <w:jc w:val="left"/>
      </w:pPr>
      <w:r>
        <w:rPr>
          <w:rFonts w:ascii="Times New Roman" w:hAnsi="Times New Roman" w:eastAsia="Times New Roman" w:cs="Times New Roman"/>
        </w:rPr>
        <w:t>“pisi liwruta” mikhuspa (Apocalipsis 10), ñawpaqmanta historiata ukhuman churaspa Berea-hina yachaywan, pachak tawa chunka tawa waranqa runakuna allin reqsiyta hap’inku mana kuyukuqta sayanankupaq: “Qillqasqa kashan”, Supaypa llullakuyninkuna chawpipi. Chay wakichikuyninku saqin mana kutirinqakuchu chinkayman (Hebreos 10:37–39; Habacuc 2:4), hinaspataq rikuchisqa kanku sasachakuypi pruebayuq, atipaqkuna hina, Diospa kamachikuyninkunata waqaychaqkuna (aswanpas tawa kaqta) hinaspa Jesuspa iñiyninta. Paykunaqa qhepa sasachakuyta pasaqkuna kanku maypichus chiqap runakuna iñiywan kawsanku, angelkunapa waqaychasqa, chaykamataq mana yuyayniyuqkunaqa (imaynam yachakuna kasqanta hinaspa willakuyninta mana chaskiqkuna) sinchi pantayta uywanku, mana suyakuyniyuq kanku. Kayqa tupanku Testimonies, tomo 9, rey hamunampaq sutiyuq capitulowan (p’anqa 11-manta qallarispa), 9/11 nisqapa unanchasqanwan; chayrayku 9/11 pacha domingo kamachikuykama sellakuy pacha kasqanta reqsichin, maypichus yachaqkuna Daniel chunka hukniyuqpa hunt’akuyninta entienden hinaspa manam imatapas manchakunkuchu, aswanqa Diospa pusayninta ñawpaq sagrado historiakunapi qonqayllatam manchakunku.</w:t>
      </w:r>
    </w:p>
    <w:p>
      <w:pPr>
        <w:pStyle w:val="ArticleBody"/>
        <w:jc w:val="left"/>
      </w:pPr>
      <w:r>
        <w:rPr>
          <w:rFonts w:ascii="Times New Roman" w:hAnsi="Times New Roman" w:eastAsia="Times New Roman" w:cs="Times New Roman"/>
        </w:rPr>
        <w:t>Tawa qillqakuna llapallanku huñusqa huk willakuyta rikuchinku Cristo-manta, Judá ayllupa Leon hina, Alpha hinallataq Omega hina, paymi Daniel qillqap chunka hukniyuq p’anqapi wakin rak’ikuna kicharin hatun pacha kutipi, pusananpaq qhepa allinchay kuyuyta huk pachak tawa chunka tawa waranqa runakunapaq. 1989 watapi, 1863 watapi Adventista “hatarikuymanta” qhipaman pachak iskay chunka suqta watakuna pasasqanmanta qhipa, León-mi Daniel 11:40–45 kicharirqa, rikuchispa papa kaypa 1798 watapi wañuyta apaq ch’akiy ninapa hamp’iyta kinsa hukllachasqapi (amaru, uywa, llulla profeta) chunka hukniyuq tawa chunka hukniyuq versículopi, pusaspa Armagedonman, “sumaq santu urquman”, maypichus papa kay qhepa taripayninta chaskin chunka hukniyuq tawa chunka pichqa versículopi. Chay kichariyqa kuyuypa qallariyninta qallarin, paqarichispa “yachaypa yapakuyninta” (Selected Messages, book 2) “papado-manta hinallataq domingo kamachikuy-manta”, kallarichispa kinsa kuti pruebayta: “chuyachasqa, yuraqyachasqa, hinallataq suyasqa kananpaq”, imaynachus Daniel 12:10pi rikuchisqa.</w:t>
      </w:r>
    </w:p>
    <w:p>
      <w:pPr>
        <w:pStyle w:val="ArticleBody"/>
        <w:jc w:val="left"/>
      </w:pPr>
      <w:r>
        <w:rPr>
          <w:rFonts w:ascii="Times New Roman" w:hAnsi="Times New Roman" w:eastAsia="Times New Roman" w:cs="Times New Roman"/>
        </w:rPr>
        <w:t>Kay yuyaykunata qatiq qillqapi mast’arisun.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Pichqayuqpa Pakasqa Willakuyninmi</dc:title>
  <dc:subject>Musuqchaspa Ñawpaq Tawa Artículokunata</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