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Chusku Chunka Tawañiqiyoq Qillqapa Pakasqa Willakuynin - Isqun Yupanamanta</w:t>
      </w:r>
    </w:p>
    <w:p>
      <w:pPr>
        <w:pStyle w:val="ArticleSubtitle"/>
        <w:jc w:val="left"/>
      </w:pPr>
      <w:r>
        <w:rPr>
          <w:rFonts w:ascii="Arial" w:hAnsi="Arial" w:eastAsia="Arial" w:cs="Arial"/>
        </w:rPr>
        <w:t>Atiy, Hatun kay, Ñak’ariy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Pedroqa Paniumpi kashan (Caesarea Philippipi), chayqa soqta utaq pusaq p’unchaykunallam kashan, kimsa kuti Pedro, Juan, Santiago sapallanku Jesuswan richkaptinku, chaykunapa chawpinman mana chayashaqtin. Ñawpaq kaqqa karqan paypa atiyta rikuchiy, Jairuspa chunka iskay watayuq ususinpata kawsarichisqanpi; iskay kaqqa karqan paypa hatun k’anchayninta rikuchiy, tikrasqa kay orqopi; kimsa kaqtaq karqan Getsemaní, paypa ñak’ariyninta rikuchiy. Paniumpi, chunka hukniyuq kapitulupe, Pedroqa chunka soqtayuq versiculopi cruzpa ñawpaqninman chiqanchasqa kashan. Orqoqa karqan kimsa discipulokunamanta kimsapa sapalla puriyninkunapa chawpin. Orqopi hanaq Pachayuq Taytaqa iskay kaq kutitaq rimarqan, kimsa kutimanta; Taytaqa bautismopi rimarqan, orqopi, hinaspataq cruzpa ñawpaqninman chaykaptin. Pedroqa iskay kuti kashan kimsa sapaq ruwaykunapa chawpinpi. Payqa hinallataq Mateoq chunka hukniyuqmanta iskay chunka iskayniyuq kapitulkama chawpinmi.</w:t>
      </w:r>
    </w:p>
    <w:p>
      <w:pPr>
        <w:pStyle w:val="ArticleHeading"/>
        <w:jc w:val="left"/>
      </w:pPr>
      <w:r>
        <w:rPr>
          <w:rFonts w:ascii="Arial" w:hAnsi="Arial" w:eastAsia="Arial" w:cs="Arial"/>
        </w:rPr>
        <w:t>Asiriya runakuna apaykachasqa kanku, huchasapakunapa phiñasqa kachunmi. Makiykichispi kachkan huchankuman nisqa warak’a.</w:t>
      </w:r>
    </w:p>
    <w:p>
      <w:pPr>
        <w:pStyle w:val="ArticleBody"/>
        <w:jc w:val="left"/>
      </w:pPr>
      <w:r>
        <w:rPr>
          <w:rFonts w:ascii="Times New Roman" w:hAnsi="Times New Roman" w:eastAsia="Times New Roman" w:cs="Times New Roman"/>
        </w:rPr>
        <w:t>Orqoyqa hamuyqa ñawpaqmanmi karqa atipanakuy yaykuymanta, chayqa qallarikurqa asnuta paskaspa ofrendata Jerusalénman apananpaq, imaynan Abrahampa asnun apaq karqa ofrendapa qirunta Moriyapi, Jerusalénpi templopa ñawpa sitiopi. Trompetakunapa raymin, Levítico iskay chunka kimsayuqpi nisqa siq’ipi, asnupa paskasqanta señalan; chayraykun transfiguración orqopa experiencian ñawpaqman karqa atipanakuy yaykuymanta, chayhinataq Pedrota churaykuspa Levítico iskay chunka kimsayuqpi kinsa chunka p’unchawkunapa historiampi, Pentecostés tiempowan tupachisqa. Chay kinsa chunka p’unchawkunapi templota (chaupi pruebatam) churanku candidatokunaman pusaq chunka kallpayuq sacerdotekunamanta huknin kaypaq. Rey Uzíaspa hatun yupaychana wasipi hatarikuyninmanta testimonionpi pusaq chunka sacerdotekuna reqsichisqa kanku valiente nisqa hina; chayqa qhawachin sacerdotekuna kasqanta mana chaypi partisipaqkunata.</w:t>
      </w:r>
    </w:p>
    <w:p>
      <w:pPr>
        <w:pStyle w:val="ArticleScripture"/>
        <w:jc w:val="left"/>
      </w:pPr>
      <w:r>
        <w:rPr>
          <w:rFonts w:ascii="Times New Roman" w:hAnsi="Times New Roman" w:eastAsia="Times New Roman" w:cs="Times New Roman"/>
        </w:rPr>
        <w:t>Hinaqtintapas Azarías sacerdotepas paypa qhepanta yaykurqan, paywan kuska pusaq chunka sacerdotekuna Señorpaq, sinchi qharikuna kasqanku. Paykunataq rey Uzíasman sayarirqanku, hinaspataq nirqanku: Mana qanpaqchu, Uzías, Señorpaq q’umir q’apayta rupachiy; aswanqa Aarónpa churinkuna sacerdotekunallapaqmi, chaypaq sapaqchasqa q’umir q’apayta rupachinankupaq. Llaqt’aq wasinmanta lluqsiy; pantasqankirayku; manataq Señor Diosmanta yupaychasqa kanqachu qanpaq. 2 Crónicas 26:17, 18.</w:t>
      </w:r>
    </w:p>
    <w:p>
      <w:pPr>
        <w:pStyle w:val="ArticleBody"/>
        <w:jc w:val="left"/>
      </w:pPr>
      <w:r>
        <w:rPr>
          <w:rFonts w:ascii="Times New Roman" w:hAnsi="Times New Roman" w:eastAsia="Times New Roman" w:cs="Times New Roman"/>
        </w:rPr>
        <w:t>Valiente sacerdotekunaqa Corderota maymanpas riykuqtin qhipanta qatiqkuna kanku.</w:t>
      </w:r>
    </w:p>
    <w:p>
      <w:pPr>
        <w:pStyle w:val="ArticleScripture"/>
        <w:jc w:val="left"/>
      </w:pPr>
      <w:r>
        <w:rPr>
          <w:rFonts w:ascii="Times New Roman" w:hAnsi="Times New Roman" w:eastAsia="Times New Roman" w:cs="Times New Roman"/>
        </w:rPr>
        <w:t>Kaykunaqa warmikunawan mana qhelliyachisqa kasqanku; imaraykuchus paykunaqa virginkunam. Kaykunaqa Corderota qatikunku maymanchus pay rinqa chayman. Kaykunaqa runakunapa chawpinmanta rantisqa kanku, Diospaq chaymanta Corderopaq ñawpaq poqoy hina. Apocalipsis 14:4.</w:t>
      </w:r>
    </w:p>
    <w:p>
      <w:pPr>
        <w:pStyle w:val="ArticleBody"/>
        <w:jc w:val="left"/>
      </w:pPr>
      <w:r>
        <w:rPr>
          <w:rFonts w:ascii="Times New Roman" w:hAnsi="Times New Roman" w:eastAsia="Times New Roman" w:cs="Times New Roman"/>
        </w:rPr>
        <w:t>Judá ayllumanta Leónqa llaqtanta pusamun Ancha Santísimo Cheqman, chaypi pactokuy arka ukhuman qhawarichin, hinaspa yuyaymanachin chaypi kachka Hatun Sacerdoteta, paypa qhipa llamkayninpi huchata chinkachispa ministrashaqta. Pedroqa kawsarichisqa karqan diciembre 31, 2023 p’unchawpi, chaymantaqa uyarisqa karqan cimiento-pruebawan, Roma llaqtapa ruwasqan ruwanakuyta willakuq qhaway rikch’ayninpi profecíapa hawa qhawariyninta sayachiypi. Chaymantataq temploq iskay kaq prueban Pedropaq chayarqan, chaypitaq uku siq’ipa qhawayninqa rikuchisqa kachkan Danielpa chunka kaq capitulonpi espejopa qhaway rikch’aypi.</w:t>
      </w:r>
    </w:p>
    <w:p>
      <w:pPr>
        <w:pStyle w:val="ArticleBody"/>
        <w:jc w:val="left"/>
      </w:pPr>
      <w:r>
        <w:rPr>
          <w:rFonts w:ascii="Times New Roman" w:hAnsi="Times New Roman" w:eastAsia="Times New Roman" w:cs="Times New Roman"/>
        </w:rPr>
        <w:t>Pedroqa Señorninta 2020 watapi julio killapa 18 p’unchawninpi ñiqirqan, chaytaq kinsa kuti ruwarqan.</w:t>
      </w:r>
    </w:p>
    <w:p>
      <w:pPr>
        <w:pStyle w:val="ArticleScripture"/>
        <w:jc w:val="left"/>
      </w:pPr>
      <w:r>
        <w:rPr>
          <w:rFonts w:ascii="Times New Roman" w:hAnsi="Times New Roman" w:eastAsia="Times New Roman" w:cs="Times New Roman"/>
        </w:rPr>
        <w:t>“Kimsa kuti Pedrom sut’ipi Señorninta ñawpaqman ñiqninpi ñiqsirqan, chay hinallataq kimsa kuti Jesusqa paymanta munakuyninmanta, cheqaq kasqanmantawan takyachisqa simikunata urqun, chay qispichiq tapuyta sonqonman t’iksisqa wachwaman hina churaspa, nanachisqa sonqonman chayaspa. Huñusqa discipulokunapa ñawpaqninpi Jesusqa Pedropa arrepentisakuyninpa ukhu sunquyta rikuchirqan, hinaspataq may sumaqta pisiñachasqa kasqanta qhawachirqan, ñawpaqta hatunchakuq discipulo kasqanmanta.” The Desire of Ages, 812.</w:t>
      </w:r>
    </w:p>
    <w:p>
      <w:pPr>
        <w:pStyle w:val="ArticleBody"/>
        <w:jc w:val="left"/>
      </w:pPr>
      <w:r>
        <w:rPr>
          <w:rFonts w:ascii="Times New Roman" w:hAnsi="Times New Roman" w:eastAsia="Times New Roman" w:cs="Times New Roman"/>
        </w:rPr>
        <w:t>Pedroqa iskay rikch'aq yupaychakuqkunata representan.</w:t>
      </w:r>
    </w:p>
    <w:p>
      <w:pPr>
        <w:pStyle w:val="ArticleScripture"/>
        <w:jc w:val="left"/>
      </w:pPr>
      <w:r>
        <w:rPr>
          <w:rFonts w:ascii="Times New Roman" w:hAnsi="Times New Roman" w:eastAsia="Times New Roman" w:cs="Times New Roman"/>
        </w:rPr>
        <w:t>“Sapa clasekunata fariseowan publicanowan rikuchisqankuman hina, apostol Pedropa historiapi yachachikuy kan. Ñawpaq discipulon kasqanpi Pedroqa kallpasapa kasqanta yuyakurqan. Fariseo hina, pay kikinpa qhawariyninpiqa ‘mana huk runakuna hinachu’ karqan. Cristoq entregasqa kanan p’unchawpaq tutapi discipulonkuna-man ñawpaqmanta willaspa nirqan: ‘Kay tutam qankuna llapallaykichis ñoqarayku mitk’akunkichis,’ chaymi Pedro atiniyuq sonqowan rimarqan: ‘Llapallanku mitk’akunmanpas, ñoqaqa manam mitk’akusqachu.’ Marcos 14:27, 29. Pedroqa mana reqsirqanchu kikinpa peligronninta. Kikinman atiyniyuq kasqanpi confiakusqanmi pantachirqan. Yuyarqanmi tentacionta atipayta atisqanta; ichaqa pisi horallapi prueba chayaramuqtin, ñakay simikunawan juraspa Señorninta ñegarqan.” Christ’s Object Lessons, 152.</w:t>
      </w:r>
    </w:p>
    <w:p>
      <w:pPr>
        <w:pStyle w:val="ArticleBody"/>
        <w:jc w:val="left"/>
      </w:pPr>
      <w:r>
        <w:rPr>
          <w:rFonts w:ascii="Times New Roman" w:hAnsi="Times New Roman" w:eastAsia="Times New Roman" w:cs="Times New Roman"/>
        </w:rPr>
        <w:t>Impuestuta qhatuq runaqa wasinman rirqan chiqanchasqa.</w:t>
      </w:r>
    </w:p>
    <w:p>
      <w:pPr>
        <w:pStyle w:val="ArticleScripture"/>
        <w:jc w:val="left"/>
      </w:pPr>
      <w:r>
        <w:rPr>
          <w:rFonts w:ascii="Times New Roman" w:hAnsi="Times New Roman" w:eastAsia="Times New Roman" w:cs="Times New Roman"/>
        </w:rPr>
        <w:t>“Fariseoqa hinallataq impuestok qullqeta huñuqpas iskay hatun clasekunatan rikuchinku, chaymanmi Diosman yupaychanapaq hamuqkuna rakisqa kanku. Paykunap ñawpaq iskay rappresentantenkunataqa kay pachaman ñawpaq iskay wawakuna nacisqakunapim tarisun.” Christ’s Object Lessons, 152.</w:t>
      </w:r>
    </w:p>
    <w:p>
      <w:pPr>
        <w:pStyle w:val="ArticleBody"/>
        <w:jc w:val="left"/>
      </w:pPr>
      <w:r>
        <w:rPr>
          <w:rFonts w:ascii="Times New Roman" w:hAnsi="Times New Roman" w:eastAsia="Times New Roman" w:cs="Times New Roman"/>
        </w:rPr>
        <w:t>Abelpas impuesto nisqa runawan kuska, iñiywan cheqaqchasqa kaypa unanchaqninmi.</w:t>
      </w:r>
    </w:p>
    <w:p>
      <w:pPr>
        <w:pStyle w:val="ArticleScripture"/>
        <w:jc w:val="left"/>
      </w:pPr>
      <w:r>
        <w:rPr>
          <w:rFonts w:ascii="Times New Roman" w:hAnsi="Times New Roman" w:eastAsia="Times New Roman" w:cs="Times New Roman"/>
        </w:rPr>
        <w:t>Impuesto cobradorqa, karullapi sayaspa, manam hanaq pacha-man ñawinkunatapas oqarichiyta munarqachu, aswanpas pechoyninta takaspa nirqan: Dios, huchasapa runa kashaqta kuyapayawáy. Nicchisqayki: kay runaqa wasinman kutirqan chaninchasqa, hukninmanta aswanraq; pipas kikinta hatunchakusqaqqa uraykachasqa kanqa; hinaspa pipas kikinta pisiyasqaqqa hatunchasqa kanqa. Lucas 18:13, 14.</w:t>
      </w:r>
    </w:p>
    <w:p>
      <w:pPr>
        <w:pStyle w:val="ArticleBody"/>
        <w:jc w:val="left"/>
      </w:pPr>
      <w:r>
        <w:rPr>
          <w:rFonts w:ascii="Times New Roman" w:hAnsi="Times New Roman" w:eastAsia="Times New Roman" w:cs="Times New Roman"/>
        </w:rPr>
        <w:t>1888 watapi willakuyqa Apocalipsis chunka pusaqniyuq pusaq chunka kimsaqniyuq ángelpa uraykuywan kuska hamurqan.</w:t>
      </w:r>
    </w:p>
    <w:p>
      <w:pPr>
        <w:pStyle w:val="ArticleScripture"/>
        <w:jc w:val="left"/>
      </w:pPr>
      <w:r>
        <w:rPr>
          <w:rFonts w:ascii="Times New Roman" w:hAnsi="Times New Roman" w:eastAsia="Times New Roman" w:cs="Times New Roman"/>
        </w:rPr>
        <w:t>“Señorqa hatun khuyakuyninwanmi aswan ancha chanin willakuyta kachamurqa llaqtanman Elderes Waggonerwan Joneswan. Kay willakuyqa karqa, kay pachapi runakunapa ñawpaqenman aswan sut’ita apamunanpaq hatarichisqa Qespichiqta, tukuy kay pachapi huchakunapaq sacrificiota. Chaymi rikuchirqa iñiywan justificación-ta, Surety nisqawan; runakunata waqyachirqa Cristopa allin kayninta chaskinankupaq, mayqinchus rikurichikun tukuy Diospa kamachikuyninkunata kasukuypi. Askhaqmi Jesusta manaña qawariqchu kasharqanku. Paykunan necesitayarqanku ñawinkuta pusachisqa kananpaq Paypa divino persona-man, Paypa méritosninkunaman, hinallataq runa ayllupaq mana hayk’aq tikrakamuq munakuyninman. Tukuy atiyninmi makinman qusqa kashan, runakunaman qhapaq qokuykunata rakinanpaq, yanqalla mana atispa kaq runa agenteman quiquinpa mana chaninnaq allin kayninta qospa. Kaymi chay willakuyqa Diospa kamachisqan kay pachaman qosqa kananpaq. Kayqa kinsa kaq angelpa willakuyninmi, hatun qapariywan willakusqa kananpaq, hinallataq Espírituynin achka tupuwan hich’amusqanwan kuska.” Testimonies to Ministers, 91.</w:t>
      </w:r>
    </w:p>
    <w:p>
      <w:pPr>
        <w:pStyle w:val="ArticleHeading"/>
        <w:jc w:val="left"/>
      </w:pPr>
      <w:r>
        <w:rPr>
          <w:rFonts w:ascii="Arial" w:hAnsi="Arial" w:eastAsia="Arial" w:cs="Arial"/>
        </w:rPr>
        <w:t>Laodiceaman Willakuy</w:t>
      </w:r>
    </w:p>
    <w:p>
      <w:pPr>
        <w:pStyle w:val="ArticleScripture"/>
        <w:jc w:val="left"/>
      </w:pPr>
      <w:r>
        <w:rPr>
          <w:rFonts w:ascii="Times New Roman" w:hAnsi="Times New Roman" w:eastAsia="Times New Roman" w:cs="Times New Roman"/>
        </w:rPr>
        <w:t>A. T. Jones, E. J. Waggoner nisqakunawan ñuqanchikman qosqa willakuyqa Diospa willakuyninmi Laodicea iglesiaman; ay imaynataq kanqa pipas cheqaqta creen nispa rimakuspa, chaywanpas mana hukkunaman Diosmanta qosqa k’anchaykunata rikuchiqtaqa. The 1888 Materials, 1053.</w:t>
      </w:r>
    </w:p>
    <w:p>
      <w:pPr>
        <w:pStyle w:val="ArticleHeading"/>
        <w:jc w:val="left"/>
      </w:pPr>
      <w:r>
        <w:rPr>
          <w:rFonts w:ascii="Arial" w:hAnsi="Arial" w:eastAsia="Arial" w:cs="Arial"/>
        </w:rPr>
        <w:t>Qhipa Para Willay</w:t>
      </w:r>
    </w:p>
    <w:p>
      <w:pPr>
        <w:pStyle w:val="ArticleScripture"/>
        <w:jc w:val="left"/>
      </w:pPr>
      <w:r>
        <w:rPr>
          <w:rFonts w:ascii="Times New Roman" w:hAnsi="Times New Roman" w:eastAsia="Times New Roman" w:cs="Times New Roman"/>
        </w:rPr>
        <w:t>“Qhipa paraqaqa Diospa llaqtanman urmamunanmi. Huk atiyniyoq angeltam hanaq pachamanta uraykamunqa, hinaspa llapa kay pachapas paypa k’anchayninwan qhant’achisqa kanqa.” Review and Herald, April 21, 1891.</w:t>
      </w:r>
    </w:p>
    <w:p>
      <w:pPr>
        <w:pStyle w:val="ArticleHeading"/>
        <w:jc w:val="left"/>
      </w:pPr>
      <w:r>
        <w:rPr>
          <w:rFonts w:ascii="Arial" w:hAnsi="Arial" w:eastAsia="Arial" w:cs="Arial"/>
        </w:rPr>
        <w:t>Llaqta New York nisqapi, hinaspa 11/9</w:t>
      </w:r>
    </w:p>
    <w:p>
      <w:pPr>
        <w:pStyle w:val="ArticleScripture"/>
        <w:jc w:val="left"/>
      </w:pPr>
      <w:r>
        <w:rPr>
          <w:rFonts w:ascii="Times New Roman" w:hAnsi="Times New Roman" w:eastAsia="Times New Roman" w:cs="Times New Roman"/>
        </w:rPr>
        <w:t>“¿Kunanqa chay rimay hamunichu, ñoqaqa willasqayta, Nueva York llaqtata huk hatun yaku oqonakuywan pichasqa kananpaq? Kaytaqa mana hayk’aqpas nisqachu kani. Nisqaniqa, chaypi sayarichkasqa hatun wasikunata qhawarispa, piso patapi piso yapakusqanta, ‘¡Imayna manchay escena-kuna ruwakunqa, Señor allpata sinchita kuyuchinampaq hatariptin! Chaypira Apocalipsis 18:1–3 nisqap siminkuna hunt’akunqa’ nispa. Apocalipsispa chunka pusajniyuq kapitulon tukuy llaqtapachaman hamuqkunamanta huk waqyaymi. Ichaqa mana ima k’anchayniyoqchu kani sapaqta Nueva Yorkmanta imachus hamunqa chaymanta; aswanmi yachani, huk p’unchaw chaypi kaq hatun wasikuna Diospa atiynin muyurichisqanwan, kutichisqanwan urmachisqa kanqanku. Qowasqa k’anchaymanta yachanimi, kay pachapi chinkay kasqanta. Señorpa huk simillanwan, paypa atiyninpa huk llamk’ayllanwan, kay hatun sayaq ruwasqakuna urmanqanku. Manchakuypaq kasqanta mana yuyay atisqanchik escena-kunam ruwakunqa.” Review and Herald, 5 de julio de 1906.</w:t>
      </w:r>
    </w:p>
    <w:p>
      <w:pPr>
        <w:pStyle w:val="ArticleBody"/>
        <w:jc w:val="left"/>
      </w:pPr>
      <w:r>
        <w:rPr>
          <w:rFonts w:ascii="Times New Roman" w:hAnsi="Times New Roman" w:eastAsia="Times New Roman" w:cs="Times New Roman"/>
        </w:rPr>
        <w:t>Pedro, impuesto cobrador, huk alman karqan pisiyman rikuchkan, payqa iñiymanta chaninnaqchasqa kan; iñiymanta chaninnaqchasqa kaymi kinsa kaq angelpa willakuynin, chaymi Laodiceapa willakuynin, 9/11 p’unchaypi chayamurqa, maypachachus Nueva York llaqtapi hatun wasi-kuna urmarqanku hinaspa Apocalipsis 18:1–3 hunt’akurqa. Chaymantataq qhipa para qallariqta ch’iqchiyta qallarin, huk pachak tawa chunka tawa waranqakunapa sellasqa kaynintaq qallarikapun. Huk pachak tawa chunka tawa waranqakunapa sellasqa pacha tukukuyninpi Apocalipsis chunka pusaqniyuq qillqapi angelqa uraykamurqa Miguel arcángel hina, hinaspa Pedrota kinsa pruebakunawan kawsarichirqa. Ñawpaq kaq prueba qallariq December 31, 2023 p’unchaypi, hinaspa Daniel chunka hukniyuq qillqapa chunka tawa versículopi Roma llaqtam kallpa kasqanta, chay visiónta sayachiqta, sapanchasqa chiqaq yachachiyta rikuchirqa. Chay visiónqa chazon visiónmi, hinaspa chayqa profecíapa hawapi siq’inta rikuchin, chaymanta Salomón nin kawsay utaq wañuy kasqanta.</w:t>
      </w:r>
    </w:p>
    <w:p>
      <w:pPr>
        <w:pStyle w:val="ArticleScripture"/>
        <w:jc w:val="left"/>
      </w:pPr>
      <w:r>
        <w:rPr>
          <w:rFonts w:ascii="Times New Roman" w:hAnsi="Times New Roman" w:eastAsia="Times New Roman" w:cs="Times New Roman"/>
        </w:rPr>
        <w:t>Maypi mana [chazon] rikuy kanchu, chaypi llaqta chinkapun; ichaqa leyta waqaychaq runaqa kusisqa kachun. Proverbios 29:18.</w:t>
      </w:r>
    </w:p>
    <w:p>
      <w:pPr>
        <w:pStyle w:val="ArticleBody"/>
        <w:jc w:val="left"/>
      </w:pPr>
      <w:r>
        <w:rPr>
          <w:rFonts w:ascii="Times New Roman" w:hAnsi="Times New Roman" w:eastAsia="Times New Roman" w:cs="Times New Roman"/>
        </w:rPr>
        <w:t>Pedroq iskay ñiqin pruebanqa templomanta pruebanmi, chayqa reqsiriyta mañan Ancha Santísimo Lugarman iñiywan yaykunapaq, imaynatachus Hermana White ñawpaq rikuykunapi rikuchirqan hina. Chaypi payqa qhawarqan qanchis p’unchaw samana kamachikuyta huk isqun kamachikuykunamanta patapi k’anchachkaqta. Chay yachachikuyqa taripay qallariyninpi rikuchin Cristoq runa tukuyninmanta yachachikuyta, chaymi qhepa p’unchawkunapi huk profétic yachachikuykunamanta patapi k’anchan, taripay wisq’ay tukukuynin tiempo. Cristo Divinoq runa tukuynin, pay kikinman urmasqa huchasapa aychata hap’ikuspa, mana ima huchayuq kaspata yachaspa, imaymana rikuchiykunawanmi rikuchisqa. Chaykunamanta aswan hatun allin reqsisqa yachachikuyqa qanchis kuti yachachikuymi. Qanchis kuti yachachikuyqa Millerpa profétic tarisqankunap alfam karqan, hinaspataq 1856 watapi chay yachachikuymi omega yachachikuyta rikuchirqan Millerita historiapi, maypichus Millerita Filadelfia Adventismon qanchis watakunata hatarirqan hinaspa 1863 watapi Laodicea Qanchis-p’unchaw Adventista iglesiaman tukurqan.</w:t>
      </w:r>
    </w:p>
    <w:p>
      <w:pPr>
        <w:pStyle w:val="ArticleBody"/>
        <w:jc w:val="left"/>
      </w:pPr>
      <w:r>
        <w:rPr>
          <w:rFonts w:ascii="Times New Roman" w:hAnsi="Times New Roman" w:eastAsia="Times New Roman" w:cs="Times New Roman"/>
        </w:rPr>
        <w:t>Ezequiel qhelqakimpa 37 ka ishkay k’aspiqninkunaqa representan iskay 2,520 watayuq juicio-kunata, hanaq llaqtapaqhinatawan urin llaqtapaqhinatawan. Hanaq llaqtaqa runapa aychanmi representayta ruwan, urin llaqtaqa yuyayta representayta ruwan, mayqinchus Cristoq yuyayninwan huñusqa kananpaq wakichisqa karqa; chhaynapiqa Divinidad runakayninwan huñusqa kanman karqa. Chhaymi encarnación nisqa doctrinaqnin, aswan pisiyachisqa rikuchiypi. Qanchis kutiqa Millerita historiapa alpha-ninwan omega-ninwan karqa, hinaspataq encarnaciónta representaq kasqanraykuqa, 1844 watapi alpha sábado doctrina-man tupachisqa Seventh-day Adventist historiapa omega-ninpas kan. Hukninqa qanchis p’unchaw sábadoq señalanmi, huknintaq qanchis wata sábadoq señalanmi.</w:t>
      </w:r>
    </w:p>
    <w:p>
      <w:pPr>
        <w:pStyle w:val="ArticleBody"/>
        <w:jc w:val="left"/>
      </w:pPr>
      <w:r>
        <w:rPr>
          <w:rFonts w:ascii="Times New Roman" w:hAnsi="Times New Roman" w:eastAsia="Times New Roman" w:cs="Times New Roman"/>
        </w:rPr>
        <w:t>Paniumpi Pedropa sutin tikrasqa tukun, chayqa karqa Abrahampa akllasqa llaqtawan ñawpaq rimanakuyta rikuchisqanpa iskay kaq puriyninmi; hinaspapas Pedroqa iskay kaq puriyninpi tukuynin kaq rimanakuyta akllasqa llaqtawan rikuchiq tukupun. Chayqa chunka hukniyuqmanta iskay chunka iskayniyuqkama capitulokunapa siq’inpi iskay kaq puriymi, hinaspapas kimsa kutimanta iskay kaqmi Pedro, Santiago, Juanwan kuska Jesuspa wak discípulokunamanta karunchasqa rirqanku, chaynataq kimsa kutimanta iskay kaqmi hanaq Payaq Tayta rimarqan. Neropa siq’inqa Raphiawan Paniumpa maqanakuyninkunapa chawpinpi tukukun, imaraykuchus chayqa wak iskay pacha 250 watayuqkunawan tupachkan, 457 ñawpaq Cristomanta watapi hinaspa 1776 watapi qallarisqankuwan. 457 ñawpaq Cristomanta watapi qallarisqanqa 207 ñawpaq Cristomanta watapi tukukun, hinaspa 1776 watapi qallarisqanqa 2026 watapi tukukun. Pedroqa 207 ñawpaq Cristomanta watapi, 2026 watapi, 313 watapi, hinaspa templo pruebaypi kashan, chaymi ñawpaqchaykun kimsa kaqman hinaspa litmus pruebayman, asnuta paskaymanta, chaymi cornetakunapa raymin hina rikuchisqa.</w:t>
      </w:r>
    </w:p>
    <w:p>
      <w:pPr>
        <w:pStyle w:val="ArticleBody"/>
        <w:jc w:val="left"/>
      </w:pPr>
      <w:r>
        <w:rPr>
          <w:rFonts w:ascii="Times New Roman" w:hAnsi="Times New Roman" w:eastAsia="Times New Roman" w:cs="Times New Roman"/>
        </w:rPr>
        <w:t>Pedroq pruebaynqaqaqa Cristo-ta Santo Santísimo-man qatipakuymi, hinallataq llamkayninqa Nashville-pa nina bolakunaq mensaje-ninta allinchayta, chaymanta allinchachasqa mensaje-ta willakuyta. Pedroq Nashville-pa nina bolakunaq mensajeninqa Pentecostés-pa mensajenmi, puntata alto cuarto-pi rikhurichisqa, chaymantaqa templopi. Payqa mensajen-ta rikhurichin Nashville-pa nina bolakuna-ta reqsispa, hinaspataq Raphia maqanakuypa hunt’akuyninta, Panium maqanakuywan kuska; chaymi versículo dieciséis-pa domingo kamachiy-pi Actium maqanakuy tukunku. Versículo dieciséis-pa domingo kamachiyqa versículo cuarenta y uno-paq, hinallataq versículo veintidós-paq domingo kamachiyllataqmi. Chay kimsa versículokunapas versículo treinta y uno-wan tupanku, maypichus papadokuna 538 watapi kamachiyta hap’irqaku hinaspataq domingo kamachiyta churarqaku tercer Concilio de Orleans-pi. Versículo treinta y uno-man apaq versículokunaqa chay 538 wata domingo kamachiyman pusaq señalkuna-ta reqsichinku, hinaspataq utqaylla hamuq domingo kamachiymanta ñawpaq historia-ta rikch’achinku.</w:t>
      </w:r>
    </w:p>
    <w:p>
      <w:pPr>
        <w:pStyle w:val="ArticleScripture"/>
        <w:jc w:val="left"/>
      </w:pPr>
      <w:r>
        <w:rPr>
          <w:rFonts w:ascii="Times New Roman" w:hAnsi="Times New Roman" w:eastAsia="Times New Roman" w:cs="Times New Roman"/>
        </w:rPr>
        <w:t>Chittim lamar qhatunaka buqukuna paypa contranman hamunqaku; chayrayku llakisqa kanqa, kutimunqaña, hinaspan piñakuyniyoq kanqa chay santo pactopa contran; chaynatan ruwanqa; yapamanta kutimuspataq yachaynintan ruranqa chay santo pactota saqeqkunawan. Hinallataq awqaq makikuna paypa favorninpi sayanqaku, kallpayuq santuaritataq qhellichanqaku, sapa p’unchaw sacrificiotataq qichunqaku, churaspaqtaq churanku chay cheqniy millayta, ch’usaqyachiqta. Daniel 11:30, 31.</w:t>
      </w:r>
    </w:p>
    <w:p>
      <w:pPr>
        <w:pStyle w:val="ArticleBody"/>
        <w:jc w:val="left"/>
      </w:pPr>
      <w:r>
        <w:rPr>
          <w:rFonts w:ascii="Times New Roman" w:hAnsi="Times New Roman" w:eastAsia="Times New Roman" w:cs="Times New Roman"/>
        </w:rPr>
        <w:t>“Quitimpa buquekuna” Vándalos runakunata rikuchirqan, paykunaqa Apocalipsis pusaq kaq kapitulumanta iskay kaq trompetapas rikuchisqanmi kanku. Roma llaqtapa hinallataq urmayninqa 330 watapi qallariq, chay p'unchawpi Constantino reinota inti lloqsimuy lado-man, inti yaykumuy lado-man rakirqan. Chaymanta qhepamanqa kimsa churinkunamanmi rakipurqan. Actium maqanakuy p'unchawmanta mana atipay atisqa karqan chay Romano Imperioqa chaymanta iskayman rakisqa karqan, hinaspataq kimsaman, hinaspataq Apocalipsis pusaq kaqpi ñawpaq tawa trompetakunaqa awqakunapa maqanakuy yaykuyta rikuchirqan, chaymi qharqamuq Roma occidentalta 476 watapi tukuchirqan. Roma orientalmi, Constantinopla llaqtapi, pichqa kaq trompetapa tukukuyninkama, suqta kaq trompetapa qallariyninkama kawsarqan; chaykunaqa ñawpaq kaq, iskay kaq aylliykunapas kanku. Ñawpaq kaq aylliypa pachan willakuynin, pachak pichqa chunka wata, chay p'unchawpim tukukurqan maypichus iskay kaq aylliypa pachan willakuyninqa qallariq. Chay p'unchawqa 1453 watapi Constantinoplapa urmayninmi karqan, Otomano Turco runakunapa makinman.</w:t>
      </w:r>
    </w:p>
    <w:p>
      <w:pPr>
        <w:pStyle w:val="ArticleBody"/>
        <w:jc w:val="left"/>
      </w:pPr>
      <w:r>
        <w:rPr>
          <w:rFonts w:ascii="Times New Roman" w:hAnsi="Times New Roman" w:eastAsia="Times New Roman" w:cs="Times New Roman"/>
        </w:rPr>
        <w:t>Babiloniaqa huk tuta urman, ichaqa quizá ninki Ciroqa mayuta ñawpaqta muyuchinan karqa, chayqa huk tiempo p’unchawkuna qhiparqan; ichaqa Babiloniapa urmayninqa huk tutallapin karqa; Romaq urmayninmi ichaqa 1123 watakunata mast’arqan. Chay watakunaqa profecíapi sut’i señalkunata apamuqmi karqan, chaykunam Roma Imperialpa uray urmayninta qatiqninmanta willakun; hinaspapas Roma Imperial paganaqa Estados Unidos nisqata rikch’achin, paypa llamkayninpi papadota tiyana pataman churayninpi, Biblia profecíapi pichqa kaq reino hina, 538 watapi. Papadoqa tiyana pataman churasqa kachkan Daniel chunka hukniyuq, versículo chunka suqtaqpi kaq domingo kamachiypi. Estados Unidospa llamkayninta rikch’achiq señalkunaqa paganismo nisqawan kaq Romaq uray urmayninpa qatiq señalkunapi rikuchisqa kachkan.</w:t>
      </w:r>
    </w:p>
    <w:p>
      <w:pPr>
        <w:pStyle w:val="ArticleBody"/>
        <w:jc w:val="left"/>
      </w:pPr>
      <w:r>
        <w:rPr>
          <w:rFonts w:ascii="Times New Roman" w:hAnsi="Times New Roman" w:eastAsia="Times New Roman" w:cs="Times New Roman"/>
        </w:rPr>
        <w:t>Quitimpa barconkuna Romapaq qullqi waqllikuyta rikuchirqanku, imaraykuchus Vándalokunapa armadankuna Mediterráneo lamar qhatu puriyninkunapi hatun ñak'ariyta apamurqanku. Qhepa p'unchaykunapiqa, Islamqa kay pachapi reykunapaq qullqi waqllikuy hina qhawachisqa kachkan. Vándalokuna, paykunapa barconkunawan, iskay kaq trompeta atiyniyuqmi karqanku; kimsa aykha nanaykunataq Islammanta trompeta atiyniyuqkuna kanku. Ñawpaq kaqqa Arabia karqan, iskay kaqtaq Turquía, kinsa kaqtaq llapa pachapi mast'arikusqa.</w:t>
      </w:r>
    </w:p>
    <w:p>
      <w:pPr>
        <w:pStyle w:val="ArticleBody"/>
        <w:jc w:val="left"/>
      </w:pPr>
      <w:r>
        <w:rPr>
          <w:rFonts w:ascii="Times New Roman" w:hAnsi="Times New Roman" w:eastAsia="Times New Roman" w:cs="Times New Roman"/>
        </w:rPr>
        <w:t>Barcokunaqa qhapaq kaypa unanchaqninmi kanku, hinallataq Qillqasqa Sagradaspi Chittimpa barcokunan qhapaq kaypa aswan hatun unanchaqkuna kanku. Chay barcokunaqa lamarqochaspa chawpinpi phiñasqa inti lloqsimuy wayrawanmi hundisqa kanku, hinallataq Qillqasqa Sagradaspi Islamqa inti lloqsimuqpa churinkunanmi. Maypachachus Islamqa willakusqa kachkan profetikusqa ruwanakuykunaq siq’ipi, chayqa huk qhapaq kay sasachakuymanmi apamun. Islamqa Balaamwan kuska huk asnowanmi rikuchisqa, chaymi hebreo simipi “sallqa runa” nisqa t’ijrasqa simi, Ismaelpa ñawpaq kaq riqsichisqanpi Qillqasqa Sagradaspi. Ismaelqa profetikusqa patapi Islampa taytanmi, mana Abrahamqa Ismaelpa taytan kasqanta ñiqch’aspa, ichaqa Ismaelpa chunka iskayniyuq ayllunkunaqa Qillqasqa Sagradaspi inti lloqsimuqpa churinkuna sutiyuqmi rikurinku.</w:t>
      </w:r>
    </w:p>
    <w:p>
      <w:pPr>
        <w:pStyle w:val="ArticleBody"/>
        <w:jc w:val="left"/>
      </w:pPr>
      <w:r>
        <w:rPr>
          <w:rFonts w:ascii="Times New Roman" w:hAnsi="Times New Roman" w:eastAsia="Times New Roman" w:cs="Times New Roman"/>
        </w:rPr>
        <w:t>Qhipa p’unchaykunapi Balaam, llulla profeta hina Estados Unidospa unanchaqnin kaspa, asnonta kimsa kuti maqan; chayqa Islampa kimsa maqaykunanta rikuchin. 9/11 chay maqaykunamanta ñawpaqnin karqa, hinallataq señalay angilpa chayamusqanta reqsichirqa, paymi inti lluqsimuy llaqtamanta wicharimun, ch’aqwaypa sinchi inti lluqsimuy wayrakunapi. Islampa iskay ñiqin maqayninqa iskaychasqam kashan, iskay ñiqin puriyqa iskaychayta señalanrayku. Octubre 7, 2023 p’unchaypi Islam mana suyashqa hina chiqap Israelta maqariq, hinallataq Nashville, Tennessee mana suyashqa hina Islamwan maqarispa, espirituyninpi Israelqa maqarisqaña kanqa. Balaampa willakuyninpi, iskay ñiqin waymarkqa iskay uvas chakrakunapa chawpinpi karqa, Señor de los Ejércitospa iskay uvas chakrankunataq ñawpaq chiqap Israel karqa, hinaspa Estados Unidos, kunan pacha espirituyninpi Israel. Balaampa kimsa ñiqin waymarkninqa asno rimarisqan pacha karqa; hinaspa rimaypa unanchaqnin, 9/11-manta qallarisqa pachak tawa chunka tawa waranqa señalasqakunapa señalay pacha tukukuyninta rikuchiq, domingo kamachikuymin, maypichus Estados Unidos dragón hina rimarin. Apocalipsis chunka hukniyuqpa hatun allpa kuyuyqa chay domingo kamachikuymin, maypichus kimsa ñiqin ay hap’iy utqaylla hamun, maypichus Estados Unidos, asno, hinaspa Zacarías rimanku.</w:t>
      </w:r>
    </w:p>
    <w:p>
      <w:pPr>
        <w:pStyle w:val="ArticleBody"/>
        <w:jc w:val="left"/>
      </w:pPr>
      <w:r>
        <w:rPr>
          <w:rFonts w:ascii="Times New Roman" w:hAnsi="Times New Roman" w:eastAsia="Times New Roman" w:cs="Times New Roman"/>
        </w:rPr>
        <w:t>Juan Bautistaq taytanqa iskay chunka tawa sacerdotekuna patamanta pusaj kaq kursoypi karqan, Davidpa templopi sirvinankupaq churaskanmanta. Sacerdote Zacaríasqa mana iñisqanrayku upayachasqa karqan churin Juanpa paqarinankama, hinallataq pusaj yupaypa unanchaqanmi (sacerdociopa unanchaqan). Domingo kamachikuypi qhepa miray sacerdotekuna, Juan Bautistawan rikuchisqa, rimarinqaku paypa taytan Zacaríaswan rikuchisqa hina. Cristoqa Juanta Elías kasqanta reqsichirqan, Elíaspa qhepa p’unchaykunapi willakuyninpas tayta-wawa aylluyuq tinkuyninwanmi rikuchisqa, Zacaríaswan Juanwan hina. Juanqa Jeremíaswanmi rikuchisqa karqan, payman nisqa kasqanman hina: kutirimuptinqa, Diospa simin kanqa.</w:t>
      </w:r>
    </w:p>
    <w:p>
      <w:pPr>
        <w:pStyle w:val="ArticleBody"/>
        <w:jc w:val="left"/>
      </w:pPr>
      <w:r>
        <w:rPr>
          <w:rFonts w:ascii="Times New Roman" w:hAnsi="Times New Roman" w:eastAsia="Times New Roman" w:cs="Times New Roman"/>
        </w:rPr>
        <w:t>Jeremíasqa waqaycharqan 18 de julio de 2020 ñiqin p’unchawpa ñawpaq llakikuy p’akikuyninta, hinaspa kutimuspankuña, Diospa siminman tukunman karqan domingo ley tiempopi, chaypacham Habacucpa profético willakuyninta rikuchirqan, mayqinchus suyarichkarqan, ichaqa tukukuypi “rimanan” karqan. Jeremíasqa, chayrayku Juanpas, chayrayku Pedropas, Habacucpa willakuyninta rimanan karqan chay tupanapi maypichus Islampa asnon rimarin, hinallataq Estados Unidos dragón hina rimariptin.</w:t>
      </w:r>
    </w:p>
    <w:p>
      <w:pPr>
        <w:pStyle w:val="ArticleBody"/>
        <w:jc w:val="left"/>
      </w:pPr>
      <w:r>
        <w:rPr>
          <w:rFonts w:ascii="Times New Roman" w:hAnsi="Times New Roman" w:eastAsia="Times New Roman" w:cs="Times New Roman"/>
        </w:rPr>
        <w:t>Pedro Cesarea Filipospi, nisqaqa Panium sutiyuq, kayqa huk pacha punchawkuna kashan, “orqo” nishqa señal nisqapa ñawpaqninpi, chaymanta qhipaman hamunanpaq karqa atipaywan yaykuy, cruzman apaq, otaq domingo kamachikuyman. Chay pacha punchawkuna rikuchisqa kanku Panium maqanakuypi, chaymi tukuyninpi atipayninwan tukukun papaqpaq hinaspa paypa rantin atiynin Estados Unidospaq. Paniumqa kimsa rantin maqanakuymantam kinsaqa, ñawpaq kaqninmi 1989 watapi Berlín pirqapi tukukuq, hinaspa qhipa kaq otaq kinsakaq rantin maqanakuymi tukukun iglesiawan estadopa t’aqakuy “pirqa” urmachisqawan. 1989 wataqa huk rantin maqanakuypa tukuy kallpachakuyninta señalasqa, chay “chiri maqanaku” sutiyuq, iskay kaq Mundial Maqanakuypa tukukuyninmanta qallarisqa, hinaspa Paniumqa chay chiri maqanakuyta rikuchin, chaymi kinsaqa Mundial Maqanakuywan tukukun, Actium maqanakuyninwan rikuchisqa. Ñawpaq kaq hinaspa kinsaqa señalakunapa chawpinpi, kimsa rantin maqanakuypi, literal maqanaku Ukrainapi, versículo chunka hukniyuq hinaspa chunka iskayniyuqpi Raphia maqanakuyninwan rikuchisqa.</w:t>
      </w:r>
    </w:p>
    <w:p>
      <w:pPr>
        <w:pStyle w:val="ArticleBody"/>
        <w:jc w:val="left"/>
      </w:pPr>
      <w:r>
        <w:rPr>
          <w:rFonts w:ascii="Times New Roman" w:hAnsi="Times New Roman" w:eastAsia="Times New Roman" w:cs="Times New Roman"/>
        </w:rPr>
        <w:t>Paniumqa huk chiri ch’aqwaymi, kimsañiqin Pacha Hatun Awqanakuyman apaq, hina chiri ch’aqway hina, pacha tukukuypi 1989 watapi tukukuq, iskayñiqin Pacha Hatun Awqanakuy tukukuyninpi qallarisqa kasqan. Chay sayañasqakunapi, chunka versículopi churasqa hinallataq 1989 watapi, chunka hukniyuq chaymanta chunka iskayniyuq versículokunapi churasqa hinallataq Ucrania nacionpi awqanakuy 2014 watapi qallarisqapi, chunka kimsayuqmanta chunka pichqayuqkama versículokunapi churasqa hinallataq kunan pacha chiri ch’aqwaypi MAGA-ismo wan globalismo ukhupi, kinsa presidentekunam karqanku, paykunan papadowan Estados Unidoswan huñunakuykunata señalasqanku.</w:t>
      </w:r>
    </w:p>
    <w:p>
      <w:pPr>
        <w:pStyle w:val="ArticleBody"/>
        <w:jc w:val="left"/>
      </w:pPr>
      <w:r>
        <w:rPr>
          <w:rFonts w:ascii="Times New Roman" w:hAnsi="Times New Roman" w:eastAsia="Times New Roman" w:cs="Times New Roman"/>
        </w:rPr>
        <w:t>Ronald Reaganqa Papa Juan Pablo IIwan pakasqa pakallapi huk alianza karqa, payqa huk papa conservadormi karqa satánico Fatima qhelqasqa profecíakuna hina, chaymi t’inkisqa kachkan chunka versículopi profética historiwan. Obamapa presidencianninqa tinkun chunka hukniyoq, chunka iskayniyoq versículokunapi Raphia maqanakuypa historiwan. Paypa presidencianninpim iskay simbólico papakuna karqaku, imaraykuchus iskay kaq waymarkqa huk iskaychayta reqsichin. Chunka kinsayoqmanta chunka pichqayoqkama versículokunapa kimsa kaq waymarkninqa papaqa Estados Unidosmanta ñawpaq papa kashan. Ñawpaqtaqa yuyarqayku Papa Leónqa huk papa conservador kasqanta, Juan Pablo II hina tipificasqa; ichaqa kimsa kutin profética aplicación nisqaman hina churakuspa, kimsa kaq waymarkqa ñawpaq iskay hunt’asqakunapa imayna kasqankuta apamun, chayrayku Leónqa conservador Juan Pablo II kashan, hinallataq paymi Inquisición Oficiopa ñawpaq umalliqnin Benito XVI, payqa Obamapa tiempollanpi “woke” Papa Francispaq renunciasqa.</w:t>
      </w:r>
    </w:p>
    <w:p>
      <w:pPr>
        <w:pStyle w:val="ArticleBody"/>
        <w:jc w:val="left"/>
      </w:pPr>
      <w:r>
        <w:rPr>
          <w:rFonts w:ascii="Times New Roman" w:hAnsi="Times New Roman" w:eastAsia="Times New Roman" w:cs="Times New Roman"/>
        </w:rPr>
        <w:t>Ñawpaq proxy awqaqqa huk versiculollawan rikuchisqa kachkan, iskay ñiqinqa iskay versiculokunawan, kinsa ñiqinqa kinsa versiculokunawan. Chiri awqa, 1989 watapi tukukuq, iskay ñiqin Pacha Muyupi Awqa tukukusqan qhepaman qallarisqa, hinaspataq kinsa ñiqin Pacha Muyupi Awqa, Actium maqanakuywan rikuchisqa, Panium maqanakuywan rikuchisqa chiri awqa tukukuynin qhepamanmi qallarin. Kimsa pacha muyupi awqakuna, hinallataq kimsa proxy awqakuna, willakuy qelqapi kimsantinmanta churayninwan tupaq kamachikuykunawanmi kamachisqa kachkan. Iskay ñiqin pacha muyupi awqa tukukuyninmi huk chiri awqata qallachirqan, chayqa 1945 watamanta Rooseveltmanta pusaq ñiqin presidentewanmi tukukuran, payqa Reagan karqan. Reagan, pacha tukukuypi 1989 watapi, pusaq presidentekunapa huk serieyta qallachirqan Trumpkama pusanankupaq (payqa qanchismantam kachkan). Trumppa chiri awqanqa 2015 watapim qallarisqa, presidente kananpaq candidaturanta willakuspan, globalistakunata kuyuchispa, Daniel chunka hukniyuq capítulo iskay versiculon hunt’akuyninpi. Chay chiri awqaqa Domingo kamachikuypi tukukun, chaymi Actium maqanakuyqa, Roma aswan hatun kamachiyta hap’inanpaq kinsa ñiqin hark’aynin.</w:t>
      </w:r>
    </w:p>
    <w:p>
      <w:pPr>
        <w:pStyle w:val="ArticleBody"/>
        <w:jc w:val="left"/>
      </w:pPr>
      <w:r>
        <w:rPr>
          <w:rFonts w:ascii="Times New Roman" w:hAnsi="Times New Roman" w:eastAsia="Times New Roman" w:cs="Times New Roman"/>
        </w:rPr>
        <w:t>Rooseveltqa qallarin Reagankama pusaq presidentekunata qallarin, chaymantataq Reaganqa Trumpkama pusaq presidentekunata qallarin. Rooseveltqa iskay kaq Hatun Mundial Guerrata señalan; payqa wañupun 1945 watapi abril killapa 12 p’unchawninpi, chaymanta Trumanmi presidente karqan Europa guerrapa tukukuyninpi mayo killapa 8 p’unchawninpi, hinaspa Pacífico guerrataq tukukurqan septiembre killapa 2 p’unchawninpi. Europa guerraga aswan hatunmanta allpapi maqanakuy karqan, Pacífico guerrataq lamarpi maqanakuy karqan, imaynan Panium allpapi maqanakuyta rikuchin, Actiumtaq lamarpi maqanakuyta rikuchin, hinallataq. Ñawpaq kaqqa qhipa kaqta rikuchin, pusaq presidente-kunapa qatipaynintaq Daniel chunka hukniyuq kapítulopa iskay hinaspa kimsa versículonkunaq testigowninpi sayachisqa kachkan, chaymantaq pusaq kaq qanchismanta kasqan watuchisqa rimaypiwanpas. Ñawpaq iskay Congreso Continental-kunapi, Apocalipsis chunka kimsayuqpi kay allpa animalpa historianta qallariyninpi, qanchis presidente-kunapa kamachikuy p’unchawninkuna karqan. Chay historiapim George Washingtonqa Comandante en Jefe hina churakusqa karqan. Ñawpaq oficial presidente hina, Washingtonpa churakuynin Iskay Congreso Continentalpi, qallariy pachallapi Washingtonta qanchis presidentekunamanta pusaq kaq hina unanchan.</w:t>
      </w:r>
    </w:p>
    <w:p>
      <w:pPr>
        <w:pStyle w:val="ArticleBody"/>
        <w:jc w:val="left"/>
      </w:pPr>
      <w:r>
        <w:rPr>
          <w:rFonts w:ascii="Times New Roman" w:hAnsi="Times New Roman" w:eastAsia="Times New Roman" w:cs="Times New Roman"/>
        </w:rPr>
        <w:t>Ñawpaq presidentiqa qanchis ñawpaq presidentekunamanta pusaj kaqmi karqa, chay qhipa presidentetaq qanchismantapuni kaq pusajmi. Sacerdote Zacaríasqa Juanpa paqarisqanpi riman, asno rimashaqtin, hallp’a uywa rimashaqtinpas. Kaypim Habacucpa rikuy-nisqanpas rimarin. Juanpa paqarisqanqa, domingo kamachiypi pachak tawa chunka tawa waranqa runakunapa señalta rikch’achispa, sacerdote Zacaríaspa qhipa mirayninmi. Zacaríasqa ishkay chunka tawa sacerdotekunapa ruwayninkunamanta pusaj kaqpi karqa. Domingo kamachiyqa chayamuchkaptin, Zacarías (sacerdotekuna) rimanku, Islam (asno) rimashaqtin, Estados Unidos-taq dragón hina rimashaqtin. Chay waymarkapi papapa wañuy nanay qhelisqan hampisqaña kachkan, paytaq qanchismanta kaq pusajman tukupun. Trump-taq qanchismanta kaq pusajllataqmi, paymi uywapa imagenninta rurachin, chaytaq domingo kamachiypi tukukapun. Chaymanta pachak tawa chunka tawa waranqapa sacerdocionninqa Diospa siminman tukunku, kimsa kaq angelpa willakuyninta hatun qapariypi rimanku. Chay sacerdocionqa qanchismanta kaq pusaj iglesiami.</w:t>
      </w:r>
    </w:p>
    <w:p>
      <w:pPr>
        <w:pStyle w:val="ArticleBody"/>
        <w:jc w:val="left"/>
      </w:pPr>
      <w:r>
        <w:rPr>
          <w:rFonts w:ascii="Times New Roman" w:hAnsi="Times New Roman" w:eastAsia="Times New Roman" w:cs="Times New Roman"/>
        </w:rPr>
        <w:t>Roosevelt qallarin pusaj umalliqkunata, chaykunaq pusanqa puchukay pacha 1989 watakama, hinaspataq paymi señalan iskay kaq Hatun Mundial Guerramanta chiri guerrakama tikrayta, chaymi 1989 watapi tukukun. Presidente Trumanqa Roosevelt qhepatam hamurqan, hinaspataq kamachikurqan pacha allpa hinaspa lamar maqanakuykuna, iskay kaq mundial guerrata hunt’asqankuna, tukukusqanpi. Presidente hina, Trumanqa kamachikurqan Naciones Unidas qallarisqanpi 24 de octubre de 1945 p’unchaypi. Rooseveltwan Trumanwan tinkuyqa 1945 watapi sayachisqa kachkan. Iskayninmi chay watapi presidentekuna karqanku, hinaspataq chay watapi iskay-rikch’aq guierra, chaymi iskay kaq Hatun Mundial Guerra karqan, tukukurqan, hinaspataq Naciones Unidas nisqa kamasqa karqan, hinaspataq chiri guerra qallarikurqan.</w:t>
      </w:r>
    </w:p>
    <w:p>
      <w:pPr>
        <w:pStyle w:val="ArticleBody"/>
        <w:jc w:val="left"/>
      </w:pPr>
      <w:r>
        <w:rPr>
          <w:rFonts w:ascii="Times New Roman" w:hAnsi="Times New Roman" w:eastAsia="Times New Roman" w:cs="Times New Roman"/>
        </w:rPr>
        <w:t>1989 watapipas, 1945 watapi hina, iskay presidentekunam karqan: Ronald Reagan hinaspa George Bush ñawpaq kaq. Reaganmi chiri awqa puchukachirqan, hinaspa George Bush ñawpaq kaqmi, 1990 watapi octubre killapa 1 punchawninpi “cuadragésimo quinto” ONU Hatun Huñunakuypi rimarispa, ñawpaqtaqa hinallataq aswan hatunmanta huk globalista kasqanta willakurqan, maypichus “musuq pacha kamachiyniyuq orden” ruwakuyta rimarqan. Chay rimariyninpi nirqan: “Ñuqanchikpa makinkunapin kachkan kay yana makinakunata qipaman saqenanchikpaq, paykuna tiyanankuman hina Chhika Tutayaykuna Pachanman, hinaspa ñawpaqman ñit’ispa purinanchikpaq, huk históriko kuyuriyman tukuchaypaq, musuq pacha kamachiyniyuq ordenman hinaspa unay tiempokama kawsay allin hawka kayman.”</w:t>
      </w:r>
    </w:p>
    <w:p>
      <w:pPr>
        <w:pStyle w:val="ArticleBody"/>
        <w:jc w:val="left"/>
      </w:pPr>
      <w:r>
        <w:rPr>
          <w:rFonts w:ascii="Times New Roman" w:hAnsi="Times New Roman" w:eastAsia="Times New Roman" w:cs="Times New Roman"/>
        </w:rPr>
        <w:t>Kay rimaypi, Bushqa chay yuyayta tinkuchirqan Chiri Awqa qhipa pacha llank’anakuywan, Golfo sasachakuywan (Iraq llaqtapa Kuwaitman yaykuyninwan), ONU nisqapa kallpachayninwan, hinallataq kamachikuy simipi sayasqa suyukunapa musuq masinakuywan. Bushqa ñawpaqta “musuq pacha kamachiy” nisqa rimayta lliw runakunaman riqsichirqan huk wallqalla semanakuna ñawpaqpi, 1990 wata, sitiembri killapa 11 p’unchawninpi, Congresopa iskaynin huñusqa tantanakuy ñawpaqpi rimayninpi.</w:t>
      </w:r>
    </w:p>
    <w:p>
      <w:pPr>
        <w:pStyle w:val="ArticleBody"/>
        <w:jc w:val="left"/>
      </w:pPr>
      <w:r>
        <w:rPr>
          <w:rFonts w:ascii="Times New Roman" w:hAnsi="Times New Roman" w:eastAsia="Times New Roman" w:cs="Times New Roman"/>
        </w:rPr>
        <w:t>Qhawariychis Bush UN nisqanpi rimayninta churayta huk contexto ukhupi, chaypi qhipa chiri awqa tukukuyninta “Tutayaq Pacha” nisqawan reqsichisqanta. Chay Tutayaq Pacha tukukurqan pacha tukukuypi 1798 watapi, hinaspa Bush karqan 1989 watapi pacha tukukuypi. Qhawariychis, “musuq pacha kamachiy” nisqa rimayta ñawpaq kuti pay rurasqanpi, Islamqa llaqtakunata phiñachirqan, hinaspa chay rimayqa 9/11 p’unchaypi qosqa karqan. Rooseveltmanta Carterkama pusaq umalliqkuna karqanku, hinaspa Reaganmanta Trumpkama pusaq umalliqkuna karqanku. Trumpqa qhipa umalliqmi, hinaspa payqa ñawpaq umalliqwan unanchasqa karqan, mayqinchus ñawpaq qanchis umalliqkunamanta pusaq kaq karqan.</w:t>
      </w:r>
    </w:p>
    <w:p>
      <w:pPr>
        <w:pStyle w:val="ArticleBody"/>
        <w:jc w:val="left"/>
      </w:pPr>
      <w:r>
        <w:rPr>
          <w:rFonts w:ascii="Times New Roman" w:hAnsi="Times New Roman" w:eastAsia="Times New Roman" w:cs="Times New Roman"/>
        </w:rPr>
        <w:t>Tukukuy pacha 1798 watapi papap kaynin wañuchiq ch’aki nanayniyuq kaskanta reqsichin, hinaspa papap kayninmi chay atiyniyuq karqa, mayqinchus Tutayay Pacha tiempopi Europa llaqtakunapa reyninkunata kamachirqan. Apocalipsis chunka qanchisniyuqpi chay t’inkisqa kayta rikuchin warmi qhuchhichasqa hina, mayqinchus huk animalpa hawanpi siyarispa, hinaspa paypa hawanpi kamachispa kashan. 1798 watapi Europa reyninkunapa yanapaynin qichusqa karqa, hinaspa animalqa wañusqa karqa. 1799 watapi papaqa qarqusqa kaypi wañurqan. 1798 hinaspa 1799 watakuna tukukuy pachata hunt’asqa yuyayniyninpi reqsichin, imayna Cristoq pacha tiempopi tukukuy pacha Juan Bautistaq paqarisqanwan señalasqa kashan, chaymanta soqta killamanta qhipaman Cristoq paqarisqanwan. Bushpa 1990 watapi nisqankuna Bush-ta iskay presidentekunamanta iskay kaq hina rikuchin, mayqinkuna tukukuy pachata señalan, hinaspa mundialismo-man puriyninta señalan, mayqinchus dragónpa atiyninmi. Bushpa simbolismonmi Domingo Leyman huk puriyta señalan, maypachachus Estados Unidos Biblia profeciapi suqta kaq reino hina tukukunqa dragón hina rimarispa. Domingo Leypi Estados Unidosqa Naciones Unidas-pa siminman tukuynin. Chaypuni contexto-pi Islamqa nacionkunata phiñachishan, hinaspa 9/11 señalasqa kashan. Septiembre 11, 1990 watapi, ñawpaq Bush congresoman mundialista agenda-ninmanta rimarqan, chayqa rikuchirqan imaynata 2001 watapi 9/11-pi Islam yapamanta nacionkunata phiñachinqa; ichaqa chaypacha presidenteqa qhipa Bush kanqa.</w:t>
      </w:r>
    </w:p>
    <w:p>
      <w:pPr>
        <w:pStyle w:val="ArticleBody"/>
        <w:jc w:val="left"/>
      </w:pPr>
      <w:r>
        <w:rPr>
          <w:rFonts w:ascii="Times New Roman" w:hAnsi="Times New Roman" w:eastAsia="Times New Roman" w:cs="Times New Roman"/>
        </w:rPr>
        <w:t>Roosevelt, pusaj chunka presidentekunamanta ñawpaq kaq, 1945 watapi iskay kaq Mundial Guerralpa tukukuyninta señalarqan, hinaspataq qatiqnin presidente Naciones Unidas nisqapa yaykuyninta qallariychirqan. Reagan, pusaj chunka presidentekunamanta ñawpaq kaq, 1989 watapi chiri awqanakuy paqariyniyuq guerralpa tukukuyninta señalarqan, hinaspataq qatiqnin presidente Naciones Unidas nisqata wiñachirqan. Pusaj chunka presidentekunamanta qhipa presidenteqa chiri awqanakuyta tukuchinqa—pay 2015 watapi kandidatokayta munasqanta willakusqan pacha qallarisqa kaqta—hinaspataq kimsa kaq Mundial Guerrata qallariychinqa. Paymi Bibliapa profeciankunapi soqta kaq qhapaq suyu nisqata Bibliapa profeciankunapi qanchis kaq qhapaq suyupa umanman (ONU) tikrachinqa, hinaspataq Domingo leypi chay qhapaq suyuta bestiaman qusqanman acuerdonqa.</w:t>
      </w:r>
    </w:p>
    <w:p>
      <w:pPr>
        <w:pStyle w:val="ArticleBody"/>
        <w:jc w:val="left"/>
      </w:pPr>
      <w:r>
        <w:rPr>
          <w:rFonts w:ascii="Times New Roman" w:hAnsi="Times New Roman" w:eastAsia="Times New Roman" w:cs="Times New Roman"/>
        </w:rPr>
        <w:t>Imaynatachus iskay kaq Pacha Hatun Awqanakuy allpa hinaspa mama qucha patapi awqanakuywan hukllachasqa karqan, chayhinallataq qhipa umalliqqa huk chiri awqanakuyta kanqa, Paniumpi allpa patapi maqanakuywan rikuchisqa, mayqinchus Actiumpi mama qucha patapi maqanakuyman pusaq. Domingo kamachiypi, 2015 watapi Trump globalistakunata kuyuchisqanwan qallarisqa chiri awqanakuyqa, kimsay kaq Pacha Hatun Awqanakuyman tikran, iskay kaq Pacha Hatun Awqanakuyq allpa hinaspa mama qucha patapi maqanakuykunawan rikuchisqa hina. Iskay kaq Pacha Hatun Awqanakuy tukukuyninpi, qatiq ruwayqa Naciones Unidas nisqapa globalismon karqan, imaynatachus chiri awqanakuy tukukuyninpi Reaganwan Bushwanpas karqan hinata. Ñawpaqtaqa Estados Unidos nisqa Domingo kamachiypi tukukun, chaymanta Bushpa “musuq pacha kamachiy” nisqan qanchis kaq qhapaq suyuta yaykuchin, mayqinchus chaylla pacha pusaj kaq qhapaq suyumam atiyninta qunankupaq rimanakunku.</w:t>
      </w:r>
    </w:p>
    <w:p>
      <w:pPr>
        <w:pStyle w:val="ArticleBody"/>
        <w:jc w:val="left"/>
      </w:pPr>
      <w:r>
        <w:rPr>
          <w:rFonts w:ascii="Times New Roman" w:hAnsi="Times New Roman" w:eastAsia="Times New Roman" w:cs="Times New Roman"/>
        </w:rPr>
        <w:t>Ñawpaq Bushpas qhipa Bushpas hukllachasqa kanku, ñawpaq Bushpa Congresoman “musuq pacha kamachiyta” 9/11-pi willakusqanrayku, hinaspa qhipa Bushpa 2001 watapi Patriot Act nisqanrayku. Iskaynin waymarkakunaqa churakusqa kanku Islam llaqtakunata phiñachisqan contexto ukhupi.</w:t>
      </w:r>
    </w:p>
    <w:p>
      <w:pPr>
        <w:pStyle w:val="ArticleBody"/>
        <w:jc w:val="left"/>
      </w:pPr>
      <w:r>
        <w:rPr>
          <w:rFonts w:ascii="Times New Roman" w:hAnsi="Times New Roman" w:eastAsia="Times New Roman" w:cs="Times New Roman"/>
        </w:rPr>
        <w:t>Kaykunak qillqapi kay imakunataqa qatiparisunmi.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Chusku Chunka Tawañiqiyoq Qillqapa Pakasqa Willakuynin - Isqun Yupanamanta</dc:title>
  <dc:subject>Atiy, Hatun kay, Ñak’ariy</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