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Pakasqa Ñawpa Willakuy Chusku Chunka Versomanta — Chunka Yupaymanta</w:t>
      </w:r>
    </w:p>
    <w:p>
      <w:pPr>
        <w:pStyle w:val="ArticleSubtitle"/>
        <w:jc w:val="left"/>
      </w:pPr>
      <w:r>
        <w:rPr>
          <w:rFonts w:ascii="Arial" w:hAnsi="Arial" w:eastAsia="Arial" w:cs="Arial"/>
        </w:rPr>
        <w:t>Chawpi kaqnin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2026-05-14</w:t>
      </w:r>
    </w:p>
    <w:p>
      <w:pPr>
        <w:pStyle w:val="ArticleBody"/>
        <w:jc w:val="left"/>
      </w:pPr>
      <w:r>
        <w:rPr>
          <w:rFonts w:ascii="Times New Roman" w:hAnsi="Times New Roman" w:eastAsia="Times New Roman" w:cs="Times New Roman"/>
        </w:rPr>
        <w:t>Daniel chunka huk ñiqin t’aqapi tawa chunka versículopi pakasqa willakuyqa, chay kikin t’aqapi chunka versículomanta soqta chunka suqtayuq versículokama rikuchisqa historiwanmi tupanchakunin. Chunka versículomanta soqta chunka suqtayuq versículokamapiqa, Estados Unidos llaqtapi Apocalipsis chunka kimsa ñiqinpi kay allpa uywaq sapan waqlliq Republicano waqrachanpa siq’inqa Donald Trumpwanmi rikuchisqa; Estados Unidos llaqtapi waqlliq Protestante waqrachanpa siq’inqa Macabeokunawanmi rikuchisqa; papadoq lamar uywaq siq’inqa “llaqtaykipa suwaqkuna” nisqahinami rikuchisqa, dragónpa siq’inñataq imaymana uray ladu reynikunawan Phillip de Macedoniatawanmi rikuchisqa. Pachak tawa chunka tawa waranqakunapa siq’inñataq Pedro wanmi rikuchisqa.</w:t>
      </w:r>
    </w:p>
    <w:p>
      <w:pPr>
        <w:pStyle w:val="ArticleHeading"/>
        <w:jc w:val="left"/>
      </w:pPr>
      <w:r>
        <w:rPr>
          <w:rFonts w:ascii="Arial" w:hAnsi="Arial" w:eastAsia="Arial" w:cs="Arial"/>
        </w:rPr>
        <w:t>Chawpi simi llaqtanimi##</w:t>
      </w:r>
    </w:p>
    <w:p>
      <w:pPr>
        <w:pStyle w:val="ArticleBody"/>
        <w:jc w:val="left"/>
      </w:pPr>
      <w:r>
        <w:rPr>
          <w:rFonts w:ascii="Times New Roman" w:hAnsi="Times New Roman" w:eastAsia="Times New Roman" w:cs="Times New Roman"/>
        </w:rPr>
        <w:t>Chay pakasqa historiapa ukhupin, chawpiqa kutikutikuspa sinchita rimarichisqa kashan. 457 a.C.-pi qallarisqa iskay pachak pichqa chunka watakunaqa 207 a.C.-pim tukukun, Rafiapiwan Paniumpiwan maqanakuykunapa chawpinpi, chayqa chunka hukniyuqmanta pichqa chunka pichqayuqkama versículokunapi qawachisqa qipa iskay rantinpi maqanakuykuna kashaqtin. Hallp’a uywapa iskay pachak pichqa chunka watankuna, 1776 watapi qallarisqa, 2026 watapim tukukun, chay hallp’a uywapa político pampapin “midterm elections” nisqa akllasqakunapa wata. Pedromi Caesarea Philippipi (Panium) kashan, Cristo kimsa kutita sapallan kimsa discipulokunata pusarqa chaykunapa chawpinpi.</w:t>
      </w:r>
    </w:p>
    <w:p>
      <w:pPr>
        <w:pStyle w:val="ArticleBody"/>
        <w:jc w:val="left"/>
      </w:pPr>
      <w:r>
        <w:rPr>
          <w:rFonts w:ascii="Times New Roman" w:hAnsi="Times New Roman" w:eastAsia="Times New Roman" w:cs="Times New Roman"/>
        </w:rPr>
        <w:t>Kay líneas paralelaspa historiapi, Pedrom rikch’achin kayta qhawaykuspa, Nashville pataman nina-p’allqakunaqmanta willakuyta allinchanku hinaspa kutichinku. Pedroq sutin tikrasqa karqa Mateo qelqapi chunka hukniyuqmanta iskay chunka iskayniyuqkama kapitukunap chawpinpi, hina Abramq chawpi kapitulonpas, chunka hukniyuqmanta iskay chunka iskayniyuqkama, circuncisión-ta reqsichin tratopa señalin kasqanta; chaywan kuska, Apocalipsispi chunka hukniyuqmanta iskay chunka iskayniyuqkama kapitukunap chawpinpas señalachin wañuy tratopa señalin Apocalipsis chunka qanchisniyuqpi. Chawpiqa maypin pachak tawa chunka tawa waranqa runakuna tikraku nku Laodiceamanta Filadelfiaman, hinaspa kimsa angelkunap chawpinqa iskay ñiqin angelmi.</w:t>
      </w:r>
    </w:p>
    <w:p>
      <w:pPr>
        <w:pStyle w:val="ArticleBody"/>
        <w:jc w:val="left"/>
      </w:pPr>
      <w:r>
        <w:rPr>
          <w:rFonts w:ascii="Times New Roman" w:hAnsi="Times New Roman" w:eastAsia="Times New Roman" w:cs="Times New Roman"/>
        </w:rPr>
        <w:t>Iskay kaq ñan, icha chaupi pacha, iskay templo pruebaypa tiemponmi, ñawpaq, cimientokunata churak prueba qhepanta hamuq. 2024 watapi ñawpaq pruebaqa hawaman qhawasqa rikch’ayninmi Roma unanchawan sayachisqa karqa, iskay kaq pruebañataq ukhuman marah (qhawana espejoman hina) rikch’ayninmi Cristopa Ancha Santo Lugarpin. Iskay kaq angelpa historiampin, chawpi tuta waqyakuq willakuymi hamun iskay kaq angelpa willakuyninta kallpachananpaq.</w:t>
      </w:r>
    </w:p>
    <w:p>
      <w:pPr>
        <w:pStyle w:val="ArticleBody"/>
        <w:jc w:val="left"/>
      </w:pPr>
      <w:r>
        <w:rPr>
          <w:rFonts w:ascii="Times New Roman" w:hAnsi="Times New Roman" w:eastAsia="Times New Roman" w:cs="Times New Roman"/>
        </w:rPr>
        <w:t>1840 watapi Millerita historiapi, Josías (Diospa cimientonta nin) Litchqa, ñawpaq kaq hinaspa iskay kaq ay ayllupa Islam profecianta riqsisqanpi pantasqanta allinchayta ruwarqa; chaymantataq 1844 watapi, Samuel Snowqa, chunka sipaskunamanta rimaypaq rikch’achisqa kaq willakuy hunt’akusqanpi 1843 watapa p’unchay rimarisqanta allinchayta ruwarqa. Pedroqa 2026 watapi Nashvillepa nina kurukunamanta mana hunt’akusqa willakusqanta allinchayta ruwanqa, imaynachus 1843 watapi Milleritakuna llakikuywan rikuchisqa karqan hina; hinallataq Islammanta willakuyta allinchaspa, imaynachus 1840 watapi Josías Litchpa llamk’asqanwan unanchasqa karqan hina. Chay iskay Millerita ruwaykuna, 1840 hinaspa 1844 watakunapi, ñawpaq angelpa willakuynin kallpachasqa kasqanta rikuchinku: 1840 watapi agosto killapa 11 p’unchayninpi, hinaspa iskay kaq angelpa willakuynin kallpachasqa kasqantataq 1844 watapi agosto killapa 17 p’unchayninpi. Iskaynin kuskapiqa, chaykuna chawpi tuta qayakuypa kallpachasqa kasqanta sut’inchanku, maypachachus Nashvillepa nina kurukuna uraykamuqkuna.</w:t>
      </w:r>
    </w:p>
    <w:p>
      <w:pPr>
        <w:pStyle w:val="ArticleScripture"/>
        <w:jc w:val="left"/>
      </w:pPr>
      <w:r>
        <w:rPr>
          <w:rFonts w:ascii="Times New Roman" w:hAnsi="Times New Roman" w:eastAsia="Times New Roman" w:cs="Times New Roman"/>
        </w:rPr>
        <w:t>“Kimsa kaq angelpa willakuynin willakusqanmanta hukllawakun angelqa tukuy pachata kikinpa hatun k’anchayninwan qhanchananmi. Kaypiqa willakuykachkanmi huk llank’ay tukuy pachapi mast’arisqa, mana hayk’aqpas rikusqa atiyniyuq kasqanmanta. 1840–44 watakunapi hamuqkuna kuyuyqa karqan Diospa atiyninpa hatun lloqsisqan; ñawpaq angelpa willakuyninqa apasqa karqan kay pachapi llapa misionera estasionkunaman, wakin suyuikunapitaq karqan aswan hatun religioso interes, chunka soqtayuq pachak watapa Reformacionmanta qaylla pacha kayman hina mana mayqin suyupipas rikusqa; ichaqa kaykunatapas aswan llallinmi qhipa waqyayniyuq kimsa kaq angelpa unay willakuynin urapi hatun kuyuyqa.” The Great Controversy, 611.</w:t>
      </w:r>
    </w:p>
    <w:p>
      <w:pPr>
        <w:pStyle w:val="ArticleBody"/>
        <w:jc w:val="left"/>
      </w:pPr>
      <w:r>
        <w:rPr>
          <w:rFonts w:ascii="Times New Roman" w:hAnsi="Times New Roman" w:eastAsia="Times New Roman" w:cs="Times New Roman"/>
        </w:rPr>
        <w:t>Tapukuyqa kaymi: imaraykunataq Estados Unidos llaqtapi llapa llaqtakunamanta Diospa providencian Nashville-ta akllarqan. Kinsa kaq ay payapa chayamunanpi 9/11 p’unchawpi, Nueva York llaqtapi iskay torre gemela-kuna, hinaspa Washington, DC llaqtapi Pentágono, chaykunaqa atacasqa karqanku. Tawa kaq aviónqa hallp’aman urmarqan. Hallp’a uywapa unanchanqa hallp’am, qullqipaq atiyninpa unanchanqa Nueva York-mi, soldadokuna atiyninpa unanchanqa Pentágono-mi. Estados Unidos llapan pachatam kallpachin papa autoridadpa markanta, iglesiapiwan estadopi huñusqa política sistemata ima uywapa rikch’aynin kasqanta chaskinankupaq, chaytaqa soldadokuna atiyninwan hinaspa qullqi atiyninwanmi ruwan; Apocalipsis chunka kimsayoqmi reqsichin hallp’a uywapa atiyninwan sapaqta sayaqkunata rantiytaq ranticuytaq hark’asqanta, hinaspa Diospa qanchis kaq p’unchaw samana p’unchawninpaq sayaqkunatapas wañuchisqanta. Profecía unanchayqa “carretakuna, caballopi puriqkuna (soldadokuna atiynin) hinaspa buquekuna” (qullqi atiynin) nisqahinam rikuchisqa kachkan Daniel chunka hukniyoqpi tawa chunka versículopi.</w:t>
      </w:r>
    </w:p>
    <w:p>
      <w:pPr>
        <w:pStyle w:val="ArticleBody"/>
        <w:jc w:val="left"/>
      </w:pPr>
      <w:r>
        <w:rPr>
          <w:rFonts w:ascii="Times New Roman" w:hAnsi="Times New Roman" w:eastAsia="Times New Roman" w:cs="Times New Roman"/>
        </w:rPr>
        <w:t>Pachak pusaq chunka tawa waranqa runakunapa sellakuy tiempopin Islam mana suyasqa hina sumaq allpaman tawa kuti maqan. Ñawpaq kaqmi karqa 9/11, iskay kaqwan kinsa kaqñataq karqaku ñawpa literal sumaq allpa, chaymantataq Nashville. Tawa kaqmi Apocalipsis chunka hukniyuqpi allpacha kuyuy, chaymi domingo kamachiy. Balaam-manta kimsa angelkunamantawan parlana contextopi, octubre 7, 2023 p’unchaypa iskay maqaykuna hinaspa Nashvilleqa Diospa traton llaqtanpa iskay bíblico uvayuq chakra-kunata representan.</w:t>
      </w:r>
    </w:p>
    <w:p>
      <w:pPr>
        <w:pStyle w:val="ArticleBody"/>
        <w:jc w:val="left"/>
      </w:pPr>
      <w:r>
        <w:rPr>
          <w:rFonts w:ascii="Times New Roman" w:hAnsi="Times New Roman" w:eastAsia="Times New Roman" w:cs="Times New Roman"/>
        </w:rPr>
        <w:t>Domingu kamachiypi papapa wañuy chaskisqa k’irisqanmanta allinyachisqa kaptin, Tutayay Pacha-kunapa iskay ñiqin rikch’akuynin qallarin. Ñawpaq ñiqin llaquywan kimsañiqin llaquywan hukllam kanku, imaraykuchus Cristoqa sapa kuti qallariyninwan tukukuyninta rikuchin; chayrayku ñawpaq llaquypi urmaq qoyllur Mohammed, ukhu mana tukukuq t’oqota kicharinanpaq llaveta muyurichiq, hinaspataq 9/11 qhepaman ukhu mana tukukuq t’oqomanta atheismomanta Relevacion chunka hukniyuqpa iskay testigonkuna wañuchirqan. Domingu kamachiypi papapa wañuy chaskisqa k’irisqan allinyachisqa kan, hinaspa catolicismopa uywanqa pusqayuq profetiko watuchakuyninta hunt’an, pusaq ñiqin kasqanmanta (kawsarimuqta sut’inchaspa). Chaymanta Tutayay Pacha-kunapa iskay kaq pacha qallarin, Balaampa kimsañiqin waymarknin hina, maypichus asnucha rimarin, llaveta muyurichin hukmanta ukhu mana tukukuq t’oqota kicharinanpaq. 9/11 qhepaman, atheismo, dragón, t’oqomanta lluqsimurqan Grecia sutiyoq llapa suyuta kuyuchiq aswan qhapaq presidentewan maqanakunanpaq. Domingu kamachiypi Relevacion chunka qanchisniyuqpa uywanqa ukhu mana tukukuq t’oqomanta wicharimun, hinaspataq tutayaqmi intiwan qataqllata wañuchin.</w:t>
      </w:r>
    </w:p>
    <w:p>
      <w:pPr>
        <w:pStyle w:val="ArticleBody"/>
        <w:jc w:val="left"/>
      </w:pPr>
      <w:r>
        <w:rPr>
          <w:rFonts w:ascii="Times New Roman" w:hAnsi="Times New Roman" w:eastAsia="Times New Roman" w:cs="Times New Roman"/>
        </w:rPr>
        <w:t>¿Imarayku Nashville? Tapukuyqa manaraqmi allinta kutichisqa kachkan. Nashvilleqa qallarichin tutapi waqyakuy willakuypa qisqa pacha qallarikuyninta, hinaspataq mana suyashqa islammanta huk wañuchiq takyasqawanmi qallarin, chay hinallataqmi tukukun. Chay pachapa tukukuyninpi domingo kamachikuyqa sut’inchan animalpa señalninpa kallpachasqa kasqanta Estados Unidos llaqtapi, hinaspataq llaqtakunapa thuñichisqa kaynin qallarikuyninta. “Thuñiy” nisqaqa islampa profetiku kayninmi.</w:t>
      </w:r>
    </w:p>
    <w:p>
      <w:pPr>
        <w:pStyle w:val="ArticleHeading"/>
        <w:jc w:val="left"/>
      </w:pPr>
      <w:r>
        <w:rPr>
          <w:rFonts w:ascii="Arial" w:hAnsi="Arial" w:eastAsia="Arial" w:cs="Arial"/>
        </w:rPr>
        <w:t>Tukuy```</w:t>
      </w:r>
    </w:p>
    <w:p>
      <w:pPr>
        <w:pStyle w:val="ArticleScripture"/>
        <w:jc w:val="left"/>
      </w:pPr>
      <w:r>
        <w:rPr>
          <w:rFonts w:ascii="Times New Roman" w:hAnsi="Times New Roman" w:eastAsia="Times New Roman" w:cs="Times New Roman"/>
        </w:rPr>
        <w:t>Ñawpaq tutaqa huk ancha mancharichiq rikch’ayninmi ñawpaqniyman pasaq hamurqa. Qawarirqani huk hatun nina muyu urmayamushasqanta wakin sumaq wasikunapa chawpinman, hinaptin chaykuna chaylla tukusqa qhiparirqanku. Uyarirqani wakinkuna nisqankuta: “Yacharaykurqaniku Diospa taripayninkuna kay pachaman hamunanta, ichaqa mana yacharqaniku chay hina utqaylla hamunankuta,” nispa. Hukkunataq nirqanku: “¡Qamkuna yacharqankichik! Chayqa, ¿imaraykutaq mana willawarqankichikchu? Noqaykuqa mana yacharqaniku,” nispa. Llapa ladomantam uyarirqani chay hina simikuna rimakusqanta. Carta 217, 1904.</w:t>
      </w:r>
    </w:p>
    <w:p>
      <w:pPr>
        <w:pStyle w:val="ArticleHeading"/>
        <w:jc w:val="left"/>
      </w:pPr>
      <w:r>
        <w:rPr>
          <w:rFonts w:ascii="Arial" w:hAnsi="Arial" w:eastAsia="Arial" w:cs="Arial"/>
        </w:rPr>
        <w:t>Isqon chunka hukniyuqta hukniyuqta</w:t>
      </w:r>
    </w:p>
    <w:p>
      <w:pPr>
        <w:pStyle w:val="ArticleBody"/>
        <w:jc w:val="left"/>
      </w:pPr>
      <w:r>
        <w:rPr>
          <w:rFonts w:ascii="Times New Roman" w:hAnsi="Times New Roman" w:eastAsia="Times New Roman" w:cs="Times New Roman"/>
        </w:rPr>
        <w:t>Apocalipsis “Nueve Once” nisqanqa Islam reynopa kasqanta reqsichin wañuywan chinkachiywan, imaraykuchus profecíapi sutinqa cheqaq kawsayninta rikuchin.</w:t>
      </w:r>
    </w:p>
    <w:p>
      <w:pPr>
        <w:pStyle w:val="ArticleBody"/>
        <w:jc w:val="left"/>
      </w:pPr>
      <w:r>
        <w:rPr>
          <w:rFonts w:ascii="Times New Roman" w:hAnsi="Times New Roman" w:eastAsia="Times New Roman" w:cs="Times New Roman"/>
        </w:rPr>
        <w:t>Paykunapaq huk rey karkan, chayqa ukhupacha mana tukukuq t’uqupa angelninmi; paypa sutin hebreo simipi Abadón nisqa, ichaqa griego simipi sutinmi Apolión. Apocalipsis 9/11.</w:t>
      </w:r>
    </w:p>
    <w:p>
      <w:pPr>
        <w:pStyle w:val="ArticleBody"/>
        <w:jc w:val="left"/>
      </w:pPr>
      <w:r>
        <w:rPr>
          <w:rFonts w:ascii="Times New Roman" w:hAnsi="Times New Roman" w:eastAsia="Times New Roman" w:cs="Times New Roman"/>
        </w:rPr>
        <w:t>Abaddon sutiyqa “tukuychiy utaq tukuychiypa maynin” nisqanta, Apollyon-taq “tukuchiq” nisqanta munan.</w:t>
      </w:r>
    </w:p>
    <w:p>
      <w:pPr>
        <w:pStyle w:val="ArticleScripture"/>
        <w:jc w:val="left"/>
      </w:pPr>
      <w:r>
        <w:rPr>
          <w:rFonts w:ascii="Times New Roman" w:hAnsi="Times New Roman" w:eastAsia="Times New Roman" w:cs="Times New Roman"/>
        </w:rPr>
        <w:t>“Angelkunaqa tawa wayrakunata hap’ishanku, piñakusqa caballohina rikuchisqa, kacharichikuyta maskhaspa llapan kay pachapa uyanta patanman phawayta munaspa, ñanninpita wañuytawan chinkachiyta apaspa.”</w:t>
      </w:r>
    </w:p>
    <w:p>
      <w:pPr>
        <w:pStyle w:val="ArticleScripture"/>
        <w:jc w:val="left"/>
      </w:pPr>
      <w:r>
        <w:rPr>
          <w:rFonts w:ascii="Times New Roman" w:hAnsi="Times New Roman" w:eastAsia="Times New Roman" w:cs="Times New Roman"/>
        </w:rPr>
        <w:t>“¿Jaqachu puñusunchik wiñay pacha mundupa kikin patapi? ¿Jaqachu qhellañalla, chiri, wañusqa hina kasunchik? Ay, imaynatachá munayku iglesiankunapi Diospa Espiritunta, samaynintawan, llaqtanman phukusqanta, chaymi paykuna chakinkumanta sayarispanku kawsanankupaq. Rikunayku tiyan ñanqa k’iskalla kasqanta, punkuqa ñit’illa kasqanta. Ichaqa chay ñit’i punkuta pasaspa, anchuyninqa mana tukukuqmi.” Manuscript Releases, volumen 20, 217.</w:t>
      </w:r>
    </w:p>
    <w:p>
      <w:pPr>
        <w:pStyle w:val="ArticleBody"/>
        <w:jc w:val="left"/>
      </w:pPr>
      <w:r>
        <w:rPr>
          <w:rFonts w:ascii="Times New Roman" w:hAnsi="Times New Roman" w:eastAsia="Times New Roman" w:cs="Times New Roman"/>
        </w:rPr>
        <w:t>Kinsa ñak’ariypa Islam ñanmi Balaamwan asnuwan ñanqa. Islampa phiñakusqa caballopa ñan, chayqa Juanpa chusku wayra ch’aqwaykuna, Isaiaspa sinchi wayra, hinaspa Ezequielpa “wayra” utaq “samay” chusku wayramanta hamuq, 9/11-manta huk ñanta hap’in, chaymi “k’iti” hinaspa “chiqan” punkuman pusay. Chay k’iti punkuqa Balaamwan asnuwan kinsa kaq ñanrikuchiqmi.</w:t>
      </w:r>
    </w:p>
    <w:p>
      <w:pPr>
        <w:pStyle w:val="ArticleScripture"/>
        <w:jc w:val="left"/>
      </w:pPr>
      <w:r>
        <w:rPr>
          <w:rFonts w:ascii="Times New Roman" w:hAnsi="Times New Roman" w:eastAsia="Times New Roman" w:cs="Times New Roman"/>
        </w:rPr>
        <w:t>Hinaspan Señorpa angelnin aswan ñawpaqman rirqa, hinaspataq sayarirqa k’iti chiqapi, maypichus mana karqachu mayman muyuyta pañamanpas lloq’emanpas. Chaymanta, asna Señorpa angelninta rikuspataq, Balaampa uranman urmaraq. Hinaqtin Balaampa phiñakuynin hap’irqan, hinaspataq asnata tawqaywan maqaraq. Chaymi Señorqa asnapa siminta kicharirqa, paytaq Balaamman nirqa: “¿Imatataq qanman rurayki, kay kimsa kuti maqawanaykipaq?” Números 22:26–28.</w:t>
      </w:r>
    </w:p>
    <w:p>
      <w:pPr>
        <w:pStyle w:val="ArticleBody"/>
        <w:jc w:val="left"/>
      </w:pPr>
      <w:r>
        <w:rPr>
          <w:rFonts w:ascii="Times New Roman" w:hAnsi="Times New Roman" w:eastAsia="Times New Roman" w:cs="Times New Roman"/>
        </w:rPr>
        <w:t>Islam nisq’akuypa kimsakaj llaquy paq ñanqa qallarin 11 de septiembrepi, Apocalipsis 18:1–3 hunt’akusqanmanta.</w:t>
      </w:r>
    </w:p>
    <w:p>
      <w:pPr>
        <w:pStyle w:val="ArticleScripture"/>
        <w:jc w:val="left"/>
      </w:pPr>
      <w:r>
        <w:rPr>
          <w:rFonts w:ascii="Times New Roman" w:hAnsi="Times New Roman" w:eastAsia="Times New Roman" w:cs="Times New Roman"/>
        </w:rPr>
        <w:t>“Kunanqa hamunichu nisqay rimay, Nueva York llaqtata hatun yaku wayq’unanwan pichasqa kananpaq nisqaymanta? Kaytaqa mana hayk’aqpas nisqanichu. Nisqanmi kani, chaypi hatun wasikuna, piso tras piso, sayarichisqakunata qhawarispa: ‘Ancha manchay rikch’aq ruwaykuna ruwakunanqa imayna kanqa, Señor hallp’ata ancha khatatananpaq hatariptin! Hinaptinqa Apocalipsis 18:1–3 nisqapi simikuna hunt’akunqa’ nispa. Apocalipsispa chunka pusaqniyuq kapitulon llapanmi kay hallp’aman hamuqkunamanta huk willakuq waqyaymi. Ichaqa Nueva York llaqtapi ima hamunanmantaqa mana sapallanpiqa k’anchayniyoqchu kani; aswanmi yachani huk p’unchaw chaypi hatun wasikuna Diospa atiynin kutichisqanwan hich’irisqanwan urmachisqa kanankuta. Qowasqa k’anchaymanta yachani, kay pachapi tukuchiy kasqanta. Señorpa huk simillanwan, paypa atiyniyuq kallpanpa huk llamk’ayllanwan, kay hatun sayaq wasikuna urmankaq. Manchariyninmanta mana yuyayman atisqanchik rikch’aq ruwaykuna ruwakunanqa.” Review and Herald, 5 julio 1906.</w:t>
      </w:r>
    </w:p>
    <w:p>
      <w:pPr>
        <w:pStyle w:val="ArticleBody"/>
        <w:jc w:val="left"/>
      </w:pPr>
      <w:r>
        <w:rPr>
          <w:rFonts w:ascii="Times New Roman" w:hAnsi="Times New Roman" w:eastAsia="Times New Roman" w:cs="Times New Roman"/>
        </w:rPr>
        <w:t>Tapuyqaqa qhipakunraqmi: ¿Imarayku Nashville? Nashvillepa nina rump’ukunankunaqa huk willakuy pacha rikch’ayninta reqsin, maypichus adventismopa huk rikch’aqnin p’enqakusun, chaymantaq Joel nisqanman hina “kuchusqa” kanqa. Huk rikch’aqriqmi mana hayk’aqpas p’enqakunchu hinam rikuchisqa, kusikuywan hunt’asqataq. Chay willakuy pacha kusikuyqa manan Nashvilleman United Statesmanpas taripachisqa taripaymantaqchu, aswanpas chay chaninchaymantaqmi, rikch’achisqa kaq, chay qhawachiypi kaqkunapura, aceitemniyuq kaqkunawan mana aceitemniyuq kaqkunawan. Aceiteqa askha unanchaykunaq watasqanmi, ichaqa aceitepa huk hatun kaq ninanmi chawpi tuta waqyay willakuy. Chay willakuyqa 2023 watapa tukukuyninpi pisi-pisimanta kichasqa qallarin, hinaspan yachay yapakuyninta rikuchirqan, chaytaq ichaqa qhispisqa utaq chaskisqa kan. Oseas sut’inmi niwanchik, yachayta mana chaskiqkunataqa Diospa sacerdoten hina mana chaskisqaña kanku. Pedroqa Levitico iskay chunka kinsayoqpa ruwasqa t’aqakuy chawpinpim tarikun, Nashvillepa nina rump’ukunankunata entiendenanpi, kimsa chunka yupayqa sacerdotekunaq unanchayninmi.</w:t>
      </w:r>
    </w:p>
    <w:p>
      <w:pPr>
        <w:pStyle w:val="ArticleScripture"/>
        <w:jc w:val="left"/>
      </w:pPr>
      <w:r>
        <w:rPr>
          <w:rFonts w:ascii="Times New Roman" w:hAnsi="Times New Roman" w:eastAsia="Times New Roman" w:cs="Times New Roman"/>
        </w:rPr>
        <w:t>Llaqtay runakunaqa yachay pisi kasqanraykum chinkachisqa kanku: yachayta qam qhesachisqaykirayku, noqapas qantam qhesachisqayki, ama ñoqapaq sacerdote kanaykipaq: Diosniykipa kamachikuyninta qonqarpusqaykirayku, noqapas wawaykikunatam qonqarpusqasaq. Oseas 4:6.</w:t>
      </w:r>
    </w:p>
    <w:p>
      <w:pPr>
        <w:pStyle w:val="ArticleBody"/>
        <w:jc w:val="left"/>
      </w:pPr>
      <w:r>
        <w:rPr>
          <w:rFonts w:ascii="Times New Roman" w:hAnsi="Times New Roman" w:eastAsia="Times New Roman" w:cs="Times New Roman"/>
        </w:rPr>
        <w:t>“Yachay” nisqapa utaq chay mana kaqninpa ima sasachakuyninqa, Nashvillepa nina kurukunakuna chayamunanwan tinkisqa cheqaqkunaq hukninmi. Profetakunaq “yachaynin” utaq chay mana kaqninmi, chawpi tutapa waqyasqan willakuypa qallariyninta señalan, chay pacha tukukunmi Diospa Simi kasukuyninpa sasachakuyninwan, sábado hinaspa domingo nisqakunaq sasachakuyninwan rikuchisqa hina. Cristoqa sapa kuti tukukuyninta qallariyninwan rikuchin, hinaspa qallariypiqa Diospa Simi kasukuyninmi Adánwan Evata huertapi qosqa amonestación willakuy karqan.</w:t>
      </w:r>
    </w:p>
    <w:p>
      <w:pPr>
        <w:pStyle w:val="ArticleBody"/>
        <w:jc w:val="left"/>
      </w:pPr>
      <w:r>
        <w:rPr>
          <w:rFonts w:ascii="Times New Roman" w:hAnsi="Times New Roman" w:eastAsia="Times New Roman" w:cs="Times New Roman"/>
        </w:rPr>
        <w:t>Qhipa p'unchaykunapi kasukuypa asuntunqa manam huk sapa huertallaman wichq'asqa kayta atinchu, “llapa nacionkunaqa chaypi churasqa kanqa,” nisqanman hina, Hermana White nisqanman hina. Sábado p'unchaymanta domingo p'unchaymanta asuntunqa huertapi Adánwan Evawan qallariy pruebaypa kutisqanmi, chaymi qhipa p'unchaykunapi llapa kay pachapi kutimun. Chay pruebayaqa Estados Unidos llaqtapi domingo leywanmi qallarin, chayqa hinaqtinmi chawpi tuta waqyay willakuypa pacha tukukuyninpas.</w:t>
      </w:r>
    </w:p>
    <w:p>
      <w:pPr>
        <w:pStyle w:val="ArticleBody"/>
        <w:jc w:val="left"/>
      </w:pPr>
      <w:r>
        <w:rPr>
          <w:rFonts w:ascii="Times New Roman" w:hAnsi="Times New Roman" w:eastAsia="Times New Roman" w:cs="Times New Roman"/>
        </w:rPr>
        <w:t>Cristo hamusqanta willakuy waqaychasqa willakuq kayqa, 2023 watapa tukukuyninpi qallarisqa Jesucristoq revelación willakuynin kicharisqamanta yachay yapakuqta chaskiqkunallam qusqanku. Yachaypa prueban, utaq mana chay yachay kaqninpa pruebanpas, Nashvillepi ataquepi tukukuyninman churan. Litmus nisqa prueban, 2023 watapi kicharisqawan qallarisqa kimsa pruebanmanta huknin, aceite nisqapi sayarun, chaymi “yachay” nisqa, chaymantataq chay tiempo kicharisqa profético willakuypi ukhupi kaq.</w:t>
      </w:r>
    </w:p>
    <w:p>
      <w:pPr>
        <w:pStyle w:val="ArticleBody"/>
        <w:jc w:val="left"/>
      </w:pPr>
      <w:r>
        <w:rPr>
          <w:rFonts w:ascii="Times New Roman" w:hAnsi="Times New Roman" w:eastAsia="Times New Roman" w:cs="Times New Roman"/>
        </w:rPr>
        <w:t>Mana kichasqa “yachayqa” pruebatam rurachin, chaymantataq qhipaman rikuchikun, ñawpaq kaq kinsa kaq hinaspa litmus prueban nisqa aceitem hina. Chay pruebaqa qallarin chawpi tuta waqyasqa willakuy willakusqan pacha, chayqa tukukun kasukuy pruebanpi. Chay kasukuy pruebaqa Eva patanpi hunt’achikun, paymi iglesiata sut’ichan, hinaspa Adán patanpi, paymi estadota sut’ichan. Chay iskay kaykunapa huñuyninqa tukuypaqta tukun bestiapa señalan churanan kamachisqa kaptin. Huertapi pruebaqa tukukuypi prueba kikinmi. Qharikuna warmikunapaqmi chay pruebaqa, iglesiapaqwan estadopaqwan huñuyta hap’iq, chaykunaqa qhari warmi kanku. Mana kichasqa, qhepa kasukuy pruebanman pushaq amonestación willakuyqa allinwan mana allinwan “yachay” sach’awanmi rikuchisqa kashan.</w:t>
      </w:r>
    </w:p>
    <w:p>
      <w:pPr>
        <w:pStyle w:val="ArticleBody"/>
        <w:jc w:val="left"/>
      </w:pPr>
      <w:r>
        <w:rPr>
          <w:rFonts w:ascii="Times New Roman" w:hAnsi="Times New Roman" w:eastAsia="Times New Roman" w:cs="Times New Roman"/>
        </w:rPr>
        <w:t>Nashvilleqa kay hallp’an uywa hina kaq bestia allpapi griego yachachiypa unanchanmi. Griego yachachiyqa llulla yachachiymi, mana allin yachaymi, allin yachaytaq chiqaq yachachiymin. Ellen Whiteqa sapallanmi mayqin corporativo kamachiq tablapi chayman yaykuyta chaskirqan, chayqa Nashvillepi kaq Madison Collegemi, mayqinchus “Athens of the South” nisqa sutiyuq. Nashvilleqa griego, icha llulla yachachiypa unanchanmi. Llulla yachachiyqa llulla yachaymi. Nashvillepa umuhayninqa New York Citywan Pentagono wanpa unanchayninkunawan kuska tupachisqa kachkan.</w:t>
      </w:r>
    </w:p>
    <w:p>
      <w:pPr>
        <w:pStyle w:val="ArticleBody"/>
        <w:jc w:val="left"/>
      </w:pPr>
      <w:r>
        <w:rPr>
          <w:rFonts w:ascii="Times New Roman" w:hAnsi="Times New Roman" w:eastAsia="Times New Roman" w:cs="Times New Roman"/>
        </w:rPr>
        <w:t>Kaykunakunaqa qatiq qillqapiqa kay imakunata qatiqkusun.</w:t>
      </w:r>
    </w:p>
    <w:p>
      <w:pPr>
        <w:pStyle w:val="ArticleHeading"/>
        <w:jc w:val="left"/>
      </w:pPr>
      <w:r>
        <w:rPr>
          <w:rFonts w:ascii="Arial" w:hAnsi="Arial" w:eastAsia="Arial" w:cs="Arial"/>
        </w:rPr>
        <w:t>Manuscrito 188, 1905</w:t>
      </w:r>
    </w:p>
    <w:p>
      <w:pPr>
        <w:pStyle w:val="ArticleScripture"/>
        <w:jc w:val="left"/>
      </w:pPr>
      <w:r>
        <w:rPr>
          <w:rFonts w:ascii="Times New Roman" w:hAnsi="Times New Roman" w:eastAsia="Times New Roman" w:cs="Times New Roman"/>
        </w:rPr>
        <w:t>“Nashville llaqtapi kashaqtiymi, runakunaman rimasharqani, hinaspa tuta pachapiqa, hanaqpachamanta cheqanta shamurqan hatun nina rumpu, hinaspa Nashvillepi tiyaykurqan. Chay rumpumantam lloqsisharqan flechakuna hina nina lawakuna; wasikunam ruphasha karqan; wasikunam kuyuriq-hina urmanakuspa tunirqan. Wakinniyku runakunam chaypi sayasharqanku. ‘Kayqa hinallataqmi suyarqaniku,’ nispa nirqanku, ‘kaytam suyarqaniku.’ Hukkunataqmi makinkuta q’iwispa nanaywan kaspanku, Diosman qapariqku khuyapayakuyninmanta. ‘Yacharqankichikmi,’ nispanku, ‘yacharqankichikmi kay hamunanmanta, ichaqa mana huk simillapas rimarqankichikchu ñoqaykuta waqaychanaykichikpaq!’ Rikch’akurqankum hina, mana hayk’aqpas willasqankurayku, mana ima waqaychanatapas qosqankurayku, casi ñak’arichispa t’aqayta munayman hina.” Manuscript 188,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Pakasqa Ñawpa Willakuy Chusku Chunka Versomanta — Chunka Yupaymanta</dc:title>
  <dc:subject>Chawpi kaqnin</dc:subject>
  <dc:creator>Jeff Pippenger</dc:creator>
  <cp:keywords/>
  <dc:description>Generated by ArticleDigger from hidden_history\10_hidden_history.json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