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pusaq chuskuyniyuqpa Pakasqa Willakuyñin - Yupa chunka iskayniyuq</w:t>
      </w:r>
    </w:p>
    <w:p>
      <w:pPr>
        <w:pStyle w:val="ArticleSubtitle"/>
        <w:jc w:val="left"/>
      </w:pPr>
      <w:r>
        <w:rPr>
          <w:rFonts w:ascii="Arial" w:hAnsi="Arial" w:eastAsia="Arial" w:cs="Arial"/>
        </w:rPr>
        <w:t>Chunka Iskayniyuq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Sapa kuti nirqanku: pichqa runakuna hukllataq automanta ch’akiy llakikuyta rikurqanku chayqa, chay pichqa testigokunaqa chay kikin t’aksaq llakikuy-mantam pichqa imaymana rikch’ayninta sut’ichanku. Ichaqa kay p’unchaykunapi, Espíritu Santo runakunamanta qichusqa kay pacha tiempope, chay testigokunapi mana iskayrayaypaq kanmanchu wakinkunaqa rikusqankumanta musphayta ruwaspa, llullakuspa ima, sapaq pacha qhawariyninkuta sayachinankupaq; chayta ruwaspapas allin rurayniyuq kasqankuta yuyaspa. Pakasqa historiapi achka imaymana willakuykuna kachkan, profético cheqaq kaypa imaymana siq’inkuna, chaykunaqa kikin ruwasqa imakunapa imaymana testigonkuna kasqanta rikuchin. Diospa Simiwanqa mana ima llullakuychu kan; ichaqa chay ruwasqa imakunamanta runapa pantasqa hamut’ayninqa achka kuti kanmi. Chaywanpas, kay historiapa bíblico testigonkuna, allinta rakisqa hamut’asqa kaspaqa, llapankum kikinpuram acuerdopi kachkanku.</w:t>
      </w:r>
    </w:p>
    <w:p>
      <w:pPr>
        <w:pStyle w:val="ArticleBody"/>
        <w:jc w:val="left"/>
      </w:pPr>
      <w:r>
        <w:rPr>
          <w:rFonts w:ascii="Times New Roman" w:hAnsi="Times New Roman" w:eastAsia="Times New Roman" w:cs="Times New Roman"/>
        </w:rPr>
        <w:t>Pedroqa kay historiapi huk pachak tawa chunka tawa waranqa runakunapa unanchaqninmi, hinaspa paypa testimoniunqa huk wiñaq, ñawpaqman puriq historiatam rikuchin, 2020 wata, julio killapa 18 p’unchawmanta qallarispa, 2023 wata, diciembre killapa 31 p’unchawpi rikch’ariykama; chaymantataq, hawa rikuypa ñawpaq pruebanpi chaypi kasqan hina, hinaspa ukhupi rikuypa iskayñiqin pruebanman, chay qhepanta Nashville llaqtapi nina bolakunapa litmus pruebawan qatipasqa kananpaq, gentilkunaman unanchata oqarisqankama.</w:t>
      </w:r>
    </w:p>
    <w:p>
      <w:pPr>
        <w:pStyle w:val="ArticleBody"/>
        <w:jc w:val="left"/>
      </w:pPr>
      <w:r>
        <w:rPr>
          <w:rFonts w:ascii="Times New Roman" w:hAnsi="Times New Roman" w:eastAsia="Times New Roman" w:cs="Times New Roman"/>
        </w:rPr>
        <w:t>Donald Trumpqa chaymi kachkan chay pakasqa historiapi, llaqtantinpi globalistakunata, kay pachapa globalistakunata, Partido Demócrata-ta, hinallataq Partido Republicano ukupi RINO nisqakunata llapanta kuyuchiq hina. Payqa hunt’anmi bestiapa rikch’ayninwan tinkisqa proféticopa rasgokunata, políticopi wañusqa kasqanmanta kawsarimuspa pusaq kaqtaq qanchisniyuqmanta hina. Payqa tarikun tukuy chay pakasqa historiapi, churasqa kashan kamachiq kananpaq maypachachus “active despotism” ñawpaqta Estados Unidos nisqapi churasqa kanqa, chaymanta qhipamanpas kay pachapi. Protestantisimo apostata, Trump-pa masin hina allpa bestiapa iskay waqrankunapi, chaypas kachkan Macabeokunapa historiapi. Dragónpa atiniyninpa imaymana rikurimuyninkuna Naciones Unidas nisqapi hinallataq Rusia-pi historiapi testigokunata apamun. Papadoqa, llaqtaykikunapa suwaqkuna hina, chaypi kachkan llapanta huñunampaq hinallataq visión-ta sayachinampaq.</w:t>
      </w:r>
    </w:p>
    <w:p>
      <w:pPr>
        <w:pStyle w:val="ArticleBody"/>
        <w:jc w:val="left"/>
      </w:pPr>
      <w:r>
        <w:rPr>
          <w:rFonts w:ascii="Times New Roman" w:hAnsi="Times New Roman" w:eastAsia="Times New Roman" w:cs="Times New Roman"/>
        </w:rPr>
        <w:t>Pedro qanmi kanki, munasqa ñawiriq. Pedroqa pachak tawar chunka tawa waranqa runakunamanta unanchakuna ukhupi kananpaq akllasqa kandidatu hinam. Pedroqa chawpipi sayashan, achka profetik liniakunapa chawpinpi, iñiywan Aswan Santu Lugarman yaykuspam Cristoq rikuywan hunt’asqa tikrayta chaskin. Pedroqa Tikrasqa Kay Orqopim kashan, chaypi Cristoq rikchayninman tikrasqa kananpaq, huk lawpi Estados Unidosqa bestiapa rikchayninta rurashaqtin.</w:t>
      </w:r>
    </w:p>
    <w:p>
      <w:pPr>
        <w:pStyle w:val="ArticleScripture"/>
        <w:jc w:val="left"/>
      </w:pPr>
      <w:r>
        <w:rPr>
          <w:rFonts w:ascii="Times New Roman" w:hAnsi="Times New Roman" w:eastAsia="Times New Roman" w:cs="Times New Roman"/>
        </w:rPr>
        <w:t>“Hermanokuna, noqanchikqa aswan pisitañan kananchik kikinmanta, aswan achkataq Diosmanta. Payqa Iglesiapa kallpankunata mañan; ichaqa hatun rakitañan llaqtanchikpa atiniyninqa mana allin kaqkunaman chinkachisqa. Ancha achka pacha huch’uy yuyaykunaman, hinaspa mañakuykunaman qosqa kachkan. Diosqa munan orqoman wicharinanchikta, aswan chiqantaq paypa qayllayninman yaykunanchikta. Huk sasa pachamanmi haykuchkanchik, mayqinchus, kay pachaq qallariyninmanta pacha, ñawpaq kaq tiemponakunamanta aswanqa, Cristopa sutinta rimarispa sutichakusqa sapa huk runapa hunt’asqa consecracionninta mañanqa. Diospa llamk’ayninqa llapantañan noqanchikmanta mañan. Ichaqa llaqtanchikqa manan hayk’aqpas kay consecracionta ruwanqachu sonqonkuna tikrasqa mana kaptinqa. Paykunaqa Pedro hina conversionta necesitanku. Chayna kawsarichisqa kaspankum, Cristo paykunata ninman: ‘Wawqeykikunata kallpachay,’ ‘Ovejaykunata michiy,’ ‘Malta ovejaykunata michiy.’”</w:t>
      </w:r>
    </w:p>
    <w:p>
      <w:pPr>
        <w:pStyle w:val="ArticleScripture"/>
        <w:jc w:val="left"/>
      </w:pPr>
      <w:r>
        <w:rPr>
          <w:rFonts w:ascii="Times New Roman" w:hAnsi="Times New Roman" w:eastAsia="Times New Roman" w:cs="Times New Roman"/>
        </w:rPr>
        <w:t>“Diospa atiynin runapa kallpachasqanwan huñusqa kaptin, llamk’ayqa ichhupa chawpinpi nina hina mast’arikunqa. Diosqa llamk’achinqa ruwanakunata maymantachus hamusqanta runaqa mana reqsiyta atinqachu; angelkunaqa ruwankuqmi chay llamk’ayta, mayqentachus runakuna bendicionta chaskiyta atinkuman karqan, mana Diospa mañakuyninkunata kutichisqankurayku saqespa mana ruwayta munaspankuchu. Kunanmi kay llamk’ay runaman qhawaykusqa. ¿Chaskinqachu? Kunan p’unchaykunapiqa achka punkukuna mana wichq’asqa, kicharisqa hinallataq llamk’aqkunapaq. ¿Kay punkukunaman haykunqakuchu? ¿Pitaq Kamachiqpa waqyayninman wakichisqa kayta nispa, ‘Kaypin kani, Señor, kachaway’ nispa rimananpaq? Macedonia llaqtamanta waqyasqanmi llakiywan mañakuspa chayamun ñoqanchisman kay pachapa tukuy partenkunamanta, ‘Hamuychis kayman, yanapawayku’.” Review and Herald, December 15, 1885.</w:t>
      </w:r>
    </w:p>
    <w:p>
      <w:pPr>
        <w:pStyle w:val="ArticleBody"/>
        <w:jc w:val="left"/>
      </w:pPr>
      <w:r>
        <w:rPr>
          <w:rFonts w:ascii="Times New Roman" w:hAnsi="Times New Roman" w:eastAsia="Times New Roman" w:cs="Times New Roman"/>
        </w:rPr>
        <w:t>Noqanchikqa orqoman hamunayku, Pedro hina t’ikraykuykuspa; chayta ruraptinchikqa, Isaias hina pichasqa kanchik. Chay pichayqa rikuchisqa kachkan hunt’asqa kananpaq, maypachachus Diospa atiynin runapa kallpanchakuywan huñusqa kachkan chaypi. Macedoniamanta waqyakuyqa verso chusku chunka yupaypa pakasqa willakuyninpi rikurin.</w:t>
      </w:r>
    </w:p>
    <w:p>
      <w:pPr>
        <w:pStyle w:val="ArticleScripture"/>
        <w:jc w:val="left"/>
      </w:pPr>
      <w:r>
        <w:rPr>
          <w:rFonts w:ascii="Times New Roman" w:hAnsi="Times New Roman" w:eastAsia="Times New Roman" w:cs="Times New Roman"/>
        </w:rPr>
        <w:t>“Chayamqa hamusqa kasqan, ñuqanchik llaqtakunapi qhawarisqa kallpawan rurasqakuna rurasqa kananpaq. Lucas 21-ta ñawiriychik. Kaymi kay pacha tiempopaq willakuyqa, kay puchukay miraypaqmi qelqasqa kashan. Ama imapas ñuqanchikwan Diospa ñuqanchikman ruranapaq qosqan llamk’aywan chawpipi churakuchunchu. Sapaq kallpawan rurasqakuna rurasqa kanan, llaqtakunapi kaqkunapa ñawpaqenman cheqaq kayta apamunapaq.”</w:t>
      </w:r>
    </w:p>
    <w:p>
      <w:pPr>
        <w:pStyle w:val="ArticleScripture"/>
        <w:jc w:val="left"/>
      </w:pPr>
      <w:r>
        <w:rPr>
          <w:rFonts w:ascii="Times New Roman" w:hAnsi="Times New Roman" w:eastAsia="Times New Roman" w:cs="Times New Roman"/>
        </w:rPr>
        <w:t>“Ama pipaqpas wakinkunata kuchuykuchispa chinkachiychikchu. Llapa churanakuyqa tukunanmi. Wawqikuna hina munanakusun. Dioswan kuska orqoman wicharisun, chaymanta kutimuspa Diospa k’anchayninpa rikch’aynin ñuqanchispa hawanchispi kanampaq. Chayta jap’inapaq sapallan mayqanqa Dioswan kuska orqopi kashan. Señorpa Simiyninta yachaqaypi, paypa kamachikuyninpi rikuchisqa hina, ruranapaq huk llamk’aymi kashan. Ancha askha mana allinta qhawarispa ñawiriy karqan, ichaqa mayqenmi cheqaqta yachaqay? Cristoqa runakunapa chawpinpi kawsarqan, hinallataq chay kamachikuy simikunata kay pachapi willarqan.”</w:t>
      </w:r>
    </w:p>
    <w:p>
      <w:pPr>
        <w:pStyle w:val="ArticleScripture"/>
        <w:jc w:val="left"/>
      </w:pPr>
      <w:r>
        <w:rPr>
          <w:rFonts w:ascii="Times New Roman" w:hAnsi="Times New Roman" w:eastAsia="Times New Roman" w:cs="Times New Roman"/>
        </w:rPr>
        <w:t>“Llamk’ayqa utqayllamanta cheqaq kaypi pisiyman chayachisqa kanqa. Ñoqanchikqa aswan takyaq, aswan Diosta manchakuq sonqoyuq kananchis tiyan, chay llamk’ayta tukukuyninman apaypaq. Chayamunñam pacha mana sapa ruwayllapi purinanchikpaqchu, aswanpas chay ruwayta huñuykuspa kallpachayta tiyan allinta rikhurispa rurachinanchikpaq. Sichus aswan unayta Dioswan orqopi pasananchik karqan, llamk’ayniykuqa aswan allin rurayniyuq kanman karqan.”</w:t>
      </w:r>
    </w:p>
    <w:p>
      <w:pPr>
        <w:pStyle w:val="ArticleScripture"/>
        <w:jc w:val="left"/>
      </w:pPr>
      <w:r>
        <w:rPr>
          <w:rFonts w:ascii="Times New Roman" w:hAnsi="Times New Roman" w:eastAsia="Times New Roman" w:cs="Times New Roman"/>
        </w:rPr>
        <w:t>“Willaykunañanmi astawan yuyayman chayachiq atiynin kanqa predicasqanchispi. Espiritupa espadanqa musuqmanta afilasqa kanan, hinaspan atiyniyoqta kacharisqa kanan. ¿Qananchu chayman churakusunchis wiñay kawsaypa llapan chiqaq kayninkuna ñawpaqninchisman churakusqa qharikuna hina? Munanchismi Santo Espíritupa atiynin ñawpaqman riyta hinaspa kay pachapi Diospa llamkayninta hunt’achiyta.” Australian Union Conference Recorder, October 1, 1906.</w:t>
      </w:r>
    </w:p>
    <w:p>
      <w:pPr>
        <w:pStyle w:val="ArticleBody"/>
        <w:jc w:val="left"/>
      </w:pPr>
      <w:r>
        <w:rPr>
          <w:rFonts w:ascii="Times New Roman" w:hAnsi="Times New Roman" w:eastAsia="Times New Roman" w:cs="Times New Roman"/>
        </w:rPr>
        <w:t>Urqupi, mayqanmi Ancha Santisimu Lugarpas kashan, chaypim Divinidadninchiswan runa kayninchis huñusqa kachkan, hinaspa Lucas 21qa qhipa miraypaq willakuymin, paykunam llaqtakunaman qhipa willakuyta qunankupaq. Llaqtakunaman willakuyqa huk llamk’aymi angelkuna ruwankaku, urquman hamuyta mana munaspa, hinaspa Paypa rikch’ayninman tikrasqa kayta mana chaskispaqa. Chay llamk’ayqa llaqtakunapaqmi, imaraykuchus qhipa mirayqa chay p’unchaykunapi kawsan maypichus “waranqa llaqtakuna” thuñisqa kananpaq kanku. Llaqtakunapa thuñichiyninmanta profetiku pacha qallarin Nashville llaqtapa nina muyukunawan, chaypitaqmi willakuy llamk’ay qallarin, hinaspa chay llamk’ayqa Lucas 21pi reqsisqa kachkan. Wata-kuna pasanpi kutin-kutinmi qawachirqanchik Lucas 21qa kinsa kaq ay! nisqapa Islammanta willakuq kasqanta.</w:t>
      </w:r>
    </w:p>
    <w:p>
      <w:pPr>
        <w:pStyle w:val="ArticleBody"/>
        <w:jc w:val="left"/>
      </w:pPr>
      <w:r>
        <w:rPr>
          <w:rFonts w:ascii="Times New Roman" w:hAnsi="Times New Roman" w:eastAsia="Times New Roman" w:cs="Times New Roman"/>
        </w:rPr>
        <w:t>Lucas 21pi Jesúsqa willakuyta qallarirqan ñawpaq Israel llaqtapa mana chaskisqa kayninta, Diospa akllasqa llaqtan hina, hinamanta papal ñak’ariykunaq tutayaq pacha tukukuyninkama, chaymantaq yaykurqan señalkunaman, chaykunaqa Millerita historiata qallariychirqan. Millerita historiaqa pachak tawa chunka tawa waranqa runakunaq historianta rikuchin.</w:t>
      </w:r>
    </w:p>
    <w:p>
      <w:pPr>
        <w:pStyle w:val="ArticleScripture"/>
        <w:jc w:val="left"/>
      </w:pPr>
      <w:r>
        <w:rPr>
          <w:rFonts w:ascii="Times New Roman" w:hAnsi="Times New Roman" w:eastAsia="Times New Roman" w:cs="Times New Roman"/>
        </w:rPr>
        <w:t>Paykunaqa espadapa filonwan urmanqaku, llapa nacionkunaman prisionero apasqa kanqaku; hinallataq Jerusalén llaqtapas mana judío runakunaq sarusqan kanqa, mana judío runakunaq tiemponkuna hunt’akunankama. Intipipas, killapipas, ch’askakunapipas señalkuna kanqa; kay pachapitaq nacionkuna llaquypi sasachakuywan kankaku; mama qochaqa olaskunawan qapariq. Runakunaq sonqonkunaqa manchaymanta, kay pachaman hamuqkunata suyaspa qhawarisqankumanta, pisiyman tukunku; hanaq pachaq atiyninkunaqa kuyuchisqa kanqaku. Chaymantaqa Runa Churita phuyupi hamuqta rikuqkanku, atiyniyoq hatun qhapaq k’anchayniyoq. Lucas 21:24–27.</w:t>
      </w:r>
    </w:p>
    <w:p>
      <w:pPr>
        <w:pStyle w:val="ArticleBody"/>
        <w:jc w:val="left"/>
      </w:pPr>
      <w:r>
        <w:rPr>
          <w:rFonts w:ascii="Times New Roman" w:hAnsi="Times New Roman" w:eastAsia="Times New Roman" w:cs="Times New Roman"/>
        </w:rPr>
        <w:t>Juanqa, Apocalipsis qillqap chunka hukniyuq kapitupin reqsichin papakunap kamachikuyninpa 1,260 watakuna proféticamente “gentilkunaman” qosqa kasqanta, hinaspa Lucasqa reqsichin 1798 watapi gentilkunap tiempo-nin hunt’asqa kasqanta. Chaymantataq Cristoqa rimarqan intiypi, killapi, ch’askakunapipas señalkunamanta, Millerita kuyuriyninta señalaspa, kay simikunawan tukuspa: “nacionkunap llaquynin, sasachakuywan; lamar qochapas, olaskunapas qaparichkaptin; runakunap sonqonkunan mancharikuymanta p’akikuchkan, kay pachaman hamuqkunata suyaspa qhawarisqankurayku.” Lucaspi kaq “nacionkunap llaquynin” nisqaqa, Apocalipsispi kaq “nacionkunap phiñakuynin” nisqanmi.</w:t>
      </w:r>
    </w:p>
    <w:p>
      <w:pPr>
        <w:pStyle w:val="ArticleScripture"/>
        <w:jc w:val="left"/>
      </w:pPr>
      <w:r>
        <w:rPr>
          <w:rFonts w:ascii="Times New Roman" w:hAnsi="Times New Roman" w:eastAsia="Times New Roman" w:cs="Times New Roman"/>
        </w:rPr>
        <w:t>Hinallataq nacionkuna phiñakurqanku, hinaspataq qanpa piñakuyniyki chayamunña, wañusqakunapa pacha, juzgasqa kananpaq; hinaspataq kamachisqayki profetakunaman, ch’uyakunaman, sutiykita manchakunamanpas, huch’uykunaman hatunkunamanpas, premiota qonaykipaq; hinaspataq kay pachata waqllichiqkunata tukuchinaykipaq. Apocalipsis 11:18.</w:t>
      </w:r>
    </w:p>
    <w:p>
      <w:pPr>
        <w:pStyle w:val="ArticleBody"/>
        <w:jc w:val="left"/>
      </w:pPr>
      <w:r>
        <w:rPr>
          <w:rFonts w:ascii="Times New Roman" w:hAnsi="Times New Roman" w:eastAsia="Times New Roman" w:cs="Times New Roman"/>
        </w:rPr>
        <w:t>Diospa “phiñakuynin” qanchis qhepa plaguespi rikurin, qallarinmi Miguel hatarispan, runakunapa probacionninkuta wisq’akusqanpi. Suyukunapa phiñakuyninkuqa huk pacha kashan, chaymi probacionpa wisq’akuyninman apayku. Suyukunapa phiñakuyninkuqa 9/11 p’unchaypi qallarin, kimsañiqin ay qhispi Islam chayamurqanmi; chaymi qhepa para hamusqanta señalasqa.</w:t>
      </w:r>
    </w:p>
    <w:p>
      <w:pPr>
        <w:pStyle w:val="ArticleScripture"/>
        <w:jc w:val="left"/>
      </w:pPr>
      <w:r>
        <w:rPr>
          <w:rFonts w:ascii="Times New Roman" w:hAnsi="Times New Roman" w:eastAsia="Times New Roman" w:cs="Times New Roman"/>
        </w:rPr>
        <w:t>Rikurqaniqa nacionkunapa phiñakuynin, Diospa piñakuynin, wañusqakunata juzganapaq tiemponpas sapaq-sapa kasqanta, huknin hukninta qatiqta; chaymantaqa Michael manaraq sayarisqanta, manaraqpas qallarisqanta chay mana hayk’aqpas karqan hina sasachakuy pacha. Kunanqa nacionkunaqa phiñakuchkanku; ichaqa Hatun Sacerdoteykuq santuariopi llamkayninta tukuruptinmi payqa sayarinqa, venganzapa p’achankunata churakuspataq, hinaspataq qanchis qhipa plaga-kuna uraykuchisqa kanqa.</w:t>
      </w:r>
    </w:p>
    <w:p>
      <w:pPr>
        <w:pStyle w:val="ArticleScripture"/>
        <w:jc w:val="left"/>
      </w:pPr>
      <w:r>
        <w:rPr>
          <w:rFonts w:ascii="Times New Roman" w:hAnsi="Times New Roman" w:eastAsia="Times New Roman" w:cs="Times New Roman"/>
        </w:rPr>
        <w:t>Rikurqani tawankantin angelkuna tawankantin wayrakunata hark’ashqankuta, Jesúspa llank’anan santuaripi tukukunankama; chaymantataq qanchis qhipa ñak’ariykuna hamunqaku. Early Writings, 36.</w:t>
      </w:r>
    </w:p>
    <w:p>
      <w:pPr>
        <w:pStyle w:val="ArticleBody"/>
        <w:jc w:val="left"/>
      </w:pPr>
      <w:r>
        <w:rPr>
          <w:rFonts w:ascii="Times New Roman" w:hAnsi="Times New Roman" w:eastAsia="Times New Roman" w:cs="Times New Roman"/>
        </w:rPr>
        <w:t>Historia Millerita ukhupiypi, nacionkunapa phiñachiynin, icha Lucas qillqasqanman hina, “nacionkunapa llaquynin”, Islammanta hunt’akusqa karqan.</w:t>
      </w:r>
    </w:p>
    <w:p>
      <w:pPr>
        <w:pStyle w:val="ArticleScripture"/>
        <w:jc w:val="left"/>
      </w:pPr>
      <w:r>
        <w:rPr>
          <w:rFonts w:ascii="Times New Roman" w:hAnsi="Times New Roman" w:eastAsia="Times New Roman" w:cs="Times New Roman"/>
        </w:rPr>
        <w:t>“1838 watapi Turquía llaqtam Egiptowan maqanakuyman yaykurqan. Egiptokunaqa Türkiapa atiyninta urmachinankupaq hina rikurirqanku. Chayta hark’anapaqmi, Europapi tawa hatun atiyniyuq kamachiqkuna, Inglaterra, Rusia, Austria, Prusiawan, ch’intervention ruwarqanku Türkiapa gobiernoninta sayachinankupaq.” Uriah Smith, Synopsis of Present Truth, 218.</w:t>
      </w:r>
    </w:p>
    <w:p>
      <w:pPr>
        <w:pStyle w:val="ArticleBody"/>
        <w:jc w:val="left"/>
      </w:pPr>
      <w:r>
        <w:rPr>
          <w:rFonts w:ascii="Times New Roman" w:hAnsi="Times New Roman" w:eastAsia="Times New Roman" w:cs="Times New Roman"/>
        </w:rPr>
        <w:t>1838 watapi, sutichasqa “inti lloqsimuy tapuy” nacionkunata chukchichisharqan, chay “inti lloqsimuy tapuy”qa Islam karqan, Bibliaq inti lloqsimuq wayran. Millerita historiapiqa nacionkuna Islamrayku chukchichisqa rikurqan, hinaspataq Señorqa puyukunapi hamuspa Aswan Santísimo Lugarman yaykurqan; chaymi rikuchin imaynatas Señorqa puyukunapi hamunqa iskay kaq hamuyninpi. Manaraq pay puyukunapi hamuchkaptinqa, Islamqa nacionkunata llaquichin; kaymi Pedroman qosqa willakuy, llaqtakunaman ñawpaqta willakunanpaq, “waranqa llaqtakuna” chinkachisqa kanankumanta. Llaqtakuna chinkachisqa kanankup pachaqa qallarin Nashville llaqtapa nina bolakunawan.</w:t>
      </w:r>
    </w:p>
    <w:p>
      <w:pPr>
        <w:pStyle w:val="ArticleScripture"/>
        <w:jc w:val="left"/>
      </w:pPr>
      <w:r>
        <w:rPr>
          <w:rFonts w:ascii="Times New Roman" w:hAnsi="Times New Roman" w:eastAsia="Times New Roman" w:cs="Times New Roman"/>
        </w:rPr>
        <w:t>“¡Imaynatachus Diospa llaqtan runakuna yuyayniyoq kankuyman waranqa llaqtakunapa qayllamusaq chinkayninmanta, kunanqa ñañam ídolo yupaychayman qusqaña kasqankumanta! Ichaqa achka, cheqaqta willakuyta rimananpaq kaqkunaqa, wawqinkunata paninkunata tumpanku huchachanku ima. Diospa tikraq atiynin yuyaykunaman hamuptinqa, sut’i hukniray tikray kanqa. Runakunaqa mana munanqachu wakinta qhawaykachayta hinaspa urmachiyta. Manan sayanqankuchu chay hinalla mayqin kasqapipas kay pachaman k’anchay paqariyta hark’anankupaq. Paykunapa tumpayninku, huchachayninkuqa tukukunqa. Awqapa atiyninkunaqa maqanakuypaq huñunakuchkan. Sinchi ch’aqwaykuna ñawpaqninchikpi kachkan. Tantanakuychis, wawqiykuna paniykuna, tantanakuychis. Cristo wan huñunakuychis. ‘Ama ninkichischu: Huk huñunakuy,’ ... ‘ama manchakuychischu paykunapa manchakusqankuta, ama mancharikuychischu. Aswanpas Señor de los ejércitos nisqata payta kikinta ch’uyaqchaychis; pay kachun manchakusqaykichis, pay kachun mancharikusqaykichis. Hinaspa payqa santuario hina kanqa; ichaqa iskaynin Israel wasikunapaqqa urmanapaq rumi, mitk’anapaq qaqa, Jerusalén llaqtapi tiyaqkunapaq toqlla hinaspa tuqlla kanqa. Achkakuna paykuna ukhupi mitk’ankanku, urmanqanku, pakisqa kanqanku, toqllaman urmaq hina hap’isqa kanqanku.’”</w:t>
      </w:r>
    </w:p>
    <w:p>
      <w:pPr>
        <w:pStyle w:val="ArticleScripture"/>
        <w:jc w:val="left"/>
      </w:pPr>
      <w:r>
        <w:rPr>
          <w:rFonts w:ascii="Times New Roman" w:hAnsi="Times New Roman" w:eastAsia="Times New Roman" w:cs="Times New Roman"/>
        </w:rPr>
        <w:t>“Kay pachapi kaqkunaqa huk teatro hinam. Actorninkuna, chaypi tiyasaq runakuna, qhepaman hatun drama tukukuyninpi sapa huknin ruwanan ruwanankupaq wakichikuchkanku. Diosqa mana rikurisqañam qhipaman saqisqa hina. Runakunapa hatun aylluntin ukhupiqa manam hukllachasqa kasqachu, aswanpas runakunaqa kikinkupa munayninkuta hunt’achinankupaq huñunakuspallam hukllachakunku. Diosqa qhawachkan. Huchasapa, mana kasukoq runankunamanta munasqanqa hunt’akunanmi. Kay pachaqa manam runakunapa makinman qusqachu, ichaqa Diosqa huk pisi tiempollapaq saqichkanmi pantaywan mana allichasqa kaypa imankunapas kamachinankuta. Ukhu llaqtamanta huk kallpaqa llamk’achkanmi dramaq qhepaman tukukuyninpi hatun escenakunata apamunanpaq,—Satanás Cristo hina hamuspa, mana allin kaypa llullachikuyninwan llapallanpi llamk’aspa, pakasqa sociedades nisqakunapi kikinkuta watanakuchkanku chaykunawan. Confederaciónpaq munayman qochakukuqkunaqa awqapa yuyayninkunatam ruwachkanku. Imaraykuchus ruwasqa kaqmi qatiqnin phalanta apamunqa.”</w:t>
      </w:r>
    </w:p>
    <w:p>
      <w:pPr>
        <w:pStyle w:val="ArticleScripture"/>
        <w:jc w:val="left"/>
      </w:pPr>
      <w:r>
        <w:rPr>
          <w:rFonts w:ascii="Times New Roman" w:hAnsi="Times New Roman" w:eastAsia="Times New Roman" w:cs="Times New Roman"/>
        </w:rPr>
        <w:t>“Huch’a pantayqa casi tukukuyninmanña chayamun. Chaqwayqa kay pachata junt’an, hatun manchaytaqmi utqayllaña runakunaman hamunqa. Tukukuyninqa ancha qayllaña kachkan. Ñoqanchik, cheqaq kayta yachaqkuna, wakichikuytaqmi kananchik kay pachaman utqayllaña urmaykamuq, llump’ayllaña mancharichiq hinallataq musphachiq hina hamuqpaq.” Review and Herald, September 10, 1903.</w:t>
      </w:r>
    </w:p>
    <w:p>
      <w:pPr>
        <w:pStyle w:val="ArticleBody"/>
        <w:jc w:val="left"/>
      </w:pPr>
      <w:r>
        <w:rPr>
          <w:rFonts w:ascii="Times New Roman" w:hAnsi="Times New Roman" w:eastAsia="Times New Roman" w:cs="Times New Roman"/>
        </w:rPr>
        <w:t>“Pantay chinkasqa, mana allin kamachikuywan qispichisqa imakuna” ruwasqaña kachkan sistemaq rurun hina, chay sistemataq Hermana White riqsichin “aswan hatun yachachiy” nisqawan, chayllataq payqa riqsichin “mana allin ruwaypa pakasqa misteryon” nisqawan. Nashville llaqtapi Parthenon templonqa llulla yachachiypa unanchanmi, chaymi kunan “pantay chinkasqa, mana allin kamachikuywan qispichisqa imakunata” paqarichispa “huk pisi p’unchawkama munayninwan kamachin.” Nashvilleman ninap’ampakunaqa Islammanta apamunku, chaykunaqa Diospa taripayninmi “allinwan mana allinwan yachay sach’apa” hawanpi. Nashville maqasqa kaptinqa chawpi tuta qapariypa willakuyninpa pisi tiempo qallarin, chaymantaq domingo kamachikuyman pusaykun, maypicha Isaiaspa mana allin “huñunakuy” qhepa kuyuriyninta ruwan, pacha llapan kayman kallpachasqa kashaqtin huk sapa mundopa gobiernonta chaskinankupaq, Apocalipsis chunka kimsayuqpi animalpa rikchaynin nisqawan riqsichisqata. Isaiaspa mana allin huñunakuyta sut’inchasqanqa pachak tawa chunka tawayoq waranqa runakunapa sellasqa kayninwan tupachkan.</w:t>
      </w:r>
    </w:p>
    <w:p>
      <w:pPr>
        <w:pStyle w:val="ArticleScripture"/>
        <w:jc w:val="left"/>
      </w:pPr>
      <w:r>
        <w:rPr>
          <w:rFonts w:ascii="Times New Roman" w:hAnsi="Times New Roman" w:eastAsia="Times New Roman" w:cs="Times New Roman"/>
        </w:rPr>
        <w:t>Ama niychikchu: “Hukllachasqa kasunchik,” kay llaqtapa runakuna pimanpas “Hukllachasqa kasunchik” nisqankumanqa; amataq manchakuychikchu paykuna manchakusqankuta, amataq mancharikuychikchu. Tukuy atiyniyuq Señor Diosllata ch’uyaqchaychik; paylla qankunapa manchakunaykichik kanqa, paylla qankunapa espantakunaykichik kanqa. Hinaspa payqa huk santuariorá kanqa; ichaqa iskaynin Israel ayllukunapaqmi huk mitk’achiq rumikuna hina, huk urmanapaq qaqa hina, Jerusalénpi tiyaqkunapaqmi huk toqlla hina, huk trampakuna hina. Hinaspa achkha paykunamantaqa mitk’achinqaku, urmanqaku, pakisqa kanqaku, toqllasqa kanqaku, hap’isqa kanqaku.</w:t>
      </w:r>
    </w:p>
    <w:p>
      <w:pPr>
        <w:pStyle w:val="ArticleScripture"/>
        <w:jc w:val="left"/>
      </w:pPr>
      <w:r>
        <w:rPr>
          <w:rFonts w:ascii="Times New Roman" w:hAnsi="Times New Roman" w:eastAsia="Times New Roman" w:cs="Times New Roman"/>
        </w:rPr>
        <w:t>Willakuyta watay, kamachiytaqa discipuloykunapa chawpinpi sellay. Ñoqataq Señorpi suyasqayki, paymi Jacobpa ayllunmanta uyanta pakarichin; paymanmi qhawarisaq. Qhawariychik, noqawanmi wawakuna Señor qosqankuna kashanku señalkunapaq, musphaykunapaqpas Israelpi, Señor de los ejércitosmanta, Sion orqopi tiyakuq. Hinaspa maypachachus qankunata ninqaku: “Riychik espiritukunawan rimayta yachaqkunaman, hinaspa layqakunaman, susurraspa rimaykuqkunaman, qaparispalla willaykuqkunaman,” ¿manachu llaqtaka Diosninta maskanan? ¿kawsakkuqkunapaq wañusqakunamanchu? Kamachiyman hinaspa willakuyman: kay simiman hina mana rimaptinkuqa, chayqa paykunapi mana k’anchay kasqanraykum. Isaías 8:12–20.</w:t>
      </w:r>
    </w:p>
    <w:p>
      <w:pPr>
        <w:pStyle w:val="ArticleBody"/>
        <w:jc w:val="left"/>
      </w:pPr>
      <w:r>
        <w:rPr>
          <w:rFonts w:ascii="Times New Roman" w:hAnsi="Times New Roman" w:eastAsia="Times New Roman" w:cs="Times New Roman"/>
        </w:rPr>
        <w:t>Pasajeq Sister White-manta qhawachinmi, “pantaypi chinkasqa hinallataq mana allin kamachiypi” kasqan pacha apamun “Satanásqa Cristohina hamun” nisqata. Satanásqa rikurimun Cristota tukuspa domingo ley patapi.</w:t>
      </w:r>
    </w:p>
    <w:p>
      <w:pPr>
        <w:pStyle w:val="ArticleScripture"/>
        <w:jc w:val="left"/>
      </w:pPr>
      <w:r>
        <w:rPr>
          <w:rFonts w:ascii="Times New Roman" w:hAnsi="Times New Roman" w:eastAsia="Times New Roman" w:cs="Times New Roman"/>
        </w:rPr>
        <w:t>“Papap simin kamachisqanta Diospa kamachinman contrapi sayachiq kamachiywanmi, suyunchikqa chanin kaymanta llapanpi t’aqakunqa. Protestantismo nisqaqa makinwan chayanqa chinkasqa ch’akapi Romanopa atiniyninpa makinta hap’inanpaq, ukhu t’ikray pataman mast’arikunqa Espiritualismo nisqawan makikuykunanpaq, hinaspataq kay kimsa kutiy huñunakuypa kallpachaynin urapi, llaqtanchikqa Protestantetaq republikanu gobiernontaq kasqanman hina Constitucionninpa sapa kamachiy-nisqan prinsipionkunata qhesachanqa, papal llullakuyninkunatawan pantachikuyninkunata mast’arichinapaq ñan kicharinqa, chayqa yachasunña Supaypa musphachiq llank’ananpaq pacha chayamunña kasqanta, tukukuypas qayllanña kasqanta.” Testimonies, volumen 5, 451.</w:t>
      </w:r>
    </w:p>
    <w:p>
      <w:pPr>
        <w:pStyle w:val="ArticleBody"/>
        <w:jc w:val="left"/>
      </w:pPr>
      <w:r>
        <w:rPr>
          <w:rFonts w:ascii="Times New Roman" w:hAnsi="Times New Roman" w:eastAsia="Times New Roman" w:cs="Times New Roman"/>
        </w:rPr>
        <w:t>“Pantasqa ch’aqwaywan mana allin churakuypa” pachaqa Domingo kamachiyman qayllaykuspa hamun. Domingo kamachiy manaraq chayamuchkaptin, Exeter camp meeting nisqawan hinallataq Pentecostés manaraq kaptin hanaq cuarto ukhupi chunka p’unchawkunawan rikch’achisqa pachasqa ukhupi, pachak tawa chunka tawa waranqa runakunaqa “hukllawasqa kallpachakuychis, wawqeykuna panaykunawan, … Cristowan watakuychis” nisqaman hamunanku tiyan. Sellasqa kayqa Domingo kamachiy manaraq kaptinmi ruwakun, chay historiapiñataq mana allin huñunakuyqa qhipa llamkayninta qallarin huklla pacha kamachiyta sayachinapaq.</w:t>
      </w:r>
    </w:p>
    <w:p>
      <w:pPr>
        <w:pStyle w:val="ArticleBody"/>
        <w:jc w:val="left"/>
      </w:pPr>
      <w:r>
        <w:rPr>
          <w:rFonts w:ascii="Times New Roman" w:hAnsi="Times New Roman" w:eastAsia="Times New Roman" w:cs="Times New Roman"/>
        </w:rPr>
        <w:t>Sellakusqan pachaipi Cristoga chiqap runakunapaqmi kanqa huk willka pakarina wasi, ichaqa mana allin runakunapaqmi huk taksakuq rumi. Paymi kanqa “huk trampañata hinallataq huk toqllata Jerusalén llaqtapi tiyakuqkunapaq”, chaykunaqa “achkakuna” urmaqkuna; ichaqa pisi runakunapaq, sellakusqa kaqkunapaq, “Pay” kikinmi kanqa paykunapa “manchakuy”.</w:t>
      </w:r>
    </w:p>
    <w:p>
      <w:pPr>
        <w:pStyle w:val="ArticleBody"/>
        <w:jc w:val="left"/>
      </w:pPr>
      <w:r>
        <w:rPr>
          <w:rFonts w:ascii="Times New Roman" w:hAnsi="Times New Roman" w:eastAsia="Times New Roman" w:cs="Times New Roman"/>
        </w:rPr>
        <w:t>Diosman “manchakuynin”mi Evapa pisirqan, chaymanta Diosman manchakukuqkunaqa huk rikch’aq manchakuytaraqmi kapunku, manam achkha urmaqkunaqman hamuq manchakuyhinachu. Iskay rikch’aq manchakuykunam rikuchin pruebaykuy rimanapi pasanankupaq kaqkunata, mana pasanankupaq kaqkunatapas. Pasaqkunaqa sellasqañam kanku; mana pasaqkunaqa pichqayuq yupaywanmi rikuchisqa kanku, paykunaqa “urmanqaku, wit’ukunqaku, pakikunqaku, toqllaman urmanqaku, hinaspa hap’isqa kanqaku” nisqa kaptin. Sellakuy pacha, domingo ley manaraq chayamuptin ñawpaqpi pasaq hina rikuchisqa, maypichus pantay hinaspa mana allin kamachikuy kachkan, chay pacham chunka sipaskunaq rikch’aynin hunt’akun.</w:t>
      </w:r>
    </w:p>
    <w:p>
      <w:pPr>
        <w:pStyle w:val="ArticleBody"/>
        <w:jc w:val="left"/>
      </w:pPr>
      <w:r>
        <w:rPr>
          <w:rFonts w:ascii="Times New Roman" w:hAnsi="Times New Roman" w:eastAsia="Times New Roman" w:cs="Times New Roman"/>
        </w:rPr>
        <w:t>Pisiqakuna sellakusqakuna achkakunamanta pantasqakunapaq chimpapim kanku, chaykunaqa Señorpaq “suyasqankumanta”, hinaqa rejsichin yuyaysapa sipaskunata, paykunaqa “suyarqanku.” Iskay clase sipaskunapi hinallataq kachkan huk santifikasqa hinaspa mana santifikasqa profétic suyay, iskayman manchakuy rikch’akunaman tupaq.</w:t>
      </w:r>
    </w:p>
    <w:p>
      <w:pPr>
        <w:pStyle w:val="ArticleScripture"/>
        <w:jc w:val="left"/>
      </w:pPr>
      <w:r>
        <w:rPr>
          <w:rFonts w:ascii="Times New Roman" w:hAnsi="Times New Roman" w:eastAsia="Times New Roman" w:cs="Times New Roman"/>
        </w:rPr>
        <w:t>“‘Noviotaqaña unayaptin, llapankuta puñunayku hinaspa puñurqanku.’ Noviotaqaña unayaptin ninanwanqa rikuchisqa kachkan Señorpa suyasqa kasqan pacha pasasqanta, llakikuyta, hinaspa unayay hina rikurimusqanta. Kay mana yachasqa pachapiqa, hawallamanta qhawaqkunapa hinaspa kuska sunquyuqkunapa munakuyninku utqaylla pisiypaq tukuyta qallarin, hinaspa kallpachakuyninkupas samariyta; ichaqa paykunaqa, pisi Biblia yachayllapim mana, aswan sapaq yachasqankupi tiyasqa iñiyniyuqkunaqa, chakinkupa uranpi rumi hina sinchi sayaqniyuq karqanku, chaytaqa mana atirqachu llakikuypa olaskuna mayllayta. ‘Llapankuta puñunayku hinaspa puñurqanku;’ huk claseqa mana llakikuywan hinaspa iñiyninkuta saqerispa, huk claseqa ichaqa aswan sut’i k’anchay qusqa kanankama pacienciawan suyarispalla. Chaywanpas, pruebayuq tuta ukhupin, qhepapi kaqkunaqa, wakinmantaqa, kallpankuta hinaspa yupaychasqa sunqunkuta wañuchiyta hina rikurirqanku. Kuska sunquyuq hinaspa hawallamanta qhawaqkunaqa manaña atirqankuchu wawqinkupa iñiyninman tukuyta sayariyta. Sapankamaraqmi sapaqninmanta sayanan utaq urmanan.” The Great Controversy, 395.</w:t>
      </w:r>
    </w:p>
    <w:p>
      <w:pPr>
        <w:pStyle w:val="ArticleBody"/>
        <w:jc w:val="left"/>
      </w:pPr>
      <w:r>
        <w:rPr>
          <w:rFonts w:ascii="Times New Roman" w:hAnsi="Times New Roman" w:eastAsia="Times New Roman" w:cs="Times New Roman"/>
        </w:rPr>
        <w:t>Ch’uyaqllata suyaqkunaqa “señalkuna hinam, musphaykuna hinam” kananpaq kachkanku, domingo kamachiypi pacha llaqtakunapaq estandarte hina hoqarisqa kashaqtinku; chaypi allinmanta mana allinmanta yachachiq sach’apa imayninqa “ayaq runakunaman, layqakunaman, susurraspa rimakukunaman” nisqa yachayta rikuchin, hinallataq “kamachiman, testimonioman” sutichasqa yachaytapas. Kayqa Evapaq, Adampaq ima pruebachu karqa, chayllataqmi. ¿Cheqaq kaywan pantasqa, chaqrusqa yachachiyta chaskisunchu, icha “Kaytaqa Señormi nin” nisqapi sayasunmanchu? Paykuna kay Simiwan mana tupaqta rimaptinkuqa, chayqa paykunapi mana k’anchay kasqanraykum. Cheqaq hinaspa llulla yachachiyqa Cristowan Satanaswan hatun ch’aqwaypi huk ñawpaq cheqaq kaymi. Nashvilleqa Diospa Simi contra hatarikuypa unanchaqninmi, imaynatachus Sodomaqa q’añu kawsaypa unanchaqnin kasqanmanta mana iskayrayaspa, hinallataq New Yorkqa Estados Unidospa qullqi kallpanta unanchaqnin kasqan hina, Pentagonoqa soldadokuna kallpanta unanchaqninmi.</w:t>
      </w:r>
    </w:p>
    <w:p>
      <w:pPr>
        <w:pStyle w:val="ArticleBody"/>
        <w:jc w:val="left"/>
      </w:pPr>
      <w:r>
        <w:rPr>
          <w:rFonts w:ascii="Times New Roman" w:hAnsi="Times New Roman" w:eastAsia="Times New Roman" w:cs="Times New Roman"/>
        </w:rPr>
        <w:t>Pedroqa sayashan Nashville llaqtapa nina rump’u-kunapa punku punkunpi, Paniumpi hinaspa urqupi, chaymi templo pruebata rikuchin. Paymi reqsin Laodicea nisqa Qanchis Punchaw Adventismoqa nina rump’u-kuna uraykamuptin phiñachisqa hinaspa pinqayman churaska kananpaqña kasqanta, hinaspa Nashville, Estados Unidos, hinaspa pacha llapan runakuna willasqa kananpaq kasqanta. Islampa willakuyninqa kachaqkunata takyachin, imayna Carmelo nisqapi uraykamusqa ninaqa Eliasqa chiqap profeta kasqanta takyachirqan chay hinata. Ichaqa Nashvillepaq willakuyqa manam sapaqchu kinsa kaq ayqe-manakuy paq Islamllachu, nitaq manam hukllachu musphaylla maqanakuypi ima kasta armakuna llamk’achisqa kasqanmanta. Willakuyqa sut’inchayta atinman imamanta Islamqa saqesqa kasqanta taripayninta apamunanpaq, chay taripaymi qallarin huk pacha, maypim waranqa llaqtakuna thuñisqa kanku. Ñawpaqmantapacha sut’inchay Islamqa Nashvillepa hawanpi musphaylla maqanakuyta ruwananta, chayqa kachaqkunata takyachinqa; ichaqa chayllata ruwaspanqa manam hunt’asqa willakuychu.</w:t>
      </w:r>
    </w:p>
    <w:p>
      <w:pPr>
        <w:pStyle w:val="ArticleBody"/>
        <w:jc w:val="left"/>
      </w:pPr>
      <w:r>
        <w:rPr>
          <w:rFonts w:ascii="Times New Roman" w:hAnsi="Times New Roman" w:eastAsia="Times New Roman" w:cs="Times New Roman"/>
        </w:rPr>
        <w:t>Nashville llaqtapi nina bolakunaqa Diospa huk taripayninmi, chaymi qallarin pisi pacha, chay pachaqa tukuynin chayan domingo kamachiman, mayqan kamachis, imaynachus chay pacha qallariyninpi, chayhinallataq Diospa huk taripayninmi. Diosqa ñawpaqmantapacha Adanman Evaman willarqan imataq kasqa pruebakuna, hinallataq ima consekuenciakuna kanman chay pruebapi mana allinta lloqsisqankumanta. Hermana Whiteqa reqsichin ancha chaninnaq kasqanta yuyaywan tantiykuy “causamanta efectokama”, Bibliataq reqsichin mana “causayuq” “maldicionqa” mana hamunanta.</w:t>
      </w:r>
    </w:p>
    <w:p>
      <w:pPr>
        <w:pStyle w:val="ArticleScripture"/>
        <w:jc w:val="left"/>
      </w:pPr>
      <w:r>
        <w:rPr>
          <w:rFonts w:ascii="Times New Roman" w:hAnsi="Times New Roman" w:eastAsia="Times New Roman" w:cs="Times New Roman"/>
        </w:rPr>
        <w:t>Imaynas pichus mayman puriypi, imaynas qillwa wayrapi phawaypi, chayhinataq mana ima rayku kaq ñakayqa manam hamunqachu. Proverbios 26:2.</w:t>
      </w:r>
    </w:p>
    <w:p>
      <w:pPr>
        <w:pStyle w:val="ArticleBody"/>
        <w:jc w:val="left"/>
      </w:pPr>
      <w:r>
        <w:rPr>
          <w:rFonts w:ascii="Times New Roman" w:hAnsi="Times New Roman" w:eastAsia="Times New Roman" w:cs="Times New Roman"/>
        </w:rPr>
        <w:t>Nashville llaqtapi nina rumpu quriqkunaqa “efecton” kanku, chay hamuq “maldicion” nisqapaqpas. Yuyaychakuq willakuyqa “causata”pas churaqmi kanan. Profeta Jonáspa willakuyninqa manam chusku chunka p’unchawpi chinkaymanta reqsichiyllachu karqan, aswanpas rey manta qallarispa llapa runakuna ukhupi hatun kutirikuyta hinaspa allinchakuyta paqarichirqan. Imatachus reqsichirqan, chaymi reyta hinaspa llaqtanta millay mana allin ñanninkumanta kutirichirqan. Jonásqa paykunaman hamuq chinkaymanta willarqan, hinaspapas willarqantaqmi chayqa paykunapa millay hinaspa mana allin kawsayninkurayku kasqanta.</w:t>
      </w:r>
    </w:p>
    <w:p>
      <w:pPr>
        <w:pStyle w:val="ArticleScripture"/>
        <w:jc w:val="left"/>
      </w:pPr>
      <w:r>
        <w:rPr>
          <w:rFonts w:ascii="Times New Roman" w:hAnsi="Times New Roman" w:eastAsia="Times New Roman" w:cs="Times New Roman"/>
        </w:rPr>
        <w:t>Nineve llaqtan reymanmi chay rimay chayarqan; hinaspan tiyana tronomantan hatarirqan, p'achanta qispichikurqan, llakiy p'achawan p'achakukurqan, uchpichapi tiyaykukuspataq. Hinaspan kamachirqan Nineve llaqtapi llapanman willasqa, reypa kamachisqanman hina, hatun runankunapaqpas, nispa: ama pipas, ni uywapas, ni wakakuna ni ovejakunapas imatapas mallichunchu; ama mihuchunkuchu, ni yakutapas ukyachunchu. Aswanpas runa hinallataq uywapas llakiy p'achawan p'achakuchunku, kallpawan Diosman waqyaykachachunku; ari, sapa hukninpas kutirichun mana allin puriyninmanta, hinaspa makinkupi kaq wañuchiy amachaymanta. Jonás 3:6–8.</w:t>
      </w:r>
    </w:p>
    <w:p>
      <w:pPr>
        <w:pStyle w:val="ArticleBody"/>
        <w:jc w:val="left"/>
      </w:pPr>
      <w:r>
        <w:rPr>
          <w:rFonts w:ascii="Times New Roman" w:hAnsi="Times New Roman" w:eastAsia="Times New Roman" w:cs="Times New Roman"/>
        </w:rPr>
        <w:t>Islamqaqa trompeta atiyniyuq kallpanmi, hinaspa Apocalipsis pusaqmanta chunka hukniyuqkama qanchis trompetakuna, chaymantaq chunka suqtayuq qillqapas sapaq profético nisqa qhawariyninkunataqmi kapunku. Ñawpaq tawa trompetakunaqa juicio-kunam karqan imperial Roma patapi, 321 watapi ñawpaq domingo leyta pasachisqanrayku. Qhipa iskay trompetakunaqa juicio-kunam karqan papal Roma patapi, 538 watapi domingo leyta pasachisqanrayku. Apocalipsis pusaqmanta chunka hukniyuqkama qanchis trompetakunaqa Apocalipsis chunka suqtayuqpi qanchis qhipa plaga-kunata rikch’achin, chayqa Diospa runakuna patapi juicio-ninmi, domingo nisqapa kallpachakuyninrayku.</w:t>
      </w:r>
    </w:p>
    <w:p>
      <w:pPr>
        <w:pStyle w:val="ArticleBody"/>
        <w:jc w:val="left"/>
      </w:pPr>
      <w:r>
        <w:rPr>
          <w:rFonts w:ascii="Times New Roman" w:hAnsi="Times New Roman" w:eastAsia="Times New Roman" w:cs="Times New Roman"/>
        </w:rPr>
        <w:t>Nashville llaqtamanta willakuy waqaychanapaqmi reqsichiyta atin domingo kamachikuyman pushaq saruyninkunata, hinaspataq, profético testimonioman hina, taripakuyqa qatinqa, mana ñawpaqmanchu purin chay imaraykuchus. Taripakuyqa domingo qatiq kamachikuypa rurayninmi. Chusku chunka yupaypi pakasqa historiapa pichqa testigonkuna, kaypi yuyaykusqanchik, hukniray testimoniokunata qunku, ichaqa runa testigokunamanta hukniray, llapan profético churaykunaqa hukllachasqa tinkunku. Estados Unidos llaqtapi tukukuq domingo kamachikuyqipa saruyninkunata reqsiyqa hunt’asqa kachkan, Pedroqa Donald Trumppa testimoniunta huñuspa, Nashvillepa nina rumpukunaq rurayninta sut’inchananpaq.</w:t>
      </w:r>
    </w:p>
    <w:p>
      <w:pPr>
        <w:pStyle w:val="ArticleBody"/>
        <w:jc w:val="left"/>
      </w:pPr>
      <w:r>
        <w:rPr>
          <w:rFonts w:ascii="Times New Roman" w:hAnsi="Times New Roman" w:eastAsia="Times New Roman" w:cs="Times New Roman"/>
        </w:rPr>
        <w:t>Nashvillepaq willakuynin kay pachamanqa nin: Diosqa runakunatawan nacionkunatawan qhipa taripayninta chay pachapi qallarin. Chaymanta llaqtakunapa chinkachisqa pacha qallarin, utqayllataq Domingo kamachikuyman apaykun, maypichus nacional apostasiam qatiqninpi nacional thuñi hamun. Chaymantataq Satanásqa Cristo-tukuspa chayamun, hinaspataq mana allin huñunakuy sayachisqa kachkan, chunka reykuna suyunkuta qonkuchkanku llaqtaykipa suwakninman, rikch’ayninta sayachiqkunaman. Nashvillepa willakuyninqa Nashvilleman ñawpaqta kaq historiapi rikuchisqa kachkan, Donald Trumpqa uywaman rikch’akuqta rurasqanwan. Trumppa willakuyninqa waqaychaq pututu willakuymin, Nashvillepa nina bolakunamanta ñawpaqta hamuq.</w:t>
      </w:r>
    </w:p>
    <w:p>
      <w:pPr>
        <w:pStyle w:val="ArticleBody"/>
        <w:jc w:val="left"/>
      </w:pPr>
      <w:r>
        <w:rPr>
          <w:rFonts w:ascii="Times New Roman" w:hAnsi="Times New Roman" w:eastAsia="Times New Roman" w:cs="Times New Roman"/>
        </w:rPr>
        <w:t>Kaykuna asuntakunata qhipa qillqapiqa qatipakusaqku.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pusaq chuskuyniyuqpa Pakasqa Willakuyñin - Yupa chunka iskayniyuq</dc:title>
  <dc:subject>Chunka Iskayniyuq</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