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Chunka Pisqayuqq Mitaq Pakaq Willakuy — Chunka Tawa Yupayniyuq</w:t>
      </w:r>
    </w:p>
    <w:p>
      <w:pPr>
        <w:pStyle w:val="ArticleSubtitle"/>
        <w:jc w:val="left"/>
      </w:pPr>
      <w:r>
        <w:rPr>
          <w:rFonts w:ascii="Arial" w:hAnsi="Arial" w:eastAsia="Arial" w:cs="Arial"/>
        </w:rPr>
        <w:t>Iskay ñak'ariy — Huk kaqnin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Ñawpaq qillqapiqa, pichqay kaq trompetapa profetik kayninkunata, ñawpaq llakikuynin kaq ñawpaq ñak’ariywan, utqaylla hamuq domingo kamachiywan tupachirqanchik. Pichqay kaq trompetata qhepa kimsa trompetakunamanta ñawpaq kaq hina yuyarispa—imaynachus ñawpaq kaqqa qhepa kaqta rikuchin chayman hina—ñawpaq ñak’ariypi Islampa profetik ruwananqa Revelación chunka hukniyoqpi kaq allpa khatataywan tupachin. Kay qillqapa rimayninta sábado huñunakuypi rimasqanchik qhipan p’unchawmi huk masiymanta correo electrónico chaskirqani, paypas suqta kaq trompetata, iskay kaq ñak’ariy kaqta, utqaylla hamuq domingo kamachiywan tupachiyta maskhasharqan. Kayqa allin chaskisqa ñanmi, imaraykuchus qhepa kimsa trompetakunaqa kimsa ñak’ariykunam.</w:t>
      </w:r>
    </w:p>
    <w:p>
      <w:pPr>
        <w:pStyle w:val="ArticleScripture"/>
        <w:jc w:val="left"/>
      </w:pPr>
      <w:r>
        <w:rPr>
          <w:rFonts w:ascii="Times New Roman" w:hAnsi="Times New Roman" w:eastAsia="Times New Roman" w:cs="Times New Roman"/>
        </w:rPr>
        <w:t>Hinaspan qhawarirqani, uyarirqanitaq huk angelta hanaq pacha chawpinta phawachkashaqta, hatun qapariyninwan nispa: ¡Ay, ay, ay, kay pachapi tiyaqkunapaq, chay kimsa angelkunapa waq trompetankuna waqyarimunankurayku, manaraq waqyarimuchkaptinku! Apocalipsis 8:13.</w:t>
      </w:r>
    </w:p>
    <w:p>
      <w:pPr>
        <w:pStyle w:val="ArticleBody"/>
        <w:jc w:val="left"/>
      </w:pPr>
      <w:r>
        <w:rPr>
          <w:rFonts w:ascii="Times New Roman" w:hAnsi="Times New Roman" w:eastAsia="Times New Roman" w:cs="Times New Roman"/>
        </w:rPr>
        <w:t>Qhipa kimsa trompetakunaqa qanchis trompetakunamanta sut’inchasqa huk sapa unanchasqam kanku, imaynatachus qhipa kimsa iglesiaskuna ñawpaq tawa iglesiakunamanta sut’inchasqa kanku, hinallataq qhipa kimsa sellokunaqa qanchis sellokunamanta sut’inchasqa kanku. Kay profetika cheqaq kayqa watakuna tukuypi sapa kuti rimasqa karqan. Ñawpaq kaqwan kimsa kaq llaqiwan qhawarispa alpha hinallataq omega unanchasqa hina paqarichisqan k’anchayta yuyarispa, kimsa llaqikunatapas profeciapa kimsa kuti apaychasqan hina yuyarinanchikmi.</w:t>
      </w:r>
    </w:p>
    <w:p>
      <w:pPr>
        <w:pStyle w:val="ArticleBody"/>
        <w:jc w:val="left"/>
      </w:pPr>
      <w:r>
        <w:rPr>
          <w:rFonts w:ascii="Times New Roman" w:hAnsi="Times New Roman" w:eastAsia="Times New Roman" w:cs="Times New Roman"/>
        </w:rPr>
        <w:t>Kimsa kuti willakuypa kimsachakuy huch’uy rikuchin, ñawpaq kaq, iskay kaq ay ayllukunaq llapa willakuy señalninkuna kinsa kaq ay ayllupipis kanankuta. Ñawpaq kaq ay aylluqa Arabia llaqtapi Islam karqan, iskay kaq ay aylluqa Turquía llaqtapi Islam karqan. Ñawpaq kaq ay aylluqa “ñak’arichinapaq” karqan, iskay kaq ay aylluqa runakunamanta huk kimsa chanikta “wañuchinapaq” karqan.</w:t>
      </w:r>
    </w:p>
    <w:p>
      <w:pPr>
        <w:pStyle w:val="ArticleHeading"/>
        <w:jc w:val="left"/>
      </w:pPr>
      <w:r>
        <w:rPr>
          <w:rFonts w:ascii="Arial" w:hAnsi="Arial" w:eastAsia="Arial" w:cs="Arial"/>
        </w:rPr>
        <w:t>Ñawpaq Llakikuypa Ñak'ariynin</w:t>
      </w:r>
    </w:p>
    <w:p>
      <w:pPr>
        <w:pStyle w:val="ArticleScripture"/>
        <w:jc w:val="left"/>
      </w:pPr>
      <w:r>
        <w:rPr>
          <w:rFonts w:ascii="Times New Roman" w:hAnsi="Times New Roman" w:eastAsia="Times New Roman" w:cs="Times New Roman"/>
        </w:rPr>
        <w:t>Hinaspataqmi karqan paykunaman mana wañuchinankupaqchu, aswanpas pichqa killapi ñak'arichinankupaq; hinaspataq paykunaq ñak'arichisqankuqa escorpiónpa ñak'arichisqan hina karqan, runata tuksispa. … Hinaspataq chupanakunaqa escorpiónkunapa chupan hina karqan, chupanankupitaq kachinaqkuna karqan; hinaspataq atiyninkuqa runakunata pichqa killapi nanachiy karqan. Apocalipsis 9:5, 10.</w:t>
      </w:r>
    </w:p>
    <w:p>
      <w:pPr>
        <w:pStyle w:val="ArticleHeading"/>
        <w:jc w:val="left"/>
      </w:pPr>
      <w:r>
        <w:rPr>
          <w:rFonts w:ascii="Arial" w:hAnsi="Arial" w:eastAsia="Arial" w:cs="Arial"/>
        </w:rPr>
        <w:t>Iskay ñak’ariypa wañuynin</w:t>
      </w:r>
    </w:p>
    <w:p>
      <w:pPr>
        <w:pStyle w:val="ArticleScripture"/>
        <w:jc w:val="left"/>
      </w:pPr>
      <w:r>
        <w:rPr>
          <w:rFonts w:ascii="Times New Roman" w:hAnsi="Times New Roman" w:eastAsia="Times New Roman" w:cs="Times New Roman"/>
        </w:rPr>
        <w:t>Chay tawa angelkunaqa kacharirqanku, huk horaqpaq, huk p’unchawpaq, huk killapaq, huk watapaq wakichisqa karqanku runakunamanta kimsa chunkaqniyoqmanta huknin t’aqtata wañuchinankupaq. … Kay kimsa kaqkunawanmi runakunamanta kimsa chunkaqniyoqmanta huknin t’aqta wañuchisqa karqa, ninawan, qosñiwan, asnapaq azufriwanpas, siminkumanta lluqsiq. Apocalipsis 9:15, 18.</w:t>
      </w:r>
    </w:p>
    <w:p>
      <w:pPr>
        <w:pStyle w:val="ArticleBody"/>
        <w:jc w:val="left"/>
      </w:pPr>
      <w:r>
        <w:rPr>
          <w:rFonts w:ascii="Times New Roman" w:hAnsi="Times New Roman" w:eastAsia="Times New Roman" w:cs="Times New Roman"/>
        </w:rPr>
        <w:t>Ishkay kimsa kaq qhari runakuna mana wañuchisqa kaqkunaqa, manam arrepentekurqankuchu.</w:t>
      </w:r>
    </w:p>
    <w:p>
      <w:pPr>
        <w:pStyle w:val="ArticleScripture"/>
        <w:jc w:val="left"/>
      </w:pPr>
      <w:r>
        <w:rPr>
          <w:rFonts w:ascii="Times New Roman" w:hAnsi="Times New Roman" w:eastAsia="Times New Roman" w:cs="Times New Roman"/>
        </w:rPr>
        <w:t>Chay runakunaqa, kay plägakunawan mana wañuchisqa kashaspapas, makinkupa rurasqankunamanta mana arrepentikurqankuchu, ama supaykunata yupaychanankupaq, nitaq quri, qolqe, anta, rumi, kaspi ídolokunatapas; chaykunaqa manam rikuyta atinkuchu, nitaq uyariyta, nitaq puriyta. Manataqmi arrepentikurqankuchu wañuchisqankumanta, nitaq layqakayninkumanta, nitaq qhelli huchankumanta, nitaq suwakusqankumanta. Apocalipsis 9:20, 21.</w:t>
      </w:r>
    </w:p>
    <w:p>
      <w:pPr>
        <w:pStyle w:val="ArticleBody"/>
        <w:jc w:val="left"/>
      </w:pPr>
      <w:r>
        <w:rPr>
          <w:rFonts w:ascii="Times New Roman" w:hAnsi="Times New Roman" w:eastAsia="Times New Roman" w:cs="Times New Roman"/>
        </w:rPr>
        <w:t>Qanchis cornētakuna qhepa qanchis llakikuykunata rikch’achinku, chaymanta iskay chunka versículopi cornētakuna llakikuykuna nisqa sutichasqa kanku. Estados Unidosqa dragón, bestia, hinaspa llulla willakuqpa kimsa t’aqapi huk kimsannintaqmi, chayqa domingo kamachiypi soqtaq reino hina wañuchisqa kan. Wañuyninqa llulla yupaychayraykum hamurqan, “makinkupa ruwasqankuna” nisqawan rikch’achisqa, “supaykunata hinaspa qori, qolqe, antamanta, rumimanta hinaspa kaspimanta ídolos” nisqakunata “yupaychay”wan, “wañuchiykunawan”, “layqakuykunawan”, “huachafakuywan” hinaspa “suwaywan”.</w:t>
      </w:r>
    </w:p>
    <w:p>
      <w:pPr>
        <w:pStyle w:val="ArticleBody"/>
        <w:jc w:val="left"/>
      </w:pPr>
      <w:r>
        <w:rPr>
          <w:rFonts w:ascii="Times New Roman" w:hAnsi="Times New Roman" w:eastAsia="Times New Roman" w:cs="Times New Roman"/>
        </w:rPr>
        <w:t>Llulla yupaychay, Intichaw yupaychaywan rikuchisqa, chaymi “imanta” arrepentikunapaq kanan; ichaqa manam arrepentikurqakuchu, chayraykum “ruwasqan ruraynin” kashan ñak’ariywan wañuypas, islam nisqapa langostakunam apamun. Runakunamanta huk kimsa kaqnin, Estados Unidos nisqa, Intichaw yupaychay kamachiypi wañuchisqa kaptinpas, iskay kaq kimsa kaqninkunaqa manam arrepentikunkuchu.</w:t>
      </w:r>
    </w:p>
    <w:p>
      <w:pPr>
        <w:pStyle w:val="ArticleHeading"/>
        <w:jc w:val="left"/>
      </w:pPr>
      <w:r>
        <w:rPr>
          <w:rFonts w:ascii="Arial" w:hAnsi="Arial" w:eastAsia="Arial" w:cs="Arial"/>
        </w:rPr>
        <w:t>Ay! nisqakuna hinaspa Angelkuna</w:t>
      </w:r>
    </w:p>
    <w:p>
      <w:pPr>
        <w:pStyle w:val="ArticleBody"/>
        <w:jc w:val="left"/>
      </w:pPr>
      <w:r>
        <w:rPr>
          <w:rFonts w:ascii="Times New Roman" w:hAnsi="Times New Roman" w:eastAsia="Times New Roman" w:cs="Times New Roman"/>
        </w:rPr>
        <w:t>Ñawpaq kaq iskayniyuq llakikuykunaqa Milleritakunaq historiapi ñawpaq kaq iskayniyuq angelkunamanmi tupanku, chay historiataq pachak tawa chunka tawa waranqa runakunaq historiapin sut’inta hinalla kutimun. Pachak tawa chunka tawa waranqa runakunaq historiantaq kinsa kaq angelpa historiann, chaymi kinsa kaq llakikuywan tupakun. Imaynan Milleritakunaq historiapa unanchankuna pachak tawa chunka tawa waranqa runakunaq historiapin kutimun, chay hinallataq ñawpaq kaq iskayniyuq llakikuykunapa unanchankunapas kinsa kaq angelpa historiapin kutimunqa.</w:t>
      </w:r>
    </w:p>
    <w:p>
      <w:pPr>
        <w:pStyle w:val="ArticleScripture"/>
        <w:jc w:val="left"/>
      </w:pPr>
      <w:r>
        <w:rPr>
          <w:rFonts w:ascii="Times New Roman" w:hAnsi="Times New Roman" w:eastAsia="Times New Roman" w:cs="Times New Roman"/>
        </w:rPr>
        <w:t>“Ñawpaq kaq hinaspa iskay kaq willakuymi qosqa karqan 1843 watapi hinaspa 1844 watapi, kunanqa kimsay kaqpa willakusqan urapi kashanchik; ichaqa llapan kimsantin willakuykunaqa manaraqmi tukuyninchu willakuyta tiyan. Kunanpas, ñawpaq pachakunapi hina, ancha allinmi kutimanta willakuykusqanku cheqaq kayta maskhaqkunaman. Qillqawan hinaspa simiwanmi willakuyta waqyarichinanchik, rikuchispa imayna qatinakusqanta, hinaspa profeciakunapa churakusqanta, chaykunaqmi pusawanchik kimsay ángelpa willakuyninman. Mana atinkuchu kimsay kaqqa kananpaq ñawpaq kaq hinaspa iskay kaq mana kaspaqa. Kay willakuykunataqa qoykuna pacha llapa runakunaman qillqasqakunapi, rimarisqakunapi, profetap historiapa qatayninpi rikuchispa ima kaqkuna karqanku hinaspa ima kaqkuna kanqaku.” Selected Messages, book 2, 104.</w:t>
      </w:r>
    </w:p>
    <w:p>
      <w:pPr>
        <w:pStyle w:val="ArticleBody"/>
        <w:jc w:val="left"/>
      </w:pPr>
      <w:r>
        <w:rPr>
          <w:rFonts w:ascii="Times New Roman" w:hAnsi="Times New Roman" w:eastAsia="Times New Roman" w:cs="Times New Roman"/>
        </w:rPr>
        <w:t>Llamk’ananchikmi profecíata yachaqkuna hina, huk ñiqin angelpa willakuyninta iskay ñiqin angelpa willakuyninwan tantachiy, chaymanta kinsa ñiqin angelpa willakuyninman churananchikpaq. Mana ñawpaq huk willakuywan iskay kaq willakuywanqa, manam kinsa kaq willakuy kanmanchu, imaraykuchus “manam kanchu kinsa kaqqa mana huk ñawpaq kaqwan iskay kaqwanqa.” Kayqa chiqapmi ‘qataq qatapi riy’ nisqapi, imaraykuchus mana kanchu huk ñawpaq kaqpas iskay kaqpas chayqa, kinsa kaqqa cheqaqtapuni huk ñawpaq kaqmi kanman. Chaynallataqmi ‘imayna kasqan’ nisqapipas chiqap, imaraykuchus huk ñawpaq kaqpa hinaspa iskay kaqpa profecía nisqapi rikuchiq señalkunaqa kinsa kaqpa señalkunatam reqsichin. Yupay yupaypiqa manam kanchu kinsa kaqqa mana huk ñawpaq kaqwan iskay kaqwanqa, hinaspa profecíapiqa manam señalninkuna kanchu kinsa ñiqin angelpi, sicha huk ñawpaq kaqpa hinaspa iskay kaqpa señalkuna saqisqa kaptinqa.</w:t>
      </w:r>
    </w:p>
    <w:p>
      <w:pPr>
        <w:pStyle w:val="ArticleScripture"/>
        <w:jc w:val="left"/>
      </w:pPr>
      <w:r>
        <w:rPr>
          <w:rFonts w:ascii="Times New Roman" w:hAnsi="Times New Roman" w:eastAsia="Times New Roman" w:cs="Times New Roman"/>
        </w:rPr>
        <w:t>Diosqa Apocalipsis 14 nisqapi willakuykunaman profeciapa siq’inpi lugar-ninkuta qorqan, hinaspa paykunapa ruwayninqa mana tukunanpaqchu kay hallp’aq historianninqa tukukuyninkama. Ñawpaq kaq hinaspa iskay kaq angelpa willakuyninqa kay pachaqqa sutinchayraqmi, hinaspa kay qatiqninwan kuskan paralelo hina purinanpaqmi. Kinsa kaq angelqa hatun qapariyniyuqmi amonestacionninta willakun. “Chaykunamanta qhipaman,” nispa Juan rimarqan, “huk angeltaqmi hanaq pachamanta uraykamusqanta rikurqani, hatun kallpayuqta, hinaspa kay pachaqa paypa k’anchayninwan achikyachisqa karqan.” Kay achikyachiypiqa, kinsa willakuykunapa llapan k’anchayninmi hukllachasqa kachkan. The 1888 Materials, 803, 804.</w:t>
      </w:r>
    </w:p>
    <w:p>
      <w:pPr>
        <w:pStyle w:val="ArticleBody"/>
        <w:jc w:val="left"/>
      </w:pPr>
      <w:r>
        <w:rPr>
          <w:rFonts w:ascii="Times New Roman" w:hAnsi="Times New Roman" w:eastAsia="Times New Roman" w:cs="Times New Roman"/>
        </w:rPr>
        <w:t>Llamkaykuqa kaymi hinaspa qawachiy “profético historiamanta qatiqpi ima kaqkunachus karqan” Milleritakuna kuyuriyninpi, hinaspa “ima kaqkunachus kanqa” pachak tawar chunka tawa waranqa runakuna kuyuriyninpi.</w:t>
      </w:r>
    </w:p>
    <w:p>
      <w:pPr>
        <w:pStyle w:val="ArticleScripture"/>
        <w:jc w:val="left"/>
      </w:pPr>
      <w:r>
        <w:rPr>
          <w:rFonts w:ascii="Times New Roman" w:hAnsi="Times New Roman" w:eastAsia="Times New Roman" w:cs="Times New Roman"/>
        </w:rPr>
        <w:t>“Señorqa kay pachata huchankunarayku castiganampaqña kachkan. Payqa castiganampaqña kachkanmi religionpi tantakuykunata, qankunaman qosqa k’anchaytawan cheqaq kayta rechazakusqankurayku. Hatun willakuyqa, huk ñiqin, iskay ñiqin, kimsa ñiqin angelkunapa willakuyninkunata huñuspa, pachaman qusqaña kanan. Kaymi llank’ananchikpa aswan llasaq yuyaynin kanan.” The Seventh-day Adventist Bible Commentary, volume 7, 950.</w:t>
      </w:r>
    </w:p>
    <w:p>
      <w:pPr>
        <w:pStyle w:val="ArticleBody"/>
        <w:jc w:val="left"/>
      </w:pPr>
      <w:r>
        <w:rPr>
          <w:rFonts w:ascii="Times New Roman" w:hAnsi="Times New Roman" w:eastAsia="Times New Roman" w:cs="Times New Roman"/>
        </w:rPr>
        <w:t>Ñawpaq angelpa chaynata iskay ñiqin angelpa willakuyninwan huñuyqa, chaymi kay pachata k’anchachin Apocalipsis chunka pusaqniyuq qillqapi angel uraykamuspa. Paymi nirqan: “‘Chaykunamanta qhipaman,’ nispa Juan rimarqan, ‘huk angeltaqmi hanaq pachamanta uraykamusqanta rikurqani, ancha atiyniyuqta, hinaspataq kay pachaqa paypa hatun k’anchayninwan k’anchasqa karqan.’ Kay k’anchariypiqa, kimsa willakuykunapa llapallan k’anchayninmi huñusqa kachkan.” Chay “k’anchariy” nisqawan, “kay pacha” “k’anchasqa” kasqanmanta rimasqaqa, “kimsa willakuykunapa llapallan k’anchaynin huñusqa kaptin” hunt’asqa kan. Sapa siq’iman sapa siqi hina huñunay llamk’ay, chay kimsa willakuykunata, Millerita historiata pachak tawa chunka tawa waranqa runakunapa historiankuwan kikinchaspalla, chay kimsa ayqekuykunawanpas hunt’akuytaqmi.</w:t>
      </w:r>
    </w:p>
    <w:p>
      <w:pPr>
        <w:pStyle w:val="ArticleBody"/>
        <w:jc w:val="left"/>
      </w:pPr>
      <w:r>
        <w:rPr>
          <w:rFonts w:ascii="Times New Roman" w:hAnsi="Times New Roman" w:eastAsia="Times New Roman" w:cs="Times New Roman"/>
        </w:rPr>
        <w:t>Babiloniapa urmaynin, iskay kaq angel willakusqanman hina, manam hukllachasqa kanchu ñawpaq kaq angelpa willakuyninmanta. Ñawpaq kaq angelpa willakuyninmi 1843 watapi Cristopa Iskay Kuti Hamuyninta reqsichirqan, chay willakuy mana hunt’akuptinqa, chay willakuypa rurayninmi protestante iglesiakunapa urmayninta apamurqan. Chay rurayninqa iskay kaq angelmi karqan; imarayku chayqa ñawpaq kaq angelpa pantasqa kasqanmi karqan. Sichus mana ñawpaq kaq angel kanman karqan chayqa, manam Babiloniapa urmaynin kanmanchu karqan iskay kaq angel willakusqanman hina. Ima elementochus imapas imapaq kasqanta hukllacharqan, chayqa “pacha” nisqanmi karqan. Chay “pacha” (1843) mana rikurimuptinmi, chay mana hunt’akuyqa chay “rurayninta” paqarichirqan. Chay “imarayku kasqanqa” pantaymi karqan, mayqintachus kimsa profeciakunata Miller pantasqañam tukukuqninqa 1843 watapi tukukunman nispa yuyasqa karqan. Chay kimsa profecia 1335, 2300, hinaspa 2520 wata nisqakunam Miller yuyarqan Cristopa phuyu patapi hamuyninwan 1843 watapi tukukunanta. May pachachus Miller mana allinta entiendesqan pacha-profeciakuna mana hunt’akurqanku, chaymi protestantekunapaq ñawpaq kaq angelpa willakuyninta qhespichiyta saqinankupaq imarayku kasqanta qusqan, hinaspa iskay kaq angel chayaramurqan. Ñawpaq kaq angelqa “imarayku kasqan” karqan, iskay kaq angeltaq “ruraynin” karqan.</w:t>
      </w:r>
    </w:p>
    <w:p>
      <w:pPr>
        <w:pStyle w:val="ArticleBody"/>
        <w:jc w:val="left"/>
      </w:pPr>
      <w:r>
        <w:rPr>
          <w:rFonts w:ascii="Times New Roman" w:hAnsi="Times New Roman" w:eastAsia="Times New Roman" w:cs="Times New Roman"/>
        </w:rPr>
        <w:t>Punta kaq ñawpaq, iskay kaq angelkunapa willakuyninkuna mana rakisqa kanmanchu, imaraykuchus paykunaqa profetap kasqanman hina pachaqotoywan t’inkisqa kanku. Ñawpaq kaq, iskay kaq llakikuykunapas “pacha” nisqawanmi profetap kasqanman hina t’inkisqa kanku. Ñawpaq llakikuyq pachaqotoynin, pachak pichqa chunka watata ñak’arichiyta reqsichiq, tukukun cheqllapim qallarin iskay kaq llakikuyq pachaqotoynin, kimsa pachak isqun chunka hukniyuq watawan chunka pichqa p’unchayniyuq wañuchiq kaq. Pachaqotoymi ñawpaq kaqwan iskay kaq llakikuyta t’inkin, hinallataq ñawpaq kaqwan iskay kaq angelkunapa willakuyninkunatapas.</w:t>
      </w:r>
    </w:p>
    <w:p>
      <w:pPr>
        <w:pStyle w:val="ArticleBody"/>
        <w:jc w:val="left"/>
      </w:pPr>
      <w:r>
        <w:rPr>
          <w:rFonts w:ascii="Times New Roman" w:hAnsi="Times New Roman" w:eastAsia="Times New Roman" w:cs="Times New Roman"/>
        </w:rPr>
        <w:t>Ñawpaq kaqwan iskay kaq ayqekunapa pacha willakusqankuna hunt’akusqanmi kallpachaq karqan ñawpaq angelpa willakuyninta, hinaspataq Apocalipsis chunka qillqapi angelta uraykachimurqan kay pachata k’ancharinanpaq paypa hatun k’anchayninwan. Ñawpaq angelmanta rimarispa, Hermana White qillqarqan payqa “nisqay karqan, paypa kamachiyninqa kay pachata k’anchariy kasqan paypa hatun k’anchayninwan, hinaspa runata Diospa hamuq phiñakuyninmanta willay kasqan” nispa. Chayqa kikin misiónmi Apocalipsis chunka pusaqniyuq qillqapi kinsa kaq angelpa.</w:t>
      </w:r>
    </w:p>
    <w:p>
      <w:pPr>
        <w:pStyle w:val="ArticleScripture"/>
        <w:jc w:val="left"/>
      </w:pPr>
      <w:r>
        <w:rPr>
          <w:rFonts w:ascii="Times New Roman" w:hAnsi="Times New Roman" w:eastAsia="Times New Roman" w:cs="Times New Roman"/>
        </w:rPr>
        <w:t>“Kimsan angelqa huk ñiqin angelpa willakuynin willakuypi hukllachakuspa llamk’aqqa, tukuy kay pachata hatun k’anchariyninwan k’anchachinanmi. Kaypiqa willakuykuchkanmi huk llank’ayta may hatun, tukuy pachapi mast’arikuq, mana sapa kuti rikusqa atiyniyuq. 1840–44 watakunapi advento kuyuyqa karqan Diospa atiyninpa sumaq rikuchikuynin; ñawpaq angelpa willakuyninqa apasqa karqan kay pachapi llapa misionero estasionkunaman, wakin suyukunapitaq karqan aswan hatun religioso munaychakuy, chayqa mana mayqin llaqtapipas rikukuqchu karqan soqtachunka hukniyuq pachak watayuq Reforma pacha qhipaman; ichaqa kaykunataqa aswan atipananmi chay atiyniyuq kuyuy, kimsan angelpa qhipa waqyay willakuynin uranpi.”</w:t>
      </w:r>
    </w:p>
    <w:p>
      <w:pPr>
        <w:pStyle w:val="ArticleScripture"/>
        <w:jc w:val="left"/>
      </w:pPr>
      <w:r>
        <w:rPr>
          <w:rFonts w:ascii="Times New Roman" w:hAnsi="Times New Roman" w:eastAsia="Times New Roman" w:cs="Times New Roman"/>
        </w:rPr>
        <w:t>“Llamkanqa Pentecostés p’unchaypi ruwasqa kasqanman hina kanqa. Imaynachus ‘ñawpaq para’ qosqa karqa, Espíritu Santo taqyasqa kachkasqanwan evangelio qallariyninpi, ancha chanin muhu wiñariyninpaq, chayhinallataq ‘qhipa para’ qosqa kanqa tukukuyninpi, cosecha puquyninpaq. ‘Chaymanta yachasun, Señor-ta reqsinapaq qatipasun chayqa: lluqsimuyninqa tutamanta hina wakichisqa kachkan; payqa hamunqa ñuqanchisman paraman hina, qhipa para hinataq ñawpaq para hina hallp’aman.’ Oseas 6:3. ‘Siónpa wawanakuna, kusikuychik ari, Señor Diosniykichispi kusisqa kaychik; paymi qosurqankichis ñawpaq parata tupupi, paytaq uraykachimunqankichispaq paraman, ñawpaq paratawan qhipa paratawan.’ Joel 2:23. ‘Qhipa p’unchaykunapi, nispa Dios, Espirituyniymanta taqyasqata ruwarisaq llapa runa aychaman hawanpi.’ ‘Hinaspa kanqa, pipas Señorpa sutinta waqyakuqqa qispichisqa kanqa.’ Hechos 2:17, 21.”</w:t>
      </w:r>
    </w:p>
    <w:p>
      <w:pPr>
        <w:pStyle w:val="ArticleScripture"/>
        <w:jc w:val="left"/>
      </w:pPr>
      <w:r>
        <w:rPr>
          <w:rFonts w:ascii="Times New Roman" w:hAnsi="Times New Roman" w:eastAsia="Times New Roman" w:cs="Times New Roman"/>
        </w:rPr>
        <w:t>“Evangeliopa hatun rurayninqa manam tukunanachu Diospa atiyninpa rikuchikuynin pisiyachisqa kasqanwan, imaynachus qallariyninpi sut’ita qhawachisqa karqa chaymanta pisiyuqwanqa. Profecíakunam, evangeliopa qallariyninpi ñawpaq para jich’asqa kasqanpi hunt’akusqankumanta, yapamanta hunt’akunqa qhipa para jich’asqa kasqanpi, tukukuyninpi. Kaypin kachkan ‘samaykuchiq pacha-kunakuna’, maykunata apóstol Pedro ñawpaqman suyarirqa nispa: ‘Arrepentikuychik, hinallataq tikrakuychik, huchaykichik pichasqa kananpaq, Señorpa kayninqa samaykuchiq pacha-kunakuna hamunankama; paytaq Jesus-ta cachamunqa.’ Hechos 3:19, 20.” The Great Controversy, 611.</w:t>
      </w:r>
    </w:p>
    <w:p>
      <w:pPr>
        <w:pStyle w:val="ArticleBody"/>
        <w:jc w:val="left"/>
      </w:pPr>
      <w:r>
        <w:rPr>
          <w:rFonts w:ascii="Times New Roman" w:hAnsi="Times New Roman" w:eastAsia="Times New Roman" w:cs="Times New Roman"/>
        </w:rPr>
        <w:t>Ñawpaq kaq iskay ñak’ariy willakuykunapa pachan hunt’asqanmi 1840 watapi angelta uraykachirqan kay pachata k’anchariqta hatun k’anchayninwan; chayhinapin ñawpaq angelpa willakuyninta kallpachirqan. Kinsa kaq ñak’ariy willakuypas hunt’asqanmi 9/11 p’unchawpi angelta uraykachirqan kay pachata k’anchariqta hatun k’anchayninwan; chayhinapin kinsa kaq angelpa willakuyninta kallpachirqan. Kay pachapa k’anchariyninqa iskay kuyuykunata huñuspa, huk parallel nisqa rurayninpi—sikiq sikiqman hina—hunt’akun. Kinsa ñak’ariy willakuykunapa willakuyninmi kinsa angelkunapa willakuyninta kallpachan. Paykunaqa iskay siq’ipi awasqa kachkanku; huknin ukhupi, huknintaq hawa lawpi. Kinsa angelkunaqa Diospa llaqtanpa rurananta rikuchinku, paykunapa ruranankutaq kinsa ñak’ariy willakuykunapa hunt’asqanmi kallpachan. Hawa lawqa Islammi, profetiku rurananwan; ukhu lawtaq Cristomi llaqtanpi kachkan—hatun k’anchaypa suyaynin. Chayraykun Judáqa wata-sqa kachkan asnowan Jacobpa profecíanpi, chunka iskay churinkunapa unanchayninmanta qhepa p’unchawkunapi.</w:t>
      </w:r>
    </w:p>
    <w:p>
      <w:pPr>
        <w:pStyle w:val="ArticleScripture"/>
        <w:jc w:val="left"/>
      </w:pPr>
      <w:r>
        <w:rPr>
          <w:rFonts w:ascii="Times New Roman" w:hAnsi="Times New Roman" w:eastAsia="Times New Roman" w:cs="Times New Roman"/>
        </w:rPr>
        <w:t>Hinaspanmi Jacobqa wawaninkunata qayaspa nirqan: Huñunakuychik, qankunaman willanaypaq ima pasasunkichikta qhepa p’unchaykunapi. Huñunakuychik, uyariychik Jacobpa churinkuna; kasuychik Israel taytaykichikta. … Judá, qammi kanki wawqeykikuna yupaychasunkikuq: makiykiqa awqaykikunapa kunkankupi kanqa; taytaykipa wawankuna ñawpaqniykipi qonqorikunkaku. Judáqa leonpa wawanchanmi: hap’iymanta wicharirqanki, churiy. K’umuykurqan, sirikurqan leon hina, machu leon hinapas; ¿pitaq payta hatarichinqa? Varayuq kayqa mana Judámanta anchurinqachu, nitaq kamachiqpas chakinmanta chawpinmanta, Shiloh hamunankama; llaqtakunapa huñunakuyninkupas paymanmi kanqa. Uvas sach’aman watarqan malta burronta, allin akllasqa uvas sach’amanpas china burronpa maltantawan; p’achankunataqa vinopi mayllakurqan, pachan p’istukunatapas uvakunapa yawarninpi. Ñawinkunaqa vinowan puka kanqa, kirunkunapas ñuñuwan yuraq. Génesis 49:1, 2, 8–12.</w:t>
      </w:r>
    </w:p>
    <w:p>
      <w:pPr>
        <w:pStyle w:val="ArticleBody"/>
        <w:jc w:val="left"/>
      </w:pPr>
      <w:r>
        <w:rPr>
          <w:rFonts w:ascii="Times New Roman" w:hAnsi="Times New Roman" w:eastAsia="Times New Roman" w:cs="Times New Roman"/>
        </w:rPr>
        <w:t>Cristoqa Judá ayllumanta Leónmi, payqa p’achankunata yawarwan mayllakusqa, hinaspa “akllasqa uvapa sach’an” nisqami, proféticamente “asnonpa malta wawawan” watasqa kachkan. Kimsa ayqeykunapa hawapi willakuyninqa kimsa angelkunapa ukhupi willakuyninwanmi watasqa kachkan. Ñawpaq angelpas iskayñiqin angelpas kimsañiqin angelwan parallelota purinku, hinaspa ñawpaq ayqeypas iskayñiqin ayqeypas kimsañiqin ayqeywan parallelota purinankum.</w:t>
      </w:r>
    </w:p>
    <w:p>
      <w:pPr>
        <w:pStyle w:val="ArticleHeading"/>
        <w:jc w:val="left"/>
      </w:pPr>
      <w:r>
        <w:rPr>
          <w:rFonts w:ascii="Arial" w:hAnsi="Arial" w:eastAsia="Arial" w:cs="Arial"/>
        </w:rPr>
        <w:t>Llave</w:t>
      </w:r>
    </w:p>
    <w:p>
      <w:pPr>
        <w:pStyle w:val="ArticleBody"/>
        <w:jc w:val="left"/>
      </w:pPr>
      <w:r>
        <w:rPr>
          <w:rFonts w:ascii="Times New Roman" w:hAnsi="Times New Roman" w:eastAsia="Times New Roman" w:cs="Times New Roman"/>
        </w:rPr>
        <w:t>Nínive maqanakuyqa “llave” nisqami, kay pachaman Islampa tutayaynta apamun, Romanokuna Katóliko iglesiapa wañuchiq k’iriynin hampisqa kaptin utqaylla hamuq Domingo kamachikuypi, chaymi Apocalipsis chunka hukniyuqpi allpa chukchuy kasqa, maypichus kimsa kaq llaquy utqaylla chayamun. Chayqa allpa chukchuypa “hora”ninqa chayamun.</w:t>
      </w:r>
    </w:p>
    <w:p>
      <w:pPr>
        <w:pStyle w:val="ArticleScripture"/>
        <w:jc w:val="left"/>
      </w:pPr>
      <w:r>
        <w:rPr>
          <w:rFonts w:ascii="Times New Roman" w:hAnsi="Times New Roman" w:eastAsia="Times New Roman" w:cs="Times New Roman"/>
        </w:rPr>
        <w:t>Chay hora kikillanmi hatun allpa kuyuy karqan, llaqtapa chunka kaqninmanta huknin urmarqan, chay allpa kuyupi qanchis waranqa runakuna wañuchisqa karqanku; puchuq kaqkunataq mancharisqa karqanku, hanaq pacha Diosman hatunchayta qorqanku. Iskay ñak'ariyqa pasañanña; qhaway, kinsa kaq ñak'ariytaq utqayllam hamushan. Apocalipsis 11:13, 14.</w:t>
      </w:r>
    </w:p>
    <w:p>
      <w:pPr>
        <w:pStyle w:val="ArticleBody"/>
        <w:jc w:val="left"/>
      </w:pPr>
      <w:r>
        <w:rPr>
          <w:rFonts w:ascii="Times New Roman" w:hAnsi="Times New Roman" w:eastAsia="Times New Roman" w:cs="Times New Roman"/>
        </w:rPr>
        <w:t>Domingo p’unchaypa kamachikuyninmi qallarin uywaq rikch’ayninpa pruebata pachantin runakunaqpaq, hinaspa Nínive maqanakuyqa llavemi, suqtaq kaq qhapaq suyu atipaynin riqsichinapaq, Tiro llaqtaq warmi q’achun yuyarisqa kasqan hina, takinkunata takiymanta qallarisqanrayku Isaías iskay chunka kimsayuq nisqapi hunt’akusqanman hina. Uywaq rikch’ayninpa pruebanqa chay prueban, mayninpi huk runaq wiñay destino-nin kamachisqa kan; chaypas kamachisqa kashan manaraq gracia p’unchaykuna tukukunankama. Pachantin runakunaqpaq gracia p’unchaykuna tukukun Miguel sayariqtinmi. Apocalipsis chunka kimsañiyuq t’aqapi, chunka iskayniyuqmanta ñawpaqman nisqapi, pachantin runakunaqpaq uywaq rikch’ayninpa pruebaqa rikuchisqa kashan Estados Unidos llaqtapaq uywaq rikch’ayninpa pruebanpi.</w:t>
      </w:r>
    </w:p>
    <w:p>
      <w:pPr>
        <w:pStyle w:val="ArticleScripture"/>
        <w:jc w:val="left"/>
      </w:pPr>
      <w:r>
        <w:rPr>
          <w:rFonts w:ascii="Times New Roman" w:hAnsi="Times New Roman" w:eastAsia="Times New Roman" w:cs="Times New Roman"/>
        </w:rPr>
        <w:t>“América, religiónmanta libertadpa allpan kasqanrayku, Papadohuan hukllawaspa yuyay-sonqota qechch’iyta, hinallataq runakunata llulla samana p’unchayta yupaychanankupaq kallpachaspa, chayqa kay pachapi llapa suyukunapi tiyakuq runakuna paypa rurayninman qatiq pushasqa kanqaku.” Testimonies, volumen 6, 18.</w:t>
      </w:r>
    </w:p>
    <w:p>
      <w:pPr>
        <w:pStyle w:val="ArticleBody"/>
        <w:jc w:val="left"/>
      </w:pPr>
      <w:r>
        <w:rPr>
          <w:rFonts w:ascii="Times New Roman" w:hAnsi="Times New Roman" w:eastAsia="Times New Roman" w:cs="Times New Roman"/>
        </w:rPr>
        <w:t>Kay uywapa tiempunpi Estados Unidos llaqtapi pacha bestiapa lantanun suyataqmi t’aqayta ruwan, hinaspataq sellayta churan Apocalipsis qanchisniyuqpi nisqa pachak tawa chunka tawa waranqa runakunaman; kay uywapa tiempunqa bestiapa lantanunqa llapa pachapaq suyaypiqa sellayta churan Apocalipsis qanchisniyuqpi nisqa hatun achka runa huñuman.</w:t>
      </w:r>
    </w:p>
    <w:p>
      <w:pPr>
        <w:pStyle w:val="ArticleScripture"/>
        <w:jc w:val="left"/>
      </w:pPr>
      <w:r>
        <w:rPr>
          <w:rFonts w:ascii="Times New Roman" w:hAnsi="Times New Roman" w:eastAsia="Times New Roman" w:cs="Times New Roman"/>
        </w:rPr>
        <w:t>“Karumanta nacionkunaqa Estados Unidospa ejemplonta qatipanqum. Payqa ñawpaqman pusashaqtinpas, chayllataq crisisqa llaqtanchikman hamunqa kay pachapi tukuy cheqenkunapi.” Testimonies, volume 6, 395.</w:t>
      </w:r>
    </w:p>
    <w:p>
      <w:pPr>
        <w:pStyle w:val="ArticleBody"/>
        <w:jc w:val="left"/>
      </w:pPr>
      <w:r>
        <w:rPr>
          <w:rFonts w:ascii="Times New Roman" w:hAnsi="Times New Roman" w:eastAsia="Times New Roman" w:cs="Times New Roman"/>
        </w:rPr>
        <w:t>Nineveh maqanakuywan rikuchisqa llaveqa pacha allpapaq imagenmanta pruebay tiempo qallarichkan, chay hinallataq Estados Unidospaq imagenmanta pruebay tiempo tukukuynintapas señalachkan. Nineveh maqanakuywan rikuchisqa huk llaveqa ukhupacha mana tukukuq t’oqota kicharin, chaymanta Islam unu wayq’u hinata apamun, kay pachapi langosta hina rikuchisqa. Chay llaveqa chawpi tutamanta waqyaypa tukukuyninpi, Estados Unidospi kikillan mana tukukuq t’oqota kichariq llavewanmi rikuchisqa, chawpi tutamanta waqyaypa qallariyninpi.</w:t>
      </w:r>
    </w:p>
    <w:p>
      <w:pPr>
        <w:pStyle w:val="ArticleBody"/>
        <w:jc w:val="left"/>
      </w:pPr>
      <w:r>
        <w:rPr>
          <w:rFonts w:ascii="Times New Roman" w:hAnsi="Times New Roman" w:eastAsia="Times New Roman" w:cs="Times New Roman"/>
        </w:rPr>
        <w:t>Estados Unidospi llaviqa Levitico iskay chunka kimsayuqpi rikuchisqa kachkan waqra pututokuna raymihinata, maypichus asnuta kacharinku chaupi tuta waqyay willakuy qallariyninpi. Chay llaviqa muyurichisqa kan Nashvillemanta nina bolakuna chayamunankupaq. Waqra pututokuna raymita, hinallataq Nashvilleman maqanakuyta, maypichus Islam kacharisqa kan, rikuchin Domingo kamachiypi Nínive maqanakuyta.</w:t>
      </w:r>
    </w:p>
    <w:p>
      <w:pPr>
        <w:pStyle w:val="ArticleBody"/>
        <w:jc w:val="left"/>
      </w:pPr>
      <w:r>
        <w:rPr>
          <w:rFonts w:ascii="Times New Roman" w:hAnsi="Times New Roman" w:eastAsia="Times New Roman" w:cs="Times New Roman"/>
        </w:rPr>
        <w:t>Ley dominicalqa “chawpi tutapi” waqyay willakuypa tukukuyninmi, chaypim waqyayqa “sinchi” waqyayman tikran; chay pacha qallariynintaq profecía nisqapa munayninman hina tukukuyninta rikuchinan tiyan. Ñawpaq ñak’ariypi Islamqa Romaq soldadonkunaña ñak’arichinan karqa, paykunaqa Estados Unidos nisqata rikch’achinku, pachak phichqa chunka watakunaq kamachisqan hina. Llaveqa (Nínive maqanakuy) “chawpi tuta” waqyay willakuypa qallariyninta señalan, imaynan trompetakunapa rayminpas señalan hinata. Levítico iskay chunka kimsayuqpiqa trompetakunapa rayminmanta Pentecostéskama chunka phichqa p’unchawkuna kachkan, chaymi Tabernáculos raymipas. Chay chunka phichqa p’unchawkuna, Estados Unidospi animalpa rikch’ayninpa prueban pacha ukhupi, ñawpaq ñak’ariypi pachak phichqa chunka watakuna ñak’arichiywan tupanku. Chunka phichqaqa pachak phichqa chunkamanta diezmo hinam.</w:t>
      </w:r>
    </w:p>
    <w:p>
      <w:pPr>
        <w:pStyle w:val="ArticleBody"/>
        <w:jc w:val="left"/>
      </w:pPr>
      <w:r>
        <w:rPr>
          <w:rFonts w:ascii="Times New Roman" w:hAnsi="Times New Roman" w:eastAsia="Times New Roman" w:cs="Times New Roman"/>
        </w:rPr>
        <w:t>Chunkaq chunka pichqa punchawkunaqa (pachak pichqa chunka watakuna) tukukun kimsa pachak isqun chunka hukniyuq watakunaqa chunka pichqa punchawkunawan qallarinan p’unchaypi. Octubre 22, 1844 p’unchaymantaqa profetapa tiempo manaña ruranapaqchu, chayrayku pachak pichqa chunka watakuna ñak’ariymantaqa Levitico iskay chunka kimsayuqpa chunka pichqa punchawninkunapa unanchanmi, chaykunaqa trompetakunapa rayminwan qallarin, chaymanta pichqa punchaw qhipaman estandartepa oqarisqanwan qatipasqa, chaymanta pichqa punchaw qhipaman Pampachakuy P’unchaypa juicioyninwan qatipasqa, chaymanta pichqa punchaw qhipaman Pentecostés p’unchaypi espiritupa hich’akusqanman.</w:t>
      </w:r>
    </w:p>
    <w:p>
      <w:pPr>
        <w:pStyle w:val="ArticleBody"/>
        <w:jc w:val="left"/>
      </w:pPr>
      <w:r>
        <w:rPr>
          <w:rFonts w:ascii="Times New Roman" w:hAnsi="Times New Roman" w:eastAsia="Times New Roman" w:cs="Times New Roman"/>
        </w:rPr>
        <w:t>Chaypi qallarin “huk hora, huk p’unchay, huk killa, huk wata ima, runakunamanta kimsa kaq rak’in wañuchinankupaq.” “Hora”qa chay hatun allpa kuyuy horam, chaymi Domingo kamachikuy. “P’unchay”qa Señorpa kutichiy p’unchayninmi, Laodicea nisqa Qanchis K’anchay P’unchay Adventista iglesiata Señorpa siminmanta wijch’usqan hina.</w:t>
      </w:r>
    </w:p>
    <w:p>
      <w:pPr>
        <w:pStyle w:val="ArticleScripture"/>
        <w:jc w:val="left"/>
      </w:pPr>
      <w:r>
        <w:rPr>
          <w:rFonts w:ascii="Times New Roman" w:hAnsi="Times New Roman" w:eastAsia="Times New Roman" w:cs="Times New Roman"/>
        </w:rPr>
        <w:t>Paykunaqaqa mana yuyayniyuq nacionmi kanku, paykuna ukhupipas manam ima entiendenqachu. ¡Ama hina kaspa, yachaq kayman chayamunkuyman! ¡Kayta entiendenkuman! ¡Qhipa tukukuyninkuta yuyaykunkuyman! ¿Imaynataq huk runa waranqatan qatiyman, iskaytaq chunka waranqata ayqechiyta atinman, mana qhatachqanku Roca-nin paykunata rantikapti, Señor-taq paykunata wisq’akapuqtin? Paykunapa roca-ninqa manam ñuqanchikpa Roca-ninchik hinañachu, chaytaqa awqanchikkunapas juez hina kanku. Paykunapa uvapa sach’anqa Sodoma-pa uvapa sach’anmantam, Gomorra-pa chakrankunamantataqmi; paykunapa uvankunaqa hiel-pa uvankunam, wayunkunataqmi hayaq. Vino-ninkuqa dragón-kunapa veneno-ninmi, áspid-kunapa sinchi millay venenonmi. ¿Manachu kayqa ñuqawan waqaychasqa kashan, qori qollqeykunawan sella-sqa hina wisq’asqa? Ñuqapaqmi venganzaqa, kutichiyqa; chakinkutaq tiemponpi llusp’inqa; imaraykuchus paykunapa desgracia p’unchayninqa qayllañam, hinaspa paykunaman hamuqkunaqa usqhayllam hamushanku. Señorqa llaqtanta juzganqa, sirviente-ninkunamantaq sonqonta llamp’uyachinqa, kallpankuta tukukusqata rikuspataq, mana pipas wisq’asqa, mana pipas saqesqa kaptin. Hinaspataq ninqa: “Maypitaq diosninkukuna? maypitaq roca-ninku, maypichus paykuna confiasqaku?” Deuteronomio 32:28–37.</w:t>
      </w:r>
    </w:p>
    <w:p>
      <w:pPr>
        <w:pStyle w:val="ArticleBody"/>
        <w:jc w:val="left"/>
      </w:pPr>
      <w:r>
        <w:rPr>
          <w:rFonts w:ascii="Times New Roman" w:hAnsi="Times New Roman" w:eastAsia="Times New Roman" w:cs="Times New Roman"/>
        </w:rPr>
        <w:t>Pachakuypa “hora”nqa paykunapa llaquy p’unchayninmi. Chayqa Adventismo ukhupi kaqkunapa juzgamientonmi, qhipa p’unchaykunapi mirachisqa yachaymanta mana entiendenakuyniyuq kaqkunapa. Paykunaqa wasinkuta sayarichinankupaq llullaq rumi akllakusqanku, ichaqa cheqaqtapuni paykunapa ruminqa aqullam.</w:t>
      </w:r>
    </w:p>
    <w:p>
      <w:pPr>
        <w:pStyle w:val="ArticleScripture"/>
        <w:jc w:val="left"/>
      </w:pPr>
      <w:r>
        <w:rPr>
          <w:rFonts w:ascii="Times New Roman" w:hAnsi="Times New Roman" w:eastAsia="Times New Roman" w:cs="Times New Roman"/>
        </w:rPr>
        <w:t>“Willakuy hamunña: mana imapas yaykunanpaq saqesqa kananchu, iñiypa cimientonta chinkachinampaq, maymanchus ñuqanchik hatarichkarqanchik, willakuy hamusqanmantapacha 1842, 1843, hinaspa 1844 watakunapi. Ñuqaqa kay willakuypin karqani, chaymanta kaykamaqa kay pachapa ñawpaqenpi sayashani, cheqaq kachkanikunata Dios qosqanchikman hina. Mana munaykuchu chakichikta hurquyta chay plataformamanta maypichus churakusqa karqan, sapa p’unchaw Señor-ta maskhaspa tukuy sonqowan mañakuywan, k’anchayta maskhaspa. ¿Yuyankichu ñuqa saqeymanchu Dios qosqawan k’anchayta? Chayqa wiñay Rumi hina kanan. Churasqa kasqanmantapacha pusamushawan.” Review and Herald, April 14, 1903.</w:t>
      </w:r>
    </w:p>
    <w:p>
      <w:pPr>
        <w:pStyle w:val="ArticleBody"/>
        <w:jc w:val="left"/>
      </w:pPr>
      <w:r>
        <w:rPr>
          <w:rFonts w:ascii="Times New Roman" w:hAnsi="Times New Roman" w:eastAsia="Times New Roman" w:cs="Times New Roman"/>
        </w:rPr>
        <w:t>“Killa” nisqaqa ñawpaq killata reqsichin.</w:t>
      </w:r>
    </w:p>
    <w:p>
      <w:pPr>
        <w:pStyle w:val="ArticleScripture"/>
        <w:jc w:val="left"/>
      </w:pPr>
      <w:r>
        <w:rPr>
          <w:rFonts w:ascii="Times New Roman" w:hAnsi="Times New Roman" w:eastAsia="Times New Roman" w:cs="Times New Roman"/>
        </w:rPr>
        <w:t>Chayqa hina, Sionpa wawan-kuna, kusikuychik, hinaspa kusisqa kaychik Señor Diosniykichikpi; paymi qorqasunkichik ñawpaq para-ta tupusqa hina, hinaspa uraykachimunqasunkichik para-ta, ñawpaq para-ta, qhipa para-tawan, qallariy killapi. Hinaspa trillana pampakuna trigo-wan hunt’aqmi kanqa, hinaspa lagarkuna vinowan, aceituwanpas phutuykachanqaku. Hinaspa kutichipusqaykichikmi langostakuna mikhusqan watakuna-ta, k’uru-kuna-ta, lliklla k’uru-ta, sach’a p’anqa mikhuk k’uru-tawan, hatun soldadoyniy-ta, qankuna ukhupi cachamusqay-ta. Hinaspa achka mikhunkichik, saksasqa kanqankichik, hinaspa alabankichikmi Señor Diosniykichikpa sutin-ta, qankunawan musphaypaq ruraykuna rurasqanrayku; hinaspa llaqtayqa mana hayk’aqpas p’enqakuqchu kanqa. Hinaspa yachankichikmi Israelpa chawpinpi kasqay-ta, hinaspa noqa Señor Diosniykichik kasqay-ta, mana hukpas kasqanta; hinaspa llaqtayqa mana hayk’aqpas p’enqakuqchu kanqa. Joel 2:23–27.</w:t>
      </w:r>
    </w:p>
    <w:p>
      <w:pPr>
        <w:pStyle w:val="ArticleBody"/>
        <w:jc w:val="left"/>
      </w:pPr>
      <w:r>
        <w:rPr>
          <w:rFonts w:ascii="Times New Roman" w:hAnsi="Times New Roman" w:eastAsia="Times New Roman" w:cs="Times New Roman"/>
        </w:rPr>
        <w:t>Ley Dominicalpa “hora”ninqa chaypi, kinsa ñak’ariypa Islamqa mana suyashqa hina qhaparimun, hinaspa Laodicea nisqa Adventismom qollqepaq rumipi atiniykuptinkuqa p’enqakusqaña kashanku. Chay pachapi, ñawpaq killapi, qhepa paraqa huk ch’uyanchasqa llaqtamanmi t’aqwisqa kachkan. Chaymantaqa Estados Unidos wañuchisqa kachkan, Nashvillemanta ñak’ariy qhepataraq. Chay ñak’ariy, llaqtakunapa thuñichisqan kaspa, qallarin; hinaspa Ley Dominicalpa horanpiqa Estados Unidos tukukun (wañuchisqa kachkan) Bibliapa willakusqanpi soqta kaq kamachiy hina, chaymanta animalpa rikch’ayninpaq pruebapa pacha kay pachapaq yaykuchispa, pusaq kaq kamachiy tukukuyninman chayanan kama, mana pipas yanapananpaq kaspa (wañuchisqa kachkan).</w:t>
      </w:r>
    </w:p>
    <w:p>
      <w:pPr>
        <w:pStyle w:val="ArticleHeading"/>
        <w:jc w:val="left"/>
      </w:pPr>
      <w:r>
        <w:rPr>
          <w:rFonts w:ascii="Arial" w:hAnsi="Arial" w:eastAsia="Arial" w:cs="Arial"/>
        </w:rPr>
        <w:t>Éufrates</w:t>
      </w:r>
    </w:p>
    <w:p>
      <w:pPr>
        <w:pStyle w:val="ArticleBody"/>
        <w:jc w:val="left"/>
      </w:pPr>
      <w:r>
        <w:rPr>
          <w:rFonts w:ascii="Times New Roman" w:hAnsi="Times New Roman" w:eastAsia="Times New Roman" w:cs="Times New Roman"/>
        </w:rPr>
        <w:t>Éufrates mayuqa Islamwan simbólicamente t’inkisqa kachkan, hinallataq Éufrates ninan kaymi: “ruruyuq, utaq lloqsimuy.” Iskay kaq ay phutiypi, Éufratespi watasqa tawa wayrakuna kacharichisqa kanku.</w:t>
      </w:r>
    </w:p>
    <w:p>
      <w:pPr>
        <w:pStyle w:val="ArticleScripture"/>
        <w:jc w:val="left"/>
      </w:pPr>
      <w:r>
        <w:rPr>
          <w:rFonts w:ascii="Times New Roman" w:hAnsi="Times New Roman" w:eastAsia="Times New Roman" w:cs="Times New Roman"/>
        </w:rPr>
        <w:t>Hinaspanqa suqta kaq angelta waqra trompetanta waqachirqan, chaymi uyarisqani huk simita Diospa ñawpaqninpi kaq quri altarpa tawa waqranmanta, kaynata nispa trompetayuq suqta kaq angelman: Kachariy hatun Éufrates mayupi watasqa tawa angelkunata, nispa. Hinaspan chay tawa angelkuna kacharisqa karqanku, huk horaqpaq, huk p’unchawpaq, huk killapaq, huk watapaqpas wakichisqa, runakunamanta kimsa chunka huknin kaqta wañuchinankupaq. Apocalipsis 9:13–15.</w:t>
      </w:r>
    </w:p>
    <w:p>
      <w:pPr>
        <w:pStyle w:val="ArticleBody"/>
        <w:jc w:val="left"/>
      </w:pPr>
      <w:r>
        <w:rPr>
          <w:rFonts w:ascii="Times New Roman" w:hAnsi="Times New Roman" w:eastAsia="Times New Roman" w:cs="Times New Roman"/>
        </w:rPr>
        <w:t>Éufrates mayuqa sutinchasqa Hallp’a Prometisqapa inti lloqsimuy lado linderninta rikuchirqan, hinaspata Islamqa profecíapi “inti lloqsimuqpa wawankuna” nisqami. Paykunapa profética característicankuqa hark’asqa kasqankumanta hinaspa cacharisqa kasqankumantam; chayqa qallarin Hagarqa Sarapaq hark’asqa kasqanwan.</w:t>
      </w:r>
    </w:p>
    <w:p>
      <w:pPr>
        <w:pStyle w:val="ArticleScripture"/>
        <w:jc w:val="left"/>
      </w:pPr>
      <w:r>
        <w:rPr>
          <w:rFonts w:ascii="Times New Roman" w:hAnsi="Times New Roman" w:eastAsia="Times New Roman" w:cs="Times New Roman"/>
        </w:rPr>
        <w:t>Diosmi nirqan: Warmiyki Sara cheqaqtapuni huk churi qanta wachisunki; sutintataq Isaac nispa churanki. Paywanmi rimanakuyniyta wiñaypaq rimanakuyta sayachisaq, paypa mirayninwanpas qhepantaraq. Ismaelmantaqa uyarisqaykin: Qhawariy, ñam payta bendecisqani, achka mirayniyuqta ruwasaq, ancha-achkataq mirachisaq; chunka iskayniyuq kamachiqkunata paqarichinqa, hinaspataq hatun suyuta paymanta ruwasaq. Génesis 17:19, 20.</w:t>
      </w:r>
    </w:p>
    <w:p>
      <w:pPr>
        <w:pStyle w:val="ArticleBody"/>
        <w:jc w:val="left"/>
      </w:pPr>
      <w:r>
        <w:rPr>
          <w:rFonts w:ascii="Times New Roman" w:hAnsi="Times New Roman" w:eastAsia="Times New Roman" w:cs="Times New Roman"/>
        </w:rPr>
        <w:t>Ismaelqa rurasqa karqa achka ruwayniyuq kananpaq, hinaspapas Éufrates sutipa ninanqa “achka ruwayniyuq” ninanmi. Ñawpaq “ay” nisqapa ñak’ariyninmanta pachak pichqa chunka watayuq profecía tukukuyninpi, “huk hora, huk p’unchaw, huk killa, huk wata” nisqa profecía qallarikurqa Islam nisqa cacharisqa kasqanrayku runakunamanta kimsa rak’iqmanta hukninta wañuchinampaq. Inti p’unchaw kamachikuypi Bibliapa profecíankunapi soqtayuq qhapaq suyu wañuchisqa kachkan, hinaspapas chayqa kunan pacha Roma-manta kimsa rak’iqmanta hukninmi. Islamqa hark’asqa kachkarqa agosto 11, 1840 p’unchawpi, ñawpaq angelpa willakuynin kallpachasqa kasqanpi; hinaspapas cacharisqa karqa kimsayuq angelpa willakuynin kallpachasqa kasqanpi 9/11 p’unchawpi.</w:t>
      </w:r>
    </w:p>
    <w:p>
      <w:pPr>
        <w:pStyle w:val="ArticleBody"/>
        <w:jc w:val="left"/>
      </w:pPr>
      <w:r>
        <w:rPr>
          <w:rFonts w:ascii="Times New Roman" w:hAnsi="Times New Roman" w:eastAsia="Times New Roman" w:cs="Times New Roman"/>
        </w:rPr>
        <w:t>9/11 punchawpi, pachak tawa chunka tawa waranqa akllasqakunapa siñalasqan qallarisqa, wañusqakunapa taripakuynin tukukuptin, kawsaqkunapa taripakuynintaq qallariqtin. Kimsa kaq ay paqarichisqan Islam 9/11 punchawpi kacharipusqa kaspan, siñalasqa pacha ukhupi chaylla hark’asqa karqa.</w:t>
      </w:r>
    </w:p>
    <w:p>
      <w:pPr>
        <w:pStyle w:val="ArticleScripture"/>
        <w:jc w:val="left"/>
      </w:pPr>
      <w:r>
        <w:rPr>
          <w:rFonts w:ascii="Times New Roman" w:hAnsi="Times New Roman" w:eastAsia="Times New Roman" w:cs="Times New Roman"/>
        </w:rPr>
        <w:t>“Kay qhawayqa 1847 watapi qorqasqa karqan, chay p’unchaykunapi Anqlliypaq wawqikuna Sabbath p’unchayta waqaychaqkuna ancha pisillaraq kashaqtin; chaykunamantapas pisillaqmi yuyarqanku, chayta waqaychasqankuqa Diospa llaqtanwan mana iñiqkunawan t’aqanakunapaq hina allin chaniyoq kasqanta. Kunanqa chay qhawaypa hunt’asqan rikurispa qallarinña. ‘Chay sasachakuy pacha qallariynin,’ kaypi rimarisqa, manan chay plaga-kuna hich’ayta qallarinanku pachamanta rimanchu, aswanqa huk pisi pacha ñawpaqninpi, manaraq hich’asqa kashaqtin, Cristoqa santuario ukhupi kashaqtin. Chay pachapi, salvación llamk’ay tukukuypi kashaqtin, kay pachaman sasachakuy hamunqa, nacionkunapas phiñakunqaku, ichaqa hark’asqa kashaqmi kankaq, kinsa kaq angelpa llamk’ayninta ama hark’anankupaq. Chay pachallataqmi ‘qhipa para,’ utaq Señorpa qayllanmanta samaykuchiq hamunqa, kinsa kaq angelpa sinchi qapariyninman atiyta qonampaq, hinaspa santo-kunata wakichinampaq, qanchis qhipa plaga-kuna hich’asqa kanan pachapi sayarinankupaq.” Early Writings, 85.</w:t>
      </w:r>
    </w:p>
    <w:p>
      <w:pPr>
        <w:pStyle w:val="ArticleBody"/>
        <w:jc w:val="left"/>
      </w:pPr>
      <w:r>
        <w:rPr>
          <w:rFonts w:ascii="Times New Roman" w:hAnsi="Times New Roman" w:eastAsia="Times New Roman" w:cs="Times New Roman"/>
        </w:rPr>
        <w:t>“Pisi p’unchawkuna” nirqan tiempoqa, gracia tukukuyman pusaj, chay pacham Cristo santuario ukhupi kashan “salvacionpa ruwayninta” “wisq’aykuspa.”</w:t>
      </w:r>
    </w:p>
    <w:p>
      <w:pPr>
        <w:pStyle w:val="ArticleScripture"/>
        <w:jc w:val="left"/>
      </w:pPr>
      <w:r>
        <w:rPr>
          <w:rFonts w:ascii="Times New Roman" w:hAnsi="Times New Roman" w:eastAsia="Times New Roman" w:cs="Times New Roman"/>
        </w:rPr>
        <w:t>“Unancha simipi, mayqanchaqmi karqan Cristoq sacrificionninpa hinaspa sacerdocionninpa llantun, santuarioq pichayninqa karqan sapa wata rurana serviciokunapi hatun sacerdotepa qhipa serviciom. Chayqa karqan allinchasqa kachariyninpa tukukuq ruranan—Israelmanta huchaq hurquynin utaq chinkachiy. Chaymi ñawpaqman rikuchirqan hanaq pachapi Hatun Sacerdotenchikpa serviciopin tukukuq rurananta, paypa llaqtanpa huchankunata hurquspi utaq pichaspa chinkachispa, mayqenkunachus hanaq pacha qillqasqa rikch’ayninkunapi qillqasqa kashan. Kay servicioqa hap’in huk tapuy llank’ayta, huk juicio llank’ayta; hinaspan chaylla ñawpaqman purin Cristoq hamuyninta hanaq pacha phuyukunapi kallpawan hatun k’anchaywan; imaraykuchus pay hamuspan, sapanka casonña juzgasqa kashan. Jesús nin: ‘Premioymi ñoqawan kashan, sapankaman qonaypaq imaynatachus rurasqanman hina.’ Apocalipsis 22:12. Kaymi juicio ruranan, iskay kaq hamuyman chaylla ñawpaqpi, willasqa kashan Apocalipsis 14:7 nisqapi ñawpaq angelpa mensajenpi: ‘Diosta manchaychis, payman k’anchayta qoychis; imaraykuchus juicioyninpa horan chayamunña.’” The Great Controversy, 352.</w:t>
      </w:r>
    </w:p>
    <w:p>
      <w:pPr>
        <w:pStyle w:val="ArticleBody"/>
        <w:jc w:val="left"/>
      </w:pPr>
      <w:r>
        <w:rPr>
          <w:rFonts w:ascii="Times New Roman" w:hAnsi="Times New Roman" w:eastAsia="Times New Roman" w:cs="Times New Roman"/>
        </w:rPr>
        <w:t>“Paypa llaqtanpa huchankunata pichay”qa kawsak runakunapa taripayninpi pasan.</w:t>
      </w:r>
    </w:p>
    <w:p>
      <w:pPr>
        <w:pStyle w:val="ArticleScripture"/>
        <w:jc w:val="left"/>
      </w:pPr>
      <w:r>
        <w:rPr>
          <w:rFonts w:ascii="Times New Roman" w:hAnsi="Times New Roman" w:eastAsia="Times New Roman" w:cs="Times New Roman"/>
        </w:rPr>
        <w:t>Chhayraychis, chayrayku, kutirikuychis, huchaykichis pichasqa kananpaq, Señorpa qayllanmanta samachikuypa pacha hamunankama; hinaspa payqa Jesus Cristota cachamunqa, mayqintachus ñawpaqmantapacha qankunaman willasqasqa karqa: paytam hanaq pacha chaskinan tiyan llapa imakunapa kutichisqa kanan pacha chayamunankama, chaykunatam Dios rimarqa tukuy santu profetankunapa siminwan, kay pachaq qallariyninmantapacha. Hechos 3:19–21.</w:t>
      </w:r>
    </w:p>
    <w:p>
      <w:pPr>
        <w:pStyle w:val="ArticleBody"/>
        <w:jc w:val="left"/>
      </w:pPr>
      <w:r>
        <w:rPr>
          <w:rFonts w:ascii="Times New Roman" w:hAnsi="Times New Roman" w:eastAsia="Times New Roman" w:cs="Times New Roman"/>
        </w:rPr>
        <w:t>Arrepentikunapaqqa, huk runaqa kawsaypi kananmi; kaypi Pedro rimashqan arrepentikuytataq hunt’asqa kayninpi pasaytaq “samachikuq hamuqtinmi”. Samaypas, samachikuypas qhipa para kanku, chaymi qallarisqa Apocalipsis chunka pusaqniyoqpi atiyniyoq angil uraykamuspa kay pachata paypa hatun k’anchayninwan qhanchachisqan p’unchaypi. Chay atiyniyoq angilqa kikinmi karqan Agosto 11, 1840 p’unchaypa ñawpaq angilninqa, Islam nisqa hark’asqa kaptin uraykamusqan; hinaspataq chay angilqa karqan “manam pisillachu Jesuscristo kikinmanta”. “Samachikuy” hinallataq “llapa imakuna kutichisqa kanan pacha” qallarin Islam nisqa cacharichisqa kaspa nacionkunata phiñachinapaq, chaymantataq hark’asqa kaspa pachak tawa chunka tawa waranqa sellasqa kananankama. 9/11 señalanmi samachikuypa, samaypa pachankunata, chay qhipa parata; hinaspataq señalanmi “llapa imakuna kutichisqa kanan pacha” periodotapas. Kutichisqa kaqqa iglesiami, mayqinchus 1863 watapi hatarikuymanta pacha iglesia guerrera kasqa, ichaqa pachak tawa chunka tawa waranqapa sellasqa kay tiemponpi iglesia triunfante tukungqa.</w:t>
      </w:r>
    </w:p>
    <w:p>
      <w:pPr>
        <w:pStyle w:val="ArticleBody"/>
        <w:jc w:val="left"/>
      </w:pPr>
      <w:r>
        <w:rPr>
          <w:rFonts w:ascii="Times New Roman" w:hAnsi="Times New Roman" w:eastAsia="Times New Roman" w:cs="Times New Roman"/>
        </w:rPr>
        <w:t>Iglesia guerrapiqqa trigota qura-kunawan chaqrusqa kashan, iglesiataq atipaqqa Pentecostespak ñawpaq rurupaq trigota haywarikusqanm. 9/11 karqa ñawpaq kutin Balaam asnonta maqasqan, hinaspataq Balaamqa (Estados Unidos) mana suyakuypi atacusqa kasqan qhepaman huknin pachantinpi terrorismopaq contra guerrata qallarin. Balaampa asnonqa kimsa ay-kunata sut’inchan, chaykunaqa kimsayuq ayta hunt’achinku, hinaspataq kimsa angelkunapa willakuyninkunawan kuska-purinku. Chayrayku kimsa aykunaqa profecía nisqapi kamachisqa kanku kimsa angelkunapa kimsa puriyninkunaq kimsa patankunawan. Kayrayku iskay ñiqin kutin Balaam asnonta maqaptinqa iskaychasqa hina kashan, imaynan siempre iskay ñiqin patapi kasqan hina. Ñawpaq ñawpa literal uvas chakra-kunapa chawpinta, kunan pacha espiritual k’anchaq allpa uvas chakra-kunapa chawpintataq, Islamqa Israelta maqariq Octubre 7, 2023 p’unchawpi, hinaspataq chaylla Gazapa hawanpi hark’ay churakusqa karqa, chaymantaq Islamqa Nashvilleta maqanan.</w:t>
      </w:r>
    </w:p>
    <w:p>
      <w:pPr>
        <w:pStyle w:val="ArticleBody"/>
        <w:jc w:val="left"/>
      </w:pPr>
      <w:r>
        <w:rPr>
          <w:rFonts w:ascii="Times New Roman" w:hAnsi="Times New Roman" w:eastAsia="Times New Roman" w:cs="Times New Roman"/>
        </w:rPr>
        <w:t>Nashville llaqtapi huelgaqa iskay mana yuyasqa maqanakuykunamanta iskayñiqinmi, Balaampa qhawarisqanpi uvas chakra-kunapa chawpinpi rikurisqan. Nashvilleqa proféticopi waymarkmi, chaypi chawpi tuta qapariy willakuyqa iskay kaq angelpa willakuyninwan huñunakun. Chawpi tuta qapariy willakuyqa qallarin, Cristoq iskay discipulonkuna, (iskay kaq angelpa willakuyninta rikch’achiqkuna) asnuta paskanku triunfal yaykuypa qallariyninpi. Chay procesiónqa tukukuyninpi cruzmanmi pusaykun, chayqa qaylla hamuq domingo kamachikuy terremotota rikch’achin, chaypi Roma llump’a warmiqa Bibliapi profecía nisqapa soqta kaq reino-ta atipan, Estados Unidospa historiankunapi qonqapusqa kasqan qhipaman.</w:t>
      </w:r>
    </w:p>
    <w:p>
      <w:pPr>
        <w:pStyle w:val="ArticleBody"/>
        <w:jc w:val="left"/>
      </w:pPr>
      <w:r>
        <w:rPr>
          <w:rFonts w:ascii="Times New Roman" w:hAnsi="Times New Roman" w:eastAsia="Times New Roman" w:cs="Times New Roman"/>
        </w:rPr>
        <w:t>Domingo kamachiy paqarisqanpi qharichakuq warmi takinkunata takiymanta qallarispaqa, Ninive maqanakuyqa yapamanta rurasqa kanqa, hinallataq llaveqa muyuchisqa kanqa, chaymi kay pachapi bestiapa rikchayninmanta prueba pacha kichakusqanta señalan. Ninive maqanakuyqa chawpi tuta qapariy willakuypa tukukuyninmi, chaymantaq kimsañiqin angelpa hatun qapariyninman tukurin. Chay pachapa qallariyninqa, Nashvillepa mana suyaska maqanakuywan señalasqa kaq, Ninive maqanakuywanpas ñawpaqman rikuchisqa kanqa; Jesúsqa, Alfa hinataq Omega hina kaspa, tukukuyninta qallariyninwan sapa kutin rikuchin. Nashvillepi maqanakuyqa, profecía nisqapa munasqanrayku, Romaq Persiapaq atipayninpa imakunata apamunqa, chaymi Islamqa kay pachata tutayaywan hunt’achinampaq saqenqa. Donald Trumpqa Romaq rikchayninpa unanchanmi, chayrayku payqa Nashville maqaywan tupaq Ninive maqanakupi atipanqa, ichaqa Islampa unu hina lluqsimuq llumpay ayqenanta hark’anampaq kallpanqa pisiyasqa kanqa.</w:t>
      </w:r>
    </w:p>
    <w:p>
      <w:pPr>
        <w:pStyle w:val="ArticleBody"/>
        <w:jc w:val="left"/>
      </w:pPr>
      <w:r>
        <w:rPr>
          <w:rFonts w:ascii="Times New Roman" w:hAnsi="Times New Roman" w:eastAsia="Times New Roman" w:cs="Times New Roman"/>
        </w:rPr>
        <w:t>Maqanakuyta Ronald Reagan 1989 watapi atipayta atipanqa, chayqa huk chiri awqanakuymi karqan, iskay kaq Hatun Awqanakuy tukukuyninpi qallarisqa. Trump-pa chiri awqanakuyqa Paniumpi maqanakuymi, hinaspan Pusaq kimsayuq kaq Hatun Awqanakuyman pusamun Domingo p’unchay kamachiypi, chaymi Actiumpi maqanakuyninwan hinallataq Ninevépi maqanakuyninwan rikuchisqa karqan. Trump-pa chiri awqanakuy, Paniumpi maqanakuyninwan rikuchisqa, pusamun Constitución ukhupi iglesiatawan estadotawan t’aqanakunapa “muru” urmachiyta, imaynachus Berlín llaqtapa “muru” 1989 watapi urmachisqa karqan hina.</w:t>
      </w:r>
    </w:p>
    <w:p>
      <w:pPr>
        <w:pStyle w:val="ArticleBody"/>
        <w:jc w:val="left"/>
      </w:pPr>
      <w:r>
        <w:rPr>
          <w:rFonts w:ascii="Times New Roman" w:hAnsi="Times New Roman" w:eastAsia="Times New Roman" w:cs="Times New Roman"/>
        </w:rPr>
        <w:t>Nashvilleqa rikuchin Balaampa asnunta Balaampa chakinta pirqaman ñit’ispa ñak’arichisqan punkuta; chayhinataq pirqapi huk mana puriy atiy ñak’ariyta reqsichin. Chawpi tuta waqyasqa pacha qallarin huk ruwaywan, Constituciónpi t’aqasqa pirqa hina churasqa hark’akuyta takarispa; chaymi sallqa uywapa rikch’ayninta sayarichiy qallarikuyninta señalan, huk willakuy unanchawan, mayqinchus sallqa uywapa rikch’ayninta sayarichiy tukukuynipi t’aqasqa pirqata urmachiyta rikch’achin. Donald Trumpqa profecía hinan rimarinqa huk kamachiq orden ejecutivowan, mayqinchus domingo kamachiypi rimayta rikch’achin, 1798 watapi Alien and Sedition Acts nisqawan rikch’achisqa hina. Chaypim atipanqa Partido Demócrata ukupi kaq globalistakunata, hinallataq Partido Republicano ukupi kaq RINO globalistakuna masinkunatapas. Persiawan rikch’achisqa awqankunapa contran Nineveh maqanakuypi atipayninqa iskaynin lado político guerra ukupi kaqkunata kallpankumanta pisiyachisqa saqenqa, Islampa langosta hina mast’arikuqkunata hallp’api mast’arikuyta hark’anankupaq munasqa kallpata manaña charinankupaq. Trumpa ñit’isqa chakinqa chawpi tuta waqyasqa willakuy qallarikuynipi kaq pirqam, mayqinchus tukukuynipi kaq pirqakama pusayta rurun.</w:t>
      </w:r>
    </w:p>
    <w:p>
      <w:pPr>
        <w:pStyle w:val="ArticleBody"/>
        <w:jc w:val="left"/>
      </w:pPr>
      <w:r>
        <w:rPr>
          <w:rFonts w:ascii="Times New Roman" w:hAnsi="Times New Roman" w:eastAsia="Times New Roman" w:cs="Times New Roman"/>
        </w:rPr>
        <w:t>Qatiq qillqasqapi kay kimsa ñak’ariykunamanta yuyaychakuyta qhipa qillqapiqa qatiqllasunchik.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Chunka Pisqayuqq Mitaq Pakaq Willakuy — Chunka Tawa Yupayniyuq</dc:title>
  <dc:subject>Iskay ñak'ariy — Huk kaqnin</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