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Chusku chunka yupayniyuq qillqapa pakasqa willakuynin - qanchis chunka hukniyuq yupay</w:t>
      </w:r>
    </w:p>
    <w:p>
      <w:pPr>
        <w:pStyle w:val="ArticleSubtitle"/>
        <w:jc w:val="left"/>
      </w:pPr>
      <w:r>
        <w:rPr>
          <w:rFonts w:ascii="Arial" w:hAnsi="Arial" w:eastAsia="Arial" w:cs="Arial"/>
        </w:rPr>
        <w:t>Iskay Ñak'ariy — Tawa kaqnin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hinallataq 637</w:t>
      </w:r>
    </w:p>
    <w:p>
      <w:pPr>
        <w:pStyle w:val="ArticleBody"/>
        <w:jc w:val="left"/>
      </w:pPr>
      <w:r>
        <w:rPr>
          <w:rFonts w:ascii="Times New Roman" w:hAnsi="Times New Roman" w:eastAsia="Times New Roman" w:cs="Times New Roman"/>
        </w:rPr>
        <w:t>Uq “llave” ukaxa manqha p’iya jist’iriwa Nínive ch’axwäwi, ukaxa phuqhasi 627 marana, Muhammadax 632 maran jiwki ukat phisqa mara nayraqata. Phisqa mara qhiparu, 637 maranxa, musulmán ch’amani tamanakaxa Persia markan jilïr marka apnaqäwipa katuntapxäna, pä jach’a superpotencianakat maynïri, khitinakatejj Nínive ch’axwäwin mantapkäna ukanakaru. Aka luräwixa wali jach’añchatawa ch’am balansiru Inti Jalanta Uraqin mayjt’ayañataki. Nínive ch’axwäwixa 627 maranxa Persia Imperion ch’amapa aynacht’ayäna, tunka mara qhiparusti Persia Imperio tukusxäna.</w:t>
      </w:r>
    </w:p>
    <w:p>
      <w:pPr>
        <w:pStyle w:val="ArticleHeading"/>
        <w:jc w:val="left"/>
      </w:pPr>
      <w:r>
        <w:rPr>
          <w:rFonts w:ascii="Arial" w:hAnsi="Arial" w:eastAsia="Arial" w:cs="Arial"/>
        </w:rPr>
        <w:t>P’inqachisqa—782</w:t>
      </w:r>
    </w:p>
    <w:p>
      <w:pPr>
        <w:pStyle w:val="ArticleBody"/>
        <w:jc w:val="left"/>
      </w:pPr>
      <w:r>
        <w:rPr>
          <w:rFonts w:ascii="Times New Roman" w:hAnsi="Times New Roman" w:eastAsia="Times New Roman" w:cs="Times New Roman"/>
        </w:rPr>
        <w:t>Muhammadpa wañusqanmantapas 632 watapi pachak pichqa chunka watakuna qhipaman, 782 watapi Abbasiyakunapa Awqanakuy pi, Abbasiyakunapa ejerciton (nisqamanhina 95,000 qharikuna muyuriq) hatun yaykuyta qallarisqa Bizantinokunapa hallp’ankuman Asia Minorpi (kunan p’unchaw Turquía). Paykuna ñawpaqman rispanku Chrysopolis kama chayarqanku, Bosporus qochapa chimpanpi Constantinopla llaqtapa chiqan ñawpaqninpi—hinaptinpas ancha qayllaykamaraq Bizantinokunapa uma llaqtankuman. Bizantinokuna, Emperatriz Irene umalliqninwan, sinchi atipayta muchurqanku. Chayrayku, Bizantinokunaqa qhellikuywan hunt’asqa kimsa watayuq samay allinta firmayman ñit’isqa karqanku, sapa wata hatun tributo ta pagayta ari nispa (quri dinarpi 70,000–90,000 muyuriq), chaymanta seda p’achakunatawan rehénkunatawan qusqankutaq. Kay awqanakuyqa huknin karqa pusaj pachak watakunapi Abbasiyakunapa aswan hatun hinallataq aswan allin riqsisqa yaykuyninkunamanta Bizantinokunapa hallp’ankuman. Chayqa rikuchirqan Abbasiyakunapa Califatopas astawan kallpanchakusqanta, hinallataq Imperio Bizantinopas sapa kuti astawan urayman urmaykusqanta.</w:t>
      </w:r>
    </w:p>
    <w:p>
      <w:pPr>
        <w:pStyle w:val="ArticleHeading"/>
        <w:jc w:val="left"/>
      </w:pPr>
      <w:r>
        <w:rPr>
          <w:rFonts w:ascii="Arial" w:hAnsi="Arial" w:eastAsia="Arial" w:cs="Arial"/>
        </w:rPr>
        <w:t>Phichqa killa</w:t>
      </w:r>
    </w:p>
    <w:p>
      <w:pPr>
        <w:pStyle w:val="ArticleBody"/>
        <w:jc w:val="left"/>
      </w:pPr>
      <w:r>
        <w:rPr>
          <w:rFonts w:ascii="Times New Roman" w:hAnsi="Times New Roman" w:eastAsia="Times New Roman" w:cs="Times New Roman"/>
        </w:rPr>
        <w:t>Apocalipsis qanchis ñiqin t’aqapi, “phisqa killakuna” nisqaqa pachak pichqa chunka wataman tupachisqa kasqanta iskay kutita rimarin; huk kutita phisqa ñiqin versículopi, hinaspataq huk kutita chunka ñiqin versículopi.</w:t>
      </w:r>
    </w:p>
    <w:p>
      <w:pPr>
        <w:pStyle w:val="ArticleScripture"/>
        <w:jc w:val="left"/>
      </w:pPr>
      <w:r>
        <w:rPr>
          <w:rFonts w:ascii="Times New Roman" w:hAnsi="Times New Roman" w:eastAsia="Times New Roman" w:cs="Times New Roman"/>
        </w:rPr>
        <w:t>Hinaspapas manam qollqasqa karqan mana wañuchinankupaqchu, aswanqa phichqa killakuna ñak’arichinankupaq; hinaspa ñak’ariyninkupas karqan imayna alaqran runata k’aniriptin ñak’achisqan hina. Chay p’unchaykunapin runakuna wañuyta maskanqaku, ichaqa mana tariyninqakuchu; wañuyta munanqaku, hinaspa wañuypas paykunamanta ayqenqa. Hinaspa chay churukunapa rikch’ayninkuna karqan maqanakuypaq wakichisqa caballokunaman rikch’akuq; umankunapipas quri hina coronakuna kasqa hina karqan, uyankunapas runakunapa uyankunaman rikch’akuq. Chukchankupas warmikunapa chukchankunaman rikch’akuq karqan, kirunkunapas leonkunapa kirunkunaman rikch’akuq. Pechonkupipas fierro pecherakuna hina karqan; riphrankunapa qaparayninpas askha caballoyuq carretakuna maqanakuyta risaqkunaq qaparayninman rikch’akuq karqan. Chupankupis alaqrakunapa chupankunaman rikch’akuq karqan, hinaspa chupankunapipis k’aninankupaq puntakuna karqan; atiyninkupas runakunata phichqa killakuna dañachinankupaqmi karqan. Apocalipsis 9:5–10.</w:t>
      </w:r>
    </w:p>
    <w:p>
      <w:pPr>
        <w:pStyle w:val="ArticleBody"/>
        <w:jc w:val="left"/>
      </w:pPr>
      <w:r>
        <w:rPr>
          <w:rFonts w:ascii="Times New Roman" w:hAnsi="Times New Roman" w:eastAsia="Times New Roman" w:cs="Times New Roman"/>
        </w:rPr>
        <w:t>Apocalipsis qanchis pusaqniyuq t’aqapi pichqay kaq waqaychanapi iskay sapan profétic pacha kan, sapa hukninmi pachak pichqa chunka watayuq. Ñawpaqninqa Mohammedpa wañuyninmanta 632 watapi qallarin, chaymanta Inti lloq’e Romaq Emperatriz Irene pampachakusqa hina uraychasqa kasqanman 782 watapi chayan. Isqon kaq t’aqaqa Islam paqarisqanta ancha sut’i, ancha allinta reqsichin. 606 watapi ayllukunata huñusqamanta, 627 watapi Nínive maqanakuykama, 632 watapi Mohammedpa wañuyninkama, hinaspa 637 watapi Persia atipaykusqankama, Islampa hatariyninpas urmayninpas Diospa profétic Simpinpi ancha allinta qatiykachasqa kachkan. Arabia llaqtapi Islamqa ñawpaq pachak pichqa chunka watayuq ñak’arichiy profecíapi atiyniyuq kallpa kachkan. Mohammedpa 606 watapi ayllukunata hukllachasqan; chaymantataq 627 watapi Nínive “llave” nisqa maqanakuy; chay qhepantataq 628 watapa muyuriyninpi Persiawan Romawan tukukuyninkuta Mohammedpa willakusqan; hinaspataq 632 watapi wañuyninman chayasqan. Kay p’unchaykunaqa Islampa siq’inpi huk sut’i sucesión de acontecimientos nisqata rikuchin.</w:t>
      </w:r>
    </w:p>
    <w:p>
      <w:pPr>
        <w:pStyle w:val="ArticleBody"/>
        <w:jc w:val="left"/>
      </w:pPr>
      <w:r>
        <w:rPr>
          <w:rFonts w:ascii="Times New Roman" w:hAnsi="Times New Roman" w:eastAsia="Times New Roman" w:cs="Times New Roman"/>
        </w:rPr>
        <w:t>Mohammad wañusqanmantapas 632 watapi pachak pichqa chunka watakuna qhipaman, Islampa atiyninpa tiyanan Arabia llaqtamanta Turquía llaqtaman tikrarqan, hinaspan Inti lloq’e Roma suyuta kutichirqan Constantinopla llaqtakama. Ñawpaq nak’ariyqa Arabia llaqtapi Islamta rikuchirqan, iskayñiqin nak’ariytaq Turquía llaqtapi Islamta rikuchirqan. Ñawpaq nak’ariy ukhupin, iskaynin pachak pichqa chunka watayuq pacha willakuykuna Arabia llaqtapi Islamwan Turquía llaqtapi Islampa t’aqayninta reqsichinku, imaynan chay kikin cheqaq kayqa ñawpaq kaqwan iskayñiqin nak’ariypa t’aqayninpi rikuchisqa kashan chayhinata.</w:t>
      </w:r>
    </w:p>
    <w:p>
      <w:pPr>
        <w:pStyle w:val="ArticleBody"/>
        <w:jc w:val="left"/>
      </w:pPr>
      <w:r>
        <w:rPr>
          <w:rFonts w:ascii="Times New Roman" w:hAnsi="Times New Roman" w:eastAsia="Times New Roman" w:cs="Times New Roman"/>
        </w:rPr>
        <w:t>Puntaq pachak pichqa chunka watakunaqa Persia suyup chinkasqanwan qallarikurqan, hinaspan tukurqan Roma llaqta Constantinopla perqankuna ukhupi hark’asqa kachkasqanwan. Iskay ñiqin pachak pichqa chunka watakunaqa qallarikurqan Osmanpa (Ottman nisqapas) Nicomediapi atipayninwan. Nicomediapi Otomano atipayqa Nicomedia muyuychakuyta rikuchin (kunan p’unchaw İzmit, Turquía), mayqanpas karqan 1333manta 1337kama, chaypi Sultan Orhan Gazi (Osman Ipa churin, Otomano Beylikpa sayarichiqnin) ancha importante ciudad bizantina Nicomediata muyuycharqan. Llaqtaga achka watakuna hark’akurqan, ichaqa qhipaman 1337 watapi yarqayrayku, mikhuyninkupas waqlliyrayku, qukichisqa karqan. Guarnición bizantinota saqeyta saqirqanku Constantinoplaman ripunanpaq. Nicomediaqa Asia Menorpi (Anatolia) qhipa hatun kallpayoq bizantino wasikunayuq llaqtakunamanta huknin karqan. Urmayninqa chiqapta tukuchirqan Bizantinokunapa kamachikuyninta Anatolia inti yaykuna chimpapi aswan hatun patapi. Kay atipaymi atirqan Otomanokunata Bithyniapi kamachikuyninkuta sinch’iykachiyta, hinaspa astawan mast’arikuyta Bosporo qochapa kunkankama. Kayqa huk hatun sach’a chakata hina karqan Constantinoplapa qhipa Otomano atipayninman chayananpaq (mayqanpas huk pachak watamanta aswan qhipata 1453 watapi ruwarqan). Chay muyuychakuyqa sapa kutin qhawasqa kachkan ñawpaqmanta huk hatun atipaykuna hina, mayqanpas uchuy Otomano beylikta tikrarqan wiñaq suyu kallpaman.</w:t>
      </w:r>
    </w:p>
    <w:p>
      <w:pPr>
        <w:pStyle w:val="ArticleBody"/>
        <w:jc w:val="left"/>
      </w:pPr>
      <w:r>
        <w:rPr>
          <w:rFonts w:ascii="Times New Roman" w:hAnsi="Times New Roman" w:eastAsia="Times New Roman" w:cs="Times New Roman"/>
        </w:rPr>
        <w:t>Ñawpaq cornetapa ukhupi iskay kaq pachak pichqa chunka watayuq pacha tukukuptin, julio killapa 27 p’unchawninpi, 1449 watapi, qhipa Constantinoqa islam sultanmanta saqesqa mañakurqan Inti lloqsimuyta Roma Orientalpa tiyananman wichariypaq; chayhinaqa kikinta p’enqayman churakusqa, imaynachus emperatriz Irene p’enqayta muchurqan ñawpaq pachak pichqa chunka watapa tukukuyninpi, Apocalipsis isqun ñiqipi iskay “pichqa-killa” pacha kaqmanta. “Emperatriz Irene” nisqapa p’enqakuynin, hinallataq “qhipa Constantino” nisqapa p’enqakuyninpas, qhipaman hamuq Otomano runakunapa p’enqakuyninta rikuchirqan, maypachachus iskay kaq ayñikuypa tiempo-profecianta tukukuptin, Egiptoq manchakuyninmanta amachakuyta maskarqanku tawa hatun poder europeo nacionkunamanta.</w:t>
      </w:r>
    </w:p>
    <w:p>
      <w:pPr>
        <w:pStyle w:val="ArticleHeading"/>
        <w:jc w:val="left"/>
      </w:pPr>
      <w:r>
        <w:rPr>
          <w:rFonts w:ascii="Arial" w:hAnsi="Arial" w:eastAsia="Arial" w:cs="Arial"/>
        </w:rPr>
        <w:t>Panteón</w:t>
      </w:r>
    </w:p>
    <w:p>
      <w:pPr>
        <w:pStyle w:val="ArticleBody"/>
        <w:jc w:val="left"/>
      </w:pPr>
      <w:r>
        <w:rPr>
          <w:rFonts w:ascii="Times New Roman" w:hAnsi="Times New Roman" w:eastAsia="Times New Roman" w:cs="Times New Roman"/>
        </w:rPr>
        <w:t>Ñawpaq puriqkuna allinta entienderqanku hinallataq yachachirqanku, Daniel pusaq ñiqinpi chunka hukniyuq versículopi “paypa santuarionpa kashanan urmachisqa karqa” nisqa rimayqa Constantinoqwan hunt’asqa kasqanta.</w:t>
      </w:r>
    </w:p>
    <w:p>
      <w:pPr>
        <w:pStyle w:val="ArticleScripture"/>
        <w:jc w:val="left"/>
      </w:pPr>
      <w:r>
        <w:rPr>
          <w:rFonts w:ascii="Times New Roman" w:hAnsi="Times New Roman" w:eastAsia="Times New Roman" w:cs="Times New Roman"/>
        </w:rPr>
        <w:t>Arí, payqa hatuncharikurqa asta ejército-pa Príncipenmanpas; paywanmi sapa p’unchaw sacrificiota qichusqa karqa, hinaspataq santuarionpa llaqtan urmachisqa karqa.</w:t>
      </w:r>
    </w:p>
    <w:p>
      <w:pPr>
        <w:pStyle w:val="ArticleBody"/>
        <w:jc w:val="left"/>
      </w:pPr>
      <w:r>
        <w:rPr>
          <w:rFonts w:ascii="Times New Roman" w:hAnsi="Times New Roman" w:eastAsia="Times New Roman" w:cs="Times New Roman"/>
        </w:rPr>
        <w:t>Kaypi sut’ichisqa “santuario”qa Roma llaqtapi Pantheon nisqa templom karqan, chay templopa “maypin kasqan”qa Roma karqan. Romaqa Constantino rayku “urayman wikch’usqa” karqan, payqa munaspa hatun suyuntaq umalliq llaqtanta Constantinopla-man astachiyta akllasqanrayku wata 330-pi. Chunka hukniyuq versículoqa Apocalipsis chunka kimsayuqwan t’inkisqa kachkan, iskayniyuq versículotaq chayllataq ruwaykunatam sut’ichin.</w:t>
      </w:r>
    </w:p>
    <w:p>
      <w:pPr>
        <w:pStyle w:val="ArticleScripture"/>
        <w:jc w:val="left"/>
      </w:pPr>
      <w:r>
        <w:rPr>
          <w:rFonts w:ascii="Times New Roman" w:hAnsi="Times New Roman" w:eastAsia="Times New Roman" w:cs="Times New Roman"/>
        </w:rPr>
        <w:t>Rikasqay bestiaqa karqa huk otorongohina; chakinpas huk ukumariq chakinhinam karqa, siminpas huk pumaq siminhinam; dragonmi payman qorqa atiniyta, tiyananta, hinallataq hatun kamachiytapas.</w:t>
      </w:r>
    </w:p>
    <w:p>
      <w:pPr>
        <w:pStyle w:val="ArticleBody"/>
        <w:jc w:val="left"/>
      </w:pPr>
      <w:r>
        <w:rPr>
          <w:rFonts w:ascii="Times New Roman" w:hAnsi="Times New Roman" w:eastAsia="Times New Roman" w:cs="Times New Roman"/>
        </w:rPr>
        <w:t>Dragónqa karqa paganu Roma, hinaspa paganu Romaqa autoridadninpa “tiyananta” 330 watapi Romapa iglesianman qusqan, umalliq llaqtata inti lloqsimuq chimpaman apasqanrayku; chay hinaqa huk usaq atiy puchukunata saqirqan, chaytan papal iglesia kusisqa sonqowan allinta aprovechakurqan. Inti lloqsimuq Romapa siqinta 330 watamanta 1453 watakama qallarispa qhawarisun chayqa, tariyku chaymanta inti lloqsimuq Romapa profecíanta qallariyninpi Roma llaqtaqa Constantinoq Romata mana chaskisqanwan p’enqachisqa kasqanta. Chay p’enqayqa yapamanta rikurirqan Emperatriz Irene-wan 782 watapi, ñak’ariypa ñawpaq pachak pichqa chunka watakunapa tukukuyninpi. Iskaynin chay p’enqaykunataqa Constantino qhipa kaqpas yapamanta rikuchirqan.</w:t>
      </w:r>
    </w:p>
    <w:p>
      <w:pPr>
        <w:pStyle w:val="ArticleHeading"/>
        <w:jc w:val="left"/>
      </w:pPr>
      <w:r>
        <w:rPr>
          <w:rFonts w:ascii="Arial" w:hAnsi="Arial" w:eastAsia="Arial" w:cs="Arial"/>
        </w:rPr>
        <w:t>Hatun wichariykuna, urmaykunapas</w:t>
      </w:r>
    </w:p>
    <w:p>
      <w:pPr>
        <w:pStyle w:val="ArticleBody"/>
        <w:jc w:val="left"/>
      </w:pPr>
      <w:r>
        <w:rPr>
          <w:rFonts w:ascii="Times New Roman" w:hAnsi="Times New Roman" w:eastAsia="Times New Roman" w:cs="Times New Roman"/>
        </w:rPr>
        <w:t>Apocalipsis isqon pusaq ñiqin t’aqapi pichqa kaq, suqta kaq trompetakuna inti lloqsimu Romanpa urmayninmanta aswan sut’inchaykunata qunku, hinallataq Islampa hatariyninta, urmaynintapas qillqarinku. Diosmanta hamuq yachachiy willawanchis Danielpa, Apocalipsispa librokunapi qhapaq suyukunapa “hatariyninta urmaynintawan” yachayta. Chay suyukuna sapankama kikinkupa sut’i, sapanchasqa kasqankunata charinku, paykunaq “hatariyninwan urmayninwan” tupaqchasqa. Judápa urmayninqa Jerusalén llaqtaman kimsa kutikama maqanakuykunawanmi apamusqa karqa. Hebreokunata Babiloniaman apasqaku, hinaspataq kutimunqaku kimsa kamachikuykunapa ukhunta, chaykunam qallarinman karqa iskay waranqa kimsa pachak watakunata, mayqinkunam kimsa angelkuna historiaman chayamunankupaq pusqun pachak qanchis chunka pusaqniyuqmanta waranqa pusqun pachak tawa chunka tawayuqkama. Babiloniaqa huk tuta ukhullapi urmarqa. Romaqa t’aqakuywan chinkarqa, chay t’aqakuy ukhupitaq Romapa iskay rikch’ayninkuna rikuchikurqa, inti hayk’una Roman hinaspa inti lloqsimu Roman sutichasqa. Daniel chunka hukniyuqpa ñawpaq kimsa rak’inpi Ptolomeokunapa qhapaq suyunpa, Seleucokunapa qhapaq suyunpa hatariynin urmayninwanmi papal Romanpa hatariynin urmayninwan rikch’achisqa. Chay testimoniuqa Alejandroq willakuyninpa, Grecia suyu t’aqakuy tukukuyninpa sapaq tukupuyninllam. Romaq mana hina, Greciaqa tawa rak’ikam t’aqasqa karqa, qhipamanta iskayman tukusqa. Romaqa inti lloqsimu, inti hayk’una nisqaman t’aqasqa karqa, hinaspataq inti hayk’una Romaqa profecíapi kimsa rak’iman t’aqasqa karqa, Romaq kimsa kuti kamachikuyninta rikuchispa. Inti lloqsimu Romanpaqri, Constantinoqa qhapaq suyuyninta kimsa churinkunaman t’aqarqa. Sut’itaqmi inti hayk’una Roman, inti lloqsimu Romanwan kuska puriq churikuna kasqankuta, Roman iglesiata, Roman estadotapas rikuchisqankuta. Chay iskaychasqa t’aqaywan kuskataq huk aswan kimsachasqa t’aqaypas kan. Greciaqa tawamanta iskayman karqa, Babiloniaqa huk tuta, Judáqa kimsa maqanakuykuna. Islamwanqa paykunaq “hatariyninqa” huk “kachariy” hinam rikuchisqa, “urmayninqa” huk “hark’ay” hinataqmi.</w:t>
      </w:r>
    </w:p>
    <w:p>
      <w:pPr>
        <w:pStyle w:val="ArticleBody"/>
        <w:jc w:val="left"/>
      </w:pPr>
      <w:r>
        <w:rPr>
          <w:rFonts w:ascii="Times New Roman" w:hAnsi="Times New Roman" w:eastAsia="Times New Roman" w:cs="Times New Roman"/>
        </w:rPr>
        <w:t>Paykunapa wiñariyninkuqa Mohammedwanmi qallarin, hinaspa 1840 watapi, agosto 11 p’unchawpi hark’asqa karqanku. Kacharirqankum, chaymantataq usqhaylla 9/11-pi hukmanta hark’asqa karqanku. Qhipa p’unchawkunapi 2023 watapi, octubre 7 p’unchawpi kacharirqankum, chaymantaq Gazapi hark’asqa kashanku. Islamqa hukmanta kacharisqa kanqa uywaqa rikch’ayninpa santonwan churakusqanta señalananpaq. Apocalipsis libroq isqonmanta chunka hukniyuq kapitulukuna ukhupi rikuchisqa Islam-pa profetiku historiapa siq’inmi, kinsa kaq ay paypa Islam-pa profetiku historianta reqsichin. “Kinsa kaq ay paypa Islam-pa profetiku historian” nisqapas qanchis kaq hinallataq kinsa kaq angelwanmi rikuchisqa kachkan. Kinsa kaq angelqa 1844 watapi, octubre 22 p’unchawpi chayarqan, qanchis kaq angel waqaychasqanmanta qallarisqanpacha. Kinsa kaq angelpas kinsa kaq aywanpas 9/11-pi profetiku historiaman chayarqan. 9/11-manta domingo kamachikuykama, ñawpaq kaq hinaspa iskay kaq aykunaq profetiku historianqa kutimusharqan hinaspa kunankamapas kutimushanmi.</w:t>
      </w:r>
    </w:p>
    <w:p>
      <w:pPr>
        <w:pStyle w:val="ArticleBody"/>
        <w:jc w:val="left"/>
      </w:pPr>
      <w:r>
        <w:rPr>
          <w:rFonts w:ascii="Times New Roman" w:hAnsi="Times New Roman" w:eastAsia="Times New Roman" w:cs="Times New Roman"/>
        </w:rPr>
        <w:t>Ninevehpa maqanmi, Islamwan chiqap mana rakisqa tinkiyllapim, iskay atiyniyuqkunata—Romatawan Persiawan—chiqanchan. Ninevehqa, qillqasqa Qelqaymanta huk pasajeqa mana mayqinpas hina sut’ita rikuchin, inti chimpapiwan inti lluqsiy chimpapiwan Romapa wiñaylla urmayninta.</w:t>
      </w:r>
    </w:p>
    <w:p>
      <w:pPr>
        <w:pStyle w:val="ArticleBody"/>
        <w:jc w:val="left"/>
      </w:pPr>
      <w:r>
        <w:rPr>
          <w:rFonts w:ascii="Times New Roman" w:hAnsi="Times New Roman" w:eastAsia="Times New Roman" w:cs="Times New Roman"/>
        </w:rPr>
        <w:t>Herodesqa dragónpa unanchaqninmi; payqa Romata reqsichkarqan. Kay pachapa tukukuyninpi dragónqa Naciones Unidas nisqami. Domingo p’unchaw kamachikuypi soqta kaq qhapaq suyu urman, qanchis kaq qallarin, ichaqa paykuna kikinpa paqarisqa rayminkupi qhawaq kaq pusuq kaq qhapaq suyumanmi qhapaq suyunta qunku. Qanchis kaq qhapaq suyuqa chayraqmi paqarin, chaylla pachapi Babilonia warmi wayq’uyman huk horapaq qhapaq suyunta qunaypaqmi allinchasqa, imaynachus Herodes Saloméman suyunmanta kuskan kama qunaypaq nisqanwan unanchasqa kashan hina.</w:t>
      </w:r>
    </w:p>
    <w:p>
      <w:pPr>
        <w:pStyle w:val="ArticleBody"/>
        <w:jc w:val="left"/>
      </w:pPr>
      <w:r>
        <w:rPr>
          <w:rFonts w:ascii="Times New Roman" w:hAnsi="Times New Roman" w:eastAsia="Times New Roman" w:cs="Times New Roman"/>
        </w:rPr>
        <w:t>Maypi Estados Unidos urmanta urmaykuchkan chaypi Naciones Unidas yurimun, hinaspa kimsa-muyu huñuy churasqa kasqa. Herodesqa dragónmi, Herodíasqa papadomi, hinaspa Estados Unidosqa Salomémi. Herodesqa mana allin kasarakuy huñupi kasharqa, wawqenpa warminta casarasqa kasqanrayku; hinaspa profético nivelpiqa Saloméwan ayllupi huchallikuq hinam kasharqa, imaraykuchus sut’inmi payqa tusushaqtin munapaywan qawasharqa. Dragónqa mamawanpas ususiwanpas tinkuykuna ruwan. Kayta qawariy ancha importante, qhapaq Roma occidental hinaspa oriental nisqakunaqa sapaqta iglesiapa yachay-ruwayninta hinaspa estadopa yachay-ruwayninta representan nisqayki chaypi. Roma, Bibliapa profecíapi tawa kaq qhapaq suyu, proféticopi papadota tronopi churarqa, hinaspa chayta ruwaspanmi Estados Unidospa rikch’aynin karqa, paymi huk kutita papadota tronopi churayta ruwanqa.</w:t>
      </w:r>
    </w:p>
    <w:p>
      <w:pPr>
        <w:pStyle w:val="ArticleBody"/>
        <w:jc w:val="left"/>
      </w:pPr>
      <w:r>
        <w:rPr>
          <w:rFonts w:ascii="Times New Roman" w:hAnsi="Times New Roman" w:eastAsia="Times New Roman" w:cs="Times New Roman"/>
        </w:rPr>
        <w:t>Roma occidental nisqapa wiñaymanta urmayninmi 330 watamanta 476 watakama rikuchin Estados Unidos nisqapa wiñaymanta urmayninta 1798 watamanta domingo ley kama. “330” wata hinallataq “1798” watapas iskayninku proféticota señalakuna kanku, Daniel qillqapi “chasqa pacha” utaq “tukukuy pacha” sutichasqa. 330 wata señalan Roma occidentalwan Roma orientalwan qallariyninkuta. Iskayninpa tukukuyninqa romano pushaqpa p’enqachiyninmi, imaynan Constantino qallariypi Roma llaqtata p’enqachirqan hina. 476 wataqa huk profético pacha tukukuynin karqan, chaymi señalan imaynatas Romaq hatun yupaychasqa política nisqan kimsa patapi thunitakuspa chinkarqan. Huk pacha, 330 watapi llaqta qhespichisqa hina qallarispan, qatiqninpi llapan política nisqankuta p’enqachisqa—paykunaq hatun republicankuta, ñawpaq Romaq aswan hatun alabanankuta, t’aqanakuspa urmachisqa karqan—hinamanta qhepanpi 476 wataman chayarqan, maypipas manaña kanmanchu Roma patapi kamachiq, cheqaq romano yawarmanta kaq. Iskay Romaq siq’ikuna 330 watapi qallarisqankuta, chay iskay siq’ikuna nisqankuta rikuchiq pasajepas, iskay profético pichqa killa siq’ikuna yuparin. Roma occidental nisqapa siq’inqa wiñaymanta p’enqachiwan qallarin, wiñaymanta p’enqachiwanpas tukukun. Roma oriental nisqapa siq’inqa wiñaymanta p’enqachiwan qallarin, wiñaymanta p’enqachiwanpas 1449 watapi tukukun, chaypim qhipa Constantino kamachinampaq saqesqa permiso mañakurqan.</w:t>
      </w:r>
    </w:p>
    <w:p>
      <w:pPr>
        <w:pStyle w:val="ArticleBody"/>
        <w:jc w:val="left"/>
      </w:pPr>
      <w:r>
        <w:rPr>
          <w:rFonts w:ascii="Times New Roman" w:hAnsi="Times New Roman" w:eastAsia="Times New Roman" w:cs="Times New Roman"/>
        </w:rPr>
        <w:t>Pichqa killakuna pacha rakikuna hukninmi profecíapa qhawarinan hina Arabia llaqtapa Islam nisqapa tukukuyninman pusamun, chaymantataq 782 watapi Turquía llaqtapa Islam nisqapa qallariyninman. Chay p’unchaypi Emperatriz Irene p’enqachisqa kachkan, iskay kaq pichqa-killa profecíapa tukukuyninpi Constantino qhipa kaqpa p’enqachiyninwan tupachisqa hina. Chunka pichqa versículokuna huk willakuy ukhupi iskay pichqa-killa profecíakuna kachkan. Hukninqa Arabia llaqtapa Islam nisqapa historianta rikuchin; huknintaq Turquía llaqtapa Islam nisqata. Iskayninpas inti lluqsimu llaqtapi Roma nisqapa p’enqachisqa kayninwan tukukun. Huk profecíapa tukukuyninqa warmi p’enqachisqa kasqanwan hunt’asqa karqa, huknintaq qhari p’enqachisqa kasqanwan. Siki siki patapi qillqasqa hina, iglesiawan estadowan inti lluqsimu Roma llaqtapi p’enqachikuyta reqsichinku. Iskay p’enqachikuykunapas ñawpaq ay ay nisqa Islammanta hamun. Constantino qhipa kaqpa 1449 watapi p’enqachisqa kayninmi tawa watayuq pacha qallarin, chaymi 1453 watapi tukukun, Constantinopla llaqtapa perqakuna urmaqtin. 1449 wataqa p’enqachikuyta rikuchin, 1453 watapitaq perqakuna urman hinaspa huk qhapaq suyu tukukun.</w:t>
      </w:r>
    </w:p>
    <w:p>
      <w:pPr>
        <w:pStyle w:val="ArticleHeading"/>
        <w:jc w:val="left"/>
      </w:pPr>
      <w:r>
        <w:rPr>
          <w:rFonts w:ascii="Arial" w:hAnsi="Arial" w:eastAsia="Arial" w:cs="Arial"/>
        </w:rPr>
        <w:t>Muhammadpa wañuynin</w:t>
      </w:r>
    </w:p>
    <w:p>
      <w:pPr>
        <w:pStyle w:val="ArticleBody"/>
        <w:jc w:val="left"/>
      </w:pPr>
      <w:r>
        <w:rPr>
          <w:rFonts w:ascii="Times New Roman" w:hAnsi="Times New Roman" w:eastAsia="Times New Roman" w:cs="Times New Roman"/>
        </w:rPr>
        <w:t>Iskay pichqa killayuq iskay pacha qallarimun Mohammedpa wañuyninwanmi, payqa reqsichisqa kachkan chunka hukniyuq versículopi “paykunapa hawanpi kaq rey” nisqahina.</w:t>
      </w:r>
    </w:p>
    <w:p>
      <w:pPr>
        <w:pStyle w:val="ArticleScripture"/>
        <w:jc w:val="left"/>
      </w:pPr>
      <w:r>
        <w:rPr>
          <w:rFonts w:ascii="Times New Roman" w:hAnsi="Times New Roman" w:eastAsia="Times New Roman" w:cs="Times New Roman"/>
        </w:rPr>
        <w:t>Paykunapaq huk rey karqan, chayqa uku mana tukukuq t’uqupa angelnenmi karqan; paypa sutin hebreo simipi Abadón nisqa, ichaqa griego simipi sutinqa Apoliónmi.</w:t>
      </w:r>
    </w:p>
    <w:p>
      <w:pPr>
        <w:pStyle w:val="ArticleBody"/>
        <w:jc w:val="left"/>
      </w:pPr>
      <w:r>
        <w:rPr>
          <w:rFonts w:ascii="Times New Roman" w:hAnsi="Times New Roman" w:eastAsia="Times New Roman" w:cs="Times New Roman"/>
        </w:rPr>
        <w:t>Paykunapaq reyninqa Mohammed karqan, payqa huk ñiqi versículopi reqsichisqa kasqanrayku, chaymi mana huk islam nisqapi runachu; payqa Mohammed reymin, huk reyqa huk reino kasqanrayku, Islamtaq Mohammedpa reinonmi.</w:t>
      </w:r>
    </w:p>
    <w:p>
      <w:pPr>
        <w:pStyle w:val="ArticleScripture"/>
        <w:jc w:val="left"/>
      </w:pPr>
      <w:r>
        <w:rPr>
          <w:rFonts w:ascii="Times New Roman" w:hAnsi="Times New Roman" w:eastAsia="Times New Roman" w:cs="Times New Roman"/>
        </w:rPr>
        <w:t>Hinallata angel waqyarqan, hinaspan huk quyllurta rikurqani hanaq pachamanta uraykamuspa kay pachakama: paymanmi qosqa karqan uku t’oqo mana tukukuqpa llavinta. Paytaqmi kicharirqan chay mana tukukuq uku t’oqota; chay t’oqomantataqmi qosñi lluqsimurqan, hatun hornomanta qosñi hina; chay t’oqomanta qosñi raykutaqmi intiwan wayrata yana tutayachirqan. Qosñimantataqmi ch’uspi-k’usillu hina langostakuna lluqsimurqanku kay pachaman: paykunamanmi atiyninku qosqa karqan, imaynachus kay pachapi alaqrankuna atiyoq kanku hina. Apocalipsis 9:1–3.</w:t>
      </w:r>
    </w:p>
    <w:p>
      <w:pPr>
        <w:pStyle w:val="ArticleBody"/>
        <w:jc w:val="left"/>
      </w:pPr>
      <w:r>
        <w:rPr>
          <w:rFonts w:ascii="Times New Roman" w:hAnsi="Times New Roman" w:eastAsia="Times New Roman" w:cs="Times New Roman"/>
        </w:rPr>
        <w:t>Ñawpaq kaqwan iskay kaq ayllikuykuna kutichisqankum kinsa kaq ayllikuy ukhupi, chayqa ñawpaq kaqwan iskay kaq angelkunapa kutichisqankumanmi rikch’akun kinsa kaq angel ukhupi. Mohammed, reyqa, churakusqa karqan llaveta mana tukukuq t’uquta kicharinanpaq, hinaspa 9/11 sut’inchan hayk’aqsi kinsa kaq angel kallpachasqa kan. Chaymantataq Cristo, atiyniyuq angel hina, uraykamurqan Balaampa ñawpaq maqanakuy chayamuchkaptin profecíaq historiankama. Chaymanta mana tukukuq t’uqu kicharikurqan, hinaspa Islam yapamanta pacha historiapa yachayninman tukurqan. Hinaspataq Cristo runankunata pusarqan Jeremíaspa machu ñankunaman kutichinapaq, hinaspa kinsa kaq ayllikuywan kinsa kaq angelpa willakuynin qallarirqan waqyasqa kayta. 2015 watapi, Trump willarqan presidente kananpaq kallpachakuy munasqanta, chhaynapi kuyuchispa globalista dragónpa atiyninkunata, hinaspa mana tukukuq t’uquqa chaymanta kacharirqan atheísmo-ta, chaymi qhipaman Trump-ta wañuchirqan Sodoma hinaspa Egiptopa callenkunapi. Domingo leypi, chay bestia pusaj kaq, qanchis kaqmanta kaq, mana tukukuq t’uqumanta lluqsinqa. Pachak tawa chunka tawa waranqa sellasqa kay pacha qallariyninpas, tukukuyninpas, sut’inchan mana tukukuq t’uqumanta atiyniyuqpa hatariyninta.</w:t>
      </w:r>
    </w:p>
    <w:p>
      <w:pPr>
        <w:pStyle w:val="ArticleScripture"/>
        <w:jc w:val="left"/>
      </w:pPr>
      <w:r>
        <w:rPr>
          <w:rFonts w:ascii="Times New Roman" w:hAnsi="Times New Roman" w:eastAsia="Times New Roman" w:cs="Times New Roman"/>
        </w:rPr>
        <w:t>Rikuchisqa uywaqa karqanmi, kunanqa manañam kanchu; ukamarataq mana tukukuq uchkumantam wicharimunqa, chinkaymanpas rinqa. Kay pachapi tiyaqkunataq admirakunqaku, sutinkukunaqa pacha qallariymanta pacha kawsay libropi mana qillqasqa kaptin, rikuchisqa uywata qawaspanku, chayqa karqanmi, manañam kanchu, ichaqa kashanmi. Apocalipsis 17:8.</w:t>
      </w:r>
    </w:p>
    <w:p>
      <w:pPr>
        <w:pStyle w:val="ArticleBody"/>
        <w:jc w:val="left"/>
      </w:pPr>
      <w:r>
        <w:rPr>
          <w:rFonts w:ascii="Times New Roman" w:hAnsi="Times New Roman" w:eastAsia="Times New Roman" w:cs="Times New Roman"/>
        </w:rPr>
        <w:t>Islamqaqaqa llaveqa karqan 9/11 p’unchawpi mana tukukuq t’oqota kicharinanpaq, chaymanta domingo kamachikuy tiempopipas mana tukukuq t’oqota kicharinanpaq. Señalakuy tiempo chawpipin, mundialismoq dragón-bestiapas mana tukukuq t’oqomanta lluqsimurqa.</w:t>
      </w:r>
    </w:p>
    <w:p>
      <w:pPr>
        <w:pStyle w:val="ArticleScripture"/>
        <w:jc w:val="left"/>
      </w:pPr>
      <w:r>
        <w:rPr>
          <w:rFonts w:ascii="Times New Roman" w:hAnsi="Times New Roman" w:eastAsia="Times New Roman" w:cs="Times New Roman"/>
        </w:rPr>
        <w:t>Paykuna testimoniota tukukuptinqankuman hinaqa, uku mana tukukuq t’uqumanta wichariq bestiaq paykunawan maqanakunqa, atipaykunqa, hinaspa wañuchinqa. Apocalipsis 11:7.</w:t>
      </w:r>
    </w:p>
    <w:p>
      <w:pPr>
        <w:pStyle w:val="ArticleBody"/>
        <w:jc w:val="left"/>
      </w:pPr>
      <w:r>
        <w:rPr>
          <w:rFonts w:ascii="Times New Roman" w:hAnsi="Times New Roman" w:eastAsia="Times New Roman" w:cs="Times New Roman"/>
        </w:rPr>
        <w:t>Uku kimsa señalkunata kicharinanpaq llaviqa, uku mana tukukuq t’oqomanta lluqsiq huk atiyqa, Islam qhapaq suyuq rey Mohammedmanmi qosqa karqa. Nineveh maqanakuy 627 watapiqa iskay atiykuna chawpipi huk maqanakuytami rikuchirqan; chay maqanakuyqa iskaynin maqanaqkunapa kallpanta pisiyachirqan, chaymanta Islamqa usqhayllamanta atiyninman hatarimunanpaq saqesqa karqa. Llaviqa 9/11 p’unchaypim muyuchisqa karqa, chaymi Islampa hatariynin qallarikurqan, ichaqa chay qhepallam hark’asqa karqa. Nineveh maqanakuyqa 9/11 p’unchaypim rikch’achisqa karqa; chaypim Islampa hatariyninqa qallarikurqan, atiyniyuq angel uraykamuspa kay pachata kikinpa hatun k’anchayninwan achikyachishaqtin, chaskañataq, mayqinchus kachaq nin, hanaq pachamantapas urmamurqan. Nineveh maqanakuyqa tukukuy p’unchaykunapipas rikch’achisqallataqmi, domingo kamachiy chayamushqanpi, yana pacha iskay kaq mit’a qallarikusqanpi, Islam religionpa qosñinqa intita chinkachishaqtin.</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Kamachiy willkakuyqa domingo kamachiywanmi rikch’achisqa kachkan, chawpi tuta qapariypa willakuynin Exeter camp meetingman chayasqanpacha. Chaymantataq bestiapa lantanpa sayarichisqanmanta qhipa kuyuykuna qallarin. Lantanpa ruwasqan, utaq sayarichisqanqa 9/11-pi qallarisqa karqa; ichaqa chay pacha tukukuyninpi, chawpi tuta qapariyta willakusqan pachaqa hinallataq huk fractalmi tukuy lantanpa ruwakuynin pachamanta, mayqinchus 9/11-pi qallarisqa karqa. Qallariyqa tukukuyninta rikuchin. Ñawpaq llakikuyqa kinsa kaq llakikuyta rikch’achin, imaynachus ñawpaq angelqa kinsa kaq angelta rikch’achin hinata. Nineve maqanakuyqa sellakusqa pachapa tukukuyninpi, qallariypi kaq Nineve maqanakuyta reqsichin. Domingo kamachiypi kaq Nineve maqanakuyqa sellakusqa pachapa tukukuyninmi, mayqinchus 9/11-pi qallarisqa karqa; ichaqa hinallataq chawpi tuta qapariyta willakusqan pachapa tukukuyninmi. Chayrayku Nineve maqanakuyqa chawpi tuta qapariyta willakuy qallariyninpi rikch’achisqa kachkan; chaymi Estados Unidos llaqtapi bestiapa lantanpa ruwakuyninpa qhipa puriyninkunata reqsichin; hinaspataq domingo kamachiypi pacha tukuy kay pachapi bestiapa lantanpa ruwakuynin qallarin. Nineveqa llave hinam, imaymana siq’ikunata tupachin, mayqinkunachus verso cuarentapa pakasqa historiapi hunt’asqa, allin hunt’akuyninta tarinku.</w:t>
      </w:r>
    </w:p>
    <w:p>
      <w:pPr>
        <w:pStyle w:val="ArticleBody"/>
        <w:jc w:val="left"/>
      </w:pPr>
      <w:r>
        <w:rPr>
          <w:rFonts w:ascii="Times New Roman" w:hAnsi="Times New Roman" w:eastAsia="Times New Roman" w:cs="Times New Roman"/>
        </w:rPr>
        <w:t>Qatiq qillqaypi astawan ñawpaqman 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Chusku chunka yupayniyuq qillqapa pakasqa willakuynin - qanchis chunka hukniyuq yupay</dc:title>
  <dc:subject>Iskay Ñak'ariy — Tawa kaqnin</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