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kinsa chunka tawaq t’aqwiqpa pakasqa willakuyñin - Iskay chunka hukniyuq yupay</w:t>
      </w:r>
    </w:p>
    <w:p>
      <w:pPr>
        <w:pStyle w:val="ArticleSubtitle"/>
        <w:jc w:val="left"/>
      </w:pPr>
      <w:r>
        <w:rPr>
          <w:rFonts w:ascii="Arial" w:hAnsi="Arial" w:eastAsia="Arial" w:cs="Arial"/>
        </w:rPr>
        <w:t>Iskay Ñak'ariy – Pusaq Kaq Rak'i – Ezequiel Iskay Kaq Yupayniyuq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Ezequielqa rikch’achin chaykunatan riman, paykunapaqmi Judá ayllumanta León nisqaqqa yachachiy llamk’ayta hunt’achirqan; paypa aswan ñawpaq yachachisqanqa “siki siki patapi” nisqami.</w:t>
      </w:r>
    </w:p>
    <w:p>
      <w:pPr>
        <w:pStyle w:val="ArticleScripture"/>
        <w:jc w:val="left"/>
      </w:pPr>
      <w:r>
        <w:rPr>
          <w:rFonts w:ascii="Times New Roman" w:hAnsi="Times New Roman" w:eastAsia="Times New Roman" w:cs="Times New Roman"/>
        </w:rPr>
        <w:t>Paymanmi nirqan: Kaymi samay, chaywanmi sayk’usqakunata samachinkichik; kaymi k’anchariy, musuqchariypas. Ichaqa mana uyariyta munarqankuchu. Chayraykun Señorpa simin paykunaman karqa kamachiy hawan kamachiy, kamachiy hawan kamachiy; siq’i hawan siq’i, siq’i hawan siq’i; kaypi aslla, chaypipas aslla; rispa qhipaman urmanankupaq, pakisqa kanan kupaq, toqllapi urmanankupaq, hinaspa hap’isqa kanan kupaq. Isaías 28:12, 13.</w:t>
      </w:r>
    </w:p>
    <w:p>
      <w:pPr>
        <w:pStyle w:val="ArticleBody"/>
        <w:jc w:val="left"/>
      </w:pPr>
      <w:r>
        <w:rPr>
          <w:rFonts w:ascii="Times New Roman" w:hAnsi="Times New Roman" w:eastAsia="Times New Roman" w:cs="Times New Roman"/>
        </w:rPr>
        <w:t>Kunanqa Judá ayllumanta Leónqa Ezequielpa qillqasqanta kicharisqa. Willakuykuqa Ezequielqa kimsa chunka watayuq saserdote kasqanta, “kimsa chunka” nisqaqa saserdote hina unanchaq watanta churanchu, icha Josíaspa Hatun Pascuamanta qallarisqa profetakunapa siq’impi kimsa chunka watatachu rikuchin, chayta. Qhepa p’unchaykunapa tukuynin saserdotekunaqa pachak tawa chunka tawa waranqa runakuna kanku, ñawpa literal historiakunaqaqa qhepa p’unchaykunapi unanchaq historia nisqapa rikch’ayninta tipifican.</w:t>
      </w:r>
    </w:p>
    <w:p>
      <w:pPr>
        <w:pStyle w:val="ArticleScripture"/>
        <w:jc w:val="left"/>
      </w:pPr>
      <w:r>
        <w:rPr>
          <w:rFonts w:ascii="Times New Roman" w:hAnsi="Times New Roman" w:eastAsia="Times New Roman" w:cs="Times New Roman"/>
        </w:rPr>
        <w:t>Qankunamqa sut’inchasqa kankichik Señormanpaq Sacerdotekuna nisqa; runakunaqa sut’inchasunkichik Diosninchikpa Ministronkuna nispa. Qankunam mikhunkichik mana israel runakunapa qhapaq kayninkuta, paykunapa hatun kayninpitaq kusikunkichik. Isaías 61:6.</w:t>
      </w:r>
    </w:p>
    <w:p>
      <w:pPr>
        <w:pStyle w:val="ArticleBody"/>
        <w:jc w:val="left"/>
      </w:pPr>
      <w:r>
        <w:rPr>
          <w:rFonts w:ascii="Times New Roman" w:hAnsi="Times New Roman" w:eastAsia="Times New Roman" w:cs="Times New Roman"/>
        </w:rPr>
        <w:t>Ezequielqa Diospa runankunapa qhepa p’unchaykunapi rikch’ayninmi—chaytaqmi sapa profético testimoniopi reqsichisqa k’anchaq sagrada historia. Chay sagrada historiaqa kinsa kaq angelpa kuyuriyninmi, mayqenchus 1840 watapi huk kaq angelpa kuyuriyninwan aswan sut’inchasqa rikch’achisqa karqa. Huk kaq angelpa kuyuriyninqa kinsa angelkunamanta alfa angelmi, kinsa kaqtaq omega angelmi. Chayrayku Ezequielqa Pedrowan tupachisqa kachkan pachak tawa chunka tawa waranqa runakunapa sellasqa kasqan pacha. Pedro hinallataq Ezequiel maypi churasqa kashanku chay simbólico historiaqa Panium historia hina reqsichisqam.</w:t>
      </w:r>
    </w:p>
    <w:p>
      <w:pPr>
        <w:pStyle w:val="ArticleHeading"/>
        <w:jc w:val="left"/>
      </w:pPr>
      <w:r>
        <w:rPr>
          <w:rFonts w:ascii="Arial" w:hAnsi="Arial" w:eastAsia="Arial" w:cs="Arial"/>
        </w:rPr>
        <w:t>Juch’uy Libro</w:t>
      </w:r>
    </w:p>
    <w:p>
      <w:pPr>
        <w:pStyle w:val="ArticleBody"/>
        <w:jc w:val="left"/>
      </w:pPr>
      <w:r>
        <w:rPr>
          <w:rFonts w:ascii="Times New Roman" w:hAnsi="Times New Roman" w:eastAsia="Times New Roman" w:cs="Times New Roman"/>
        </w:rPr>
        <w:t>Ezequielqa huch’uy qillqata hap’in, hinallataq Juanpas Apocalipsis chunka kaqpi ruran.</w:t>
      </w:r>
    </w:p>
    <w:p>
      <w:pPr>
        <w:pStyle w:val="ArticleScripture"/>
        <w:jc w:val="left"/>
      </w:pPr>
      <w:r>
        <w:rPr>
          <w:rFonts w:ascii="Times New Roman" w:hAnsi="Times New Roman" w:eastAsia="Times New Roman" w:cs="Times New Roman"/>
        </w:rPr>
        <w:t>Ichaqa runa, uyariy imatachus qamman rimusqayta; ama kaychu chay hatun wasi hina hatariq: kichariy simiykita, mikhuytaq qamman qusqayta. Ñoqaqa qhawarirqani, hinaspa qhawariy, huk maki kachamusqa karqan ñoqaman; chaypitaq huk qillqasqa rullu karqan. Paymi ñawpaqniyman mast’arirqan; ukhuntinpi, hawantinpipas qillqasqa karqan; chaypipitaq qillqasqa karqan waqay, llakiy, manchachiypas. Hinaspa nirqan ñoqaman: Ichaqa runa, mikhuy imatachus tarinki; kay rulluta mikhuy, hinaspa rispa rimay Israelpa wasinman. Chaymi simiyta kicharirqani, paytaq kay rulluta mikhuchirqan. Hinaspa nirqan ñoqaman: Ichaqa runa, wiksa ykita mikhuchiy, sonqoykita hunt’achiy kay rulluwan, qamman qusqaywan. Chaymi mikhurqani; simiypitaq misk’i hina sumaq karqan. Ezequiel 2:8–10, 3:1–3.</w:t>
      </w:r>
    </w:p>
    <w:p>
      <w:pPr>
        <w:pStyle w:val="ArticleBody"/>
        <w:jc w:val="left"/>
      </w:pPr>
      <w:r>
        <w:rPr>
          <w:rFonts w:ascii="Times New Roman" w:hAnsi="Times New Roman" w:eastAsia="Times New Roman" w:cs="Times New Roman"/>
        </w:rPr>
        <w:t>Apocalipsis chunka kapítulopi, Juanqa huch’uy librota mikun, hinallataq tukuy chay kapítuluqa Diospa atiniyninpa rikuchikuyninta qhawachin 1840 wata, agosto killapa 11 p’unchayninmanta 1844 wata, octubre killapa 22 p’unchayninkama.</w:t>
      </w:r>
    </w:p>
    <w:p>
      <w:pPr>
        <w:pStyle w:val="ArticleScripture"/>
        <w:jc w:val="left"/>
      </w:pPr>
      <w:r>
        <w:rPr>
          <w:rFonts w:ascii="Times New Roman" w:hAnsi="Times New Roman" w:eastAsia="Times New Roman" w:cs="Times New Roman"/>
        </w:rPr>
        <w:t>“Kimsa kaq angelpa willakuyninta willaypi huñunakusqa angelqa, tukuy kay pachata kikinpa qhapaq kayninwan k’anchayta atin. Kaypiqa willakusqa kachkan huk llapa pachapi mast’arikusqa, mana sapa kuti rikusqa atiyniyuq llamk’aymanta. 1840–44 watakunapi hamuq kuyuyqa Diospa atiyninpa sumaq rikuchikuynin karqan; ñawpaq kaq angelpa willakuyninqa kay pachapi tukuy misionero estasionkunaman apasqa karqan, wakin llaqtakunapitaq soqsi chunka suqta watayuq Reforma pacha qhipamanqa ima suyupipas mana hayk’aq rikusqa hatun religioso munaychakuy karqan; ichaqa kaykunataqa aswan atipanakunqa kimsa kaq angelpa qhipa waqyaynin uraypi hatun kallpayuq kuyuy.” The Great Controversy, 611.</w:t>
      </w:r>
    </w:p>
    <w:p>
      <w:pPr>
        <w:pStyle w:val="ArticleBody"/>
        <w:jc w:val="left"/>
      </w:pPr>
      <w:r>
        <w:rPr>
          <w:rFonts w:ascii="Times New Roman" w:hAnsi="Times New Roman" w:eastAsia="Times New Roman" w:cs="Times New Roman"/>
        </w:rPr>
        <w:t>Ezequielqa Juanwanmi tupachisqa kachkan Apocalipsispa chunka kaq kapitulpin; chayraykun Pedro, Juan hinaspa Ezequielpas kuskalla sayanku paykunaq rakisqa chiqninpi pachak tawa chunka tawa waranqa runakuna sellakusqa kanankupaq pacha ukhupi.</w:t>
      </w:r>
    </w:p>
    <w:p>
      <w:pPr>
        <w:pStyle w:val="ArticleBody"/>
        <w:jc w:val="left"/>
      </w:pPr>
      <w:r>
        <w:rPr>
          <w:rFonts w:ascii="Times New Roman" w:hAnsi="Times New Roman" w:eastAsia="Times New Roman" w:cs="Times New Roman"/>
        </w:rPr>
        <w:t>1840 watamanta 1844 watakama rikch’achin tawa chusku watakunapa pacha karqan, qallarikusqanmi julio 27 p’unchaypi, 1299 watapi, pachak pichqa chunka watayuq pacha profecía qallarisqanmantapacha. Chay “pichqa killakuna” tukukuspa huñunakurka kimsa pachak isqun chunka hukniyuq watakunawan, chunka pichqa p’unchayniyuq pacha profecíawan, chayqa agosto 11 p’unchaypi, 1840 watapi tukukurka, Diospa atiyninpa hatun lliphipiy rikuchikuynin rikuchikusqanmantaraq octubre 22 p’unchaykama, 1844 watapi. Chaymantaqa profético pacha nisqapa aplicasqanmanta sayarikurqa.</w:t>
      </w:r>
    </w:p>
    <w:p>
      <w:pPr>
        <w:pStyle w:val="ArticleScripture"/>
        <w:jc w:val="left"/>
      </w:pPr>
      <w:r>
        <w:rPr>
          <w:rFonts w:ascii="Times New Roman" w:hAnsi="Times New Roman" w:eastAsia="Times New Roman" w:cs="Times New Roman"/>
        </w:rPr>
        <w:t>Hinaptin paymi wiñaypaq wiñaykama kawsajpa sutinpi jurarqan, paymi hanaq pacha-ruraj, chaypi kaqkunatapas; kay pacha-ruraj, chaypi kaqkunatapas; lamar qocha-ruraj, chaypi kaqkunatapas; nispa: manañam pacha kanqachu. Apocalipsis 10:6.</w:t>
      </w:r>
    </w:p>
    <w:p>
      <w:pPr>
        <w:pStyle w:val="ArticleBody"/>
        <w:jc w:val="left"/>
      </w:pPr>
      <w:r>
        <w:rPr>
          <w:rFonts w:ascii="Times New Roman" w:hAnsi="Times New Roman" w:eastAsia="Times New Roman" w:cs="Times New Roman"/>
        </w:rPr>
        <w:t>Profecíaq pacha hina apaykuyqa 1844 watapi, octubre killapa 22 punchawninpi tukuqmi karqa, profecíata allinmanta churaypaq. Ezequiel, Pedro, Juanwan sapaqninmi Diospa yuyaysapa vírgenesninkunata rikuchinku, ñawpaq kaq huk ñiqin angelpa, iskay ñiqin angelpa kuyuriyninpi, chaymanta kimsa ñiqin angelpa kuyuriyninpipas.</w:t>
      </w:r>
    </w:p>
    <w:p>
      <w:pPr>
        <w:pStyle w:val="ArticleHeading"/>
        <w:jc w:val="left"/>
      </w:pPr>
      <w:r>
        <w:rPr>
          <w:rFonts w:ascii="Arial" w:hAnsi="Arial" w:eastAsia="Arial" w:cs="Arial"/>
        </w:rPr>
        <w:t>Rikch’akuykuna</w:t>
      </w:r>
    </w:p>
    <w:p>
      <w:pPr>
        <w:pStyle w:val="ArticleBody"/>
        <w:jc w:val="left"/>
      </w:pPr>
      <w:r>
        <w:rPr>
          <w:rFonts w:ascii="Times New Roman" w:hAnsi="Times New Roman" w:eastAsia="Times New Roman" w:cs="Times New Roman"/>
        </w:rPr>
        <w:t>Ezequiel qhelqa ñawpaq chunka hukniyuq capítulonkunaqa rikuchin huk qatiq “rikuykunata”, imaynachus capítulu hukpa huk versículonpi nisqa kashan hina.</w:t>
      </w:r>
    </w:p>
    <w:p>
      <w:pPr>
        <w:pStyle w:val="ArticleScripture"/>
        <w:jc w:val="left"/>
      </w:pPr>
      <w:r>
        <w:rPr>
          <w:rFonts w:ascii="Times New Roman" w:hAnsi="Times New Roman" w:eastAsia="Times New Roman" w:cs="Times New Roman"/>
        </w:rPr>
        <w:t>Kunanqa kinsa chunka watapi, tawa killapi, killa pichqay p’unchayninpi, noqaqa Chebar mayu patapi apasqa prisionerokunawan kuska kashaspay, hanaq pachaq punkunkuna kicharikurqan, hinaspan Diospa rikch’ayninkunata rikarirqani. Ezequiel 1:1.</w:t>
      </w:r>
    </w:p>
    <w:p>
      <w:pPr>
        <w:pStyle w:val="ArticleBody"/>
        <w:jc w:val="left"/>
      </w:pPr>
      <w:r>
        <w:rPr>
          <w:rFonts w:ascii="Times New Roman" w:hAnsi="Times New Roman" w:eastAsia="Times New Roman" w:cs="Times New Roman"/>
        </w:rPr>
        <w:t>Ñawpaq chunka hukniyuq capitulokunapa “rikuykunaqa” ñawpaqta qusqakúrqan capítulo hukpi Chebar mayu patapi; chaymanta capítulo kimsapi “pampa”pi rikuywan astawan mast’arirqan; hinaspataq yapamanta capítulo pusaqpi Jerusalén llaqtapi rikuywan. Chebar mayupa, pampapa, Jerusalén llaqtapa kinsa mayninkunaqa kinsa rikuykunata riksichinku, chaykuna kuskata huk rikuyta ruwanku; chaymi versículo hukpi nisqa “rikuykuna” hinaspa ñawpaq ‘chunka hukniyuq’ capitulokunapaqpas.</w:t>
      </w:r>
    </w:p>
    <w:p>
      <w:pPr>
        <w:pStyle w:val="ArticleHeading"/>
        <w:jc w:val="left"/>
      </w:pPr>
      <w:r>
        <w:rPr>
          <w:rFonts w:ascii="Arial" w:hAnsi="Arial" w:eastAsia="Arial" w:cs="Arial"/>
        </w:rPr>
        <w:t>Jubileo</w:t>
      </w:r>
    </w:p>
    <w:p>
      <w:pPr>
        <w:pStyle w:val="ArticleBody"/>
        <w:jc w:val="left"/>
      </w:pPr>
      <w:r>
        <w:rPr>
          <w:rFonts w:ascii="Times New Roman" w:hAnsi="Times New Roman" w:eastAsia="Times New Roman" w:cs="Times New Roman"/>
        </w:rPr>
        <w:t>Kinsa watata watata maraqa chunka watayuqta qhawarispa, Josiaspa sut’inchasqa Pascuanta qallarisqa Jubileo muyup watanpa kimsa chunka watan hina, hinaspataq octubre 22 p’unchaypi tukusqa hina, mana sasachu allinta sayachiy; chay sagrado historiapa chiqninri sut’ita rikuchisqa kachkan, sapan siq’ipi siq’i hina, hukmanta aswan achka testigokunawan. Huk ejemplota qhawarispa; Pascuaqa primavera raymikuna rikuchin, hucha pampachay p’unchaytaq otoño raymikunata rikuchin. Chayrayku Levítico iskay chunka kimsayuqqa Josiaswan qallarisqa Jubileo muyup watanwan tupachisqa kachkan. Huk siq’ikuna pas kanku, rey Josiaspa rikuchisqa historianta octubre 22, 573 a.C. kama tupachiq. Octubre 22, 573 a.C. p’unchaypi huk Jubileo watapa historial hunt’asqanmanta historiador-kunam sayachinku.</w:t>
      </w:r>
    </w:p>
    <w:p>
      <w:pPr>
        <w:pStyle w:val="ArticleBody"/>
        <w:jc w:val="left"/>
      </w:pPr>
      <w:r>
        <w:rPr>
          <w:rFonts w:ascii="Times New Roman" w:hAnsi="Times New Roman" w:eastAsia="Times New Roman" w:cs="Times New Roman"/>
        </w:rPr>
        <w:t>Pachaq p’unchaw qillqaqkunaqa llapanmanta allinchasqa kanku pampachay p’unchayta 22 de octubre, 573 a.C. nisqapi churayta; chaymanta Josíaspa Hatun Pascuanta 622 a.C. nisqapas, chay biblia pacha qillqaqkunapaq chaskisqa p’unchawmi. Pascuaqa, puquy pachapi fiestakunapa unanchaqnin kaspa, tawa chunka isqun watayuq Jubileo muyuyta qallarin, chaymi tukukun oqarikuy pachapi fiestakunapa unanchaqninman pampachay p’unchawpi. Qanchis semana watakuna, tawa chunka isqun watata junt’achiqkunaqa, hallp’apa samana p’unchawninpa unanchankuna karqan.</w:t>
      </w:r>
    </w:p>
    <w:p>
      <w:pPr>
        <w:pStyle w:val="ArticleScripture"/>
        <w:jc w:val="left"/>
      </w:pPr>
      <w:r>
        <w:rPr>
          <w:rFonts w:ascii="Times New Roman" w:hAnsi="Times New Roman" w:eastAsia="Times New Roman" w:cs="Times New Roman"/>
        </w:rPr>
        <w:t>“Sapa p’anqapi, historia kaqtinpas, yachachiy kamachikuy kaqtinpas, utaq willakuykuna ñawpaq rimay kaqtinpas, Ñawpaq Testamentoq Qelqankunaqa Diospa Churinpa k’anchayninwanmi lliphipin. Hayk’akama chayqa Diosmanta churakusqa karqa chaykama, tukuy judiokuna yupaychay sistemaqa huk huñusqa willakuy karqa evangelio-manta. Cristomantam “llapa profetakuna testimonio qonku.” Hechos 10:43. Adanman qosqa prometesqamanta qallarispa, patriarkakunapa mirayninpi pasaspa, kamachiy economia nisqanta qatispa, hanaqpachapa hatun k’anchayninmi Qespichiqpa sarunanpaq rikhurichirqan. Qhawariqkunaqa Betlehemmanta Ch’askata qawarqanku, hamuq Shilohta ima, hamuq kaqkuna paykunapa ñawpaqenpi pakasqa siq’ipi puriqtin. Sapa sacrificiopim Cristopa wañuynin rikuchisqa karqa. Sapa q’apay qosñip pim asqha kawsaynin hanaqman wicharirqan. Sapa jubileo waqrapa waqyayninwantaq sutinmi uyarichisqa karqa. Santo santopa mancharikuypaq pakasqa misteriopinmi k’anchaynin tiyakurqa.” El Deseado de Todas las Gentes, 211.</w:t>
      </w:r>
    </w:p>
    <w:p>
      <w:pPr>
        <w:pStyle w:val="ArticleHeading"/>
        <w:jc w:val="left"/>
      </w:pPr>
      <w:r>
        <w:rPr>
          <w:rFonts w:ascii="Arial" w:hAnsi="Arial" w:eastAsia="Arial" w:cs="Arial"/>
        </w:rPr>
        <w:t>Chunka qanchisniyuq</w:t>
      </w:r>
    </w:p>
    <w:p>
      <w:pPr>
        <w:pStyle w:val="ArticleBody"/>
        <w:jc w:val="left"/>
      </w:pPr>
      <w:r>
        <w:rPr>
          <w:rFonts w:ascii="Times New Roman" w:hAnsi="Times New Roman" w:eastAsia="Times New Roman" w:cs="Times New Roman"/>
        </w:rPr>
        <w:t>Sedequíasqa Babiloniaman apasqa karqan Jerusalén llipisqa kaptin, 573 a. C. nisqamanta chunka tawa watakuna ñawpaqta. Judiu historiador-kunaqa Josíaspa punchawmanta 622 watapi qallarispa 573 watapa octubre killapa 22 p’unchawninkama Jubileo muyuyta reqsichinku chunka qanchisniyuq Jubileo muyu kasqanta. Raphia maqanakuymanta Panium maqanakuykamaqqa chunka qanchisniyuq wata karqan. Ptolomeoqa Raphia maqanakupi atipaqmi karqan, hinaspa payqa uray llaqtapa qhapaqnin hina chunka qanchisniyuq watakunata kamachirqan. Edicto de Milán nisqamanta Constantineqa imperionta 330 watapi rakirqusqankamaqqa chunka qanchisniyuq wata karqan. Chunka qanchisniyuq Jubileo muyupi Jerusalén llaqtataqa Nabucodonosor thuñichirqan.</w:t>
      </w:r>
    </w:p>
    <w:p>
      <w:pPr>
        <w:pStyle w:val="ArticleScripture"/>
        <w:jc w:val="left"/>
      </w:pPr>
      <w:r>
        <w:rPr>
          <w:rFonts w:ascii="Times New Roman" w:hAnsi="Times New Roman" w:eastAsia="Times New Roman" w:cs="Times New Roman"/>
        </w:rPr>
        <w:t>Israelpa churinkunaqa achka p’unchawkunam kawsanqaku mana reyniyoq, mana umalliqniyoq, mana sacrificiowan, mana llaqtachasqa wakaychana unanchayoq, mana efodyoq, mana terafimniyoqpas. Qhipamanmi Israelpa churinkuna kutimunqaku, maskhanqakuñataqmi Señor Diosninkuta, David reyninkutapas; qhepa p’unchawkunapi Señor-ta, sumaq kaynintawan manchakuspa yupaychanqaku. Oseas 3:4, 5.</w:t>
      </w:r>
    </w:p>
    <w:p>
      <w:pPr>
        <w:pStyle w:val="ArticleBody"/>
        <w:jc w:val="left"/>
      </w:pPr>
      <w:r>
        <w:rPr>
          <w:rFonts w:ascii="Times New Roman" w:hAnsi="Times New Roman" w:eastAsia="Times New Roman" w:cs="Times New Roman"/>
        </w:rPr>
        <w:t>Oseasqa rimashan huk yuyaymanta, chayqa chiqapmi chayan Sedequíahpa prisionman apasqa kayninman, ichaqa hinallataqmi rikuchin qallariyninta norte reinopa prisionman apasqa kayninpa 723 a.C. watapi. Imaraykuchus Oseaspa kay pasajeqa Ezequielpa testimoniowan tinkin, chayqa Diospaq qhesachakuywanmi tupakun, Israel llaqtam runa reyta munaspa mañakurqan. Israelpa munaynin runa reypa kamachisqa kayta, mana Diosmanta reypa kamachisqa kayta, rikuchisqa kachkan hina “atiyniykipa hatun tukukuynin” nisqapi, Levitico 26 pi “qanchis kuti” juicio nisqapi.</w:t>
      </w:r>
    </w:p>
    <w:p>
      <w:pPr>
        <w:pStyle w:val="ArticleScripture"/>
        <w:jc w:val="left"/>
      </w:pPr>
      <w:r>
        <w:rPr>
          <w:rFonts w:ascii="Times New Roman" w:hAnsi="Times New Roman" w:eastAsia="Times New Roman" w:cs="Times New Roman"/>
        </w:rPr>
        <w:t>Kaykunachus kaytaqa manaraq uyariwankichikchu chayqa, huchaykichikrayku qanchis kuti mastaraqmi ñak'arichisqaykichik. Hinallataq atiyniykichikpa hatun tukukuyninta p'akisaq; hanaq pacha qankunapaqqa fierron hinataqmi risaq, allpaykichiktaq broncen hinataqmi. Levítico 26:18, 19.</w:t>
      </w:r>
    </w:p>
    <w:p>
      <w:pPr>
        <w:pStyle w:val="ArticleBody"/>
        <w:jc w:val="left"/>
      </w:pPr>
      <w:r>
        <w:rPr>
          <w:rFonts w:ascii="Times New Roman" w:hAnsi="Times New Roman" w:eastAsia="Times New Roman" w:cs="Times New Roman"/>
        </w:rPr>
        <w:t>«Qankunapa kallpaykichikpa hatunchakuy» nisqaqa Israel llaqtapa munayninta rikuchin, kay pachawan kikinchayta munaspa hinaspa paykunapa sapan reyta kapunaykupaq. Chay hanaq suyuq reyta qichusqa kasqan 723 a.C. watapi, hinaspa chaymanta uray suyuq rey Sedequíaspa apasqa prisionpi kasqan 586 a.C. watapi, unay Israelpa «hatunchakuynin» p’akikusqanta rikuchin, hatunchakuymi urmayman ñawpaqta purin. Bibliapa profecíanpi «kallpa» nisqaqa rey utaq reino kasqanta niy, hinaspa Israelpa hatunchakuynin, runa reyta allinta waqaychaspa jap’iy nisqanwan, teocraciata hinaspa Diospa Reyninmanta qipanakuyninta señalachin.</w:t>
      </w:r>
    </w:p>
    <w:p>
      <w:pPr>
        <w:pStyle w:val="ArticleScripture"/>
        <w:jc w:val="left"/>
      </w:pPr>
      <w:r>
        <w:rPr>
          <w:rFonts w:ascii="Times New Roman" w:hAnsi="Times New Roman" w:eastAsia="Times New Roman" w:cs="Times New Roman"/>
        </w:rPr>
        <w:t>Hinaspanmi, Samuel machuña kaptin, churinkunata Israelpa juezninkuna kananpaq churaran. Ñawpaq wawampaq sutin karqan Joel; iskay kaqpa sutintaq Abías karqan: paykunaqa Beersebapi juezkuna karqanku. Ichaqa churinkunaqa manan paypa ñanninkunapichu purirqanku, aswanqa qollqellapa qhepanta qewakurqanku, sobornokunata chaskirqanku, hinaspan justicia-ta q'ewichirqanku. Chaymantan llapa Israelpa kurakkuna huñunakuspa hamurqanku Samuelman Ramaman, hinaspan nirqanku: Qhawariy, qanqa machuña kanki, churiykikunaqa manan qanpa ñanniykipichu purinku; kunanqa huk reyta churapuwayku, wakin nacionkunahinata, payqa noqaykuta juzgananpaq. Ichaqa Samuelman mana allinchu rikurqan chay nisqanku: Reyta quwayku noqaykuta juzgananpaq. Hinaspan Samuelqa Señorman mañakurqan. Señorñataq Samuelta nirqan: Runakunapa rimayninta uyariy llapa imachus qanta ninku chaypi; mana qantachu wikch'uykusunkiku, aswanqa noqatan wikch'uykuwanku, paykunapa reynin mana kanaypaq. Imaynan llapa rurayninkupi Egyptomanta orqomusqay p'unchawmanta kay p'unchawkama noqata saqespa huk dioskunata sirvisqanku, chayhinallatan qantapas rurashasunki. Kunanqa paykunapa rimayninta uyariy; ichaqa allinta yuyaychay paykunaman, hinaspa reypa imayna kayninta paykunapa hawanpi reynananta rikuchiy. 1 Samuel 8:1–9.</w:t>
      </w:r>
    </w:p>
    <w:p>
      <w:pPr>
        <w:pStyle w:val="ArticleBody"/>
        <w:jc w:val="left"/>
      </w:pPr>
      <w:r>
        <w:rPr>
          <w:rFonts w:ascii="Times New Roman" w:hAnsi="Times New Roman" w:eastAsia="Times New Roman" w:cs="Times New Roman"/>
        </w:rPr>
        <w:t>Kayta reparasqa kanan tiyan chay p’unchaypi Israelqa mana Diosllatachu rey-ninkuta hina qhesachirqan, aswanpas Profecíaq Espíritu-nintapas, Samuelpi rikuchisqa kashaqta; imaraykuchus nin: “paykunaqa saqerqawanku, huk dioskuna-taq sirvirqanku, chay hinallataq qampaqpas ruwashasunkiman.”</w:t>
      </w:r>
    </w:p>
    <w:p>
      <w:pPr>
        <w:pStyle w:val="ArticleScripture"/>
        <w:jc w:val="left"/>
      </w:pPr>
      <w:r>
        <w:rPr>
          <w:rFonts w:ascii="Times New Roman" w:hAnsi="Times New Roman" w:eastAsia="Times New Roman" w:cs="Times New Roman"/>
        </w:rPr>
        <w:t>“Satanásqa… sapa kuti llullaqta chayachispa runakunata cheqaqmanta karunchanpaq. Satanaspa qhipa llullakuyninqa kanqa Diospa Espiritunpa testimoniunta mana imapaqña ruraspa. ‘Maypichus mana rikuy kanchu, chaypi runakuna chinkanku’ (Proverbios 29:18). Satanásqa ancha yachaysapa hinam llamk’anqa, imaymana ñankunapi hinaspa imaymana agentekunawan, Diospa puchuq ayllun runakunapa cheqaq testimoniopi atiniyninkuta kuyuchinapaq.”</w:t>
      </w:r>
    </w:p>
    <w:p>
      <w:pPr>
        <w:pStyle w:val="ArticleScripture"/>
        <w:jc w:val="left"/>
      </w:pPr>
      <w:r>
        <w:rPr>
          <w:rFonts w:ascii="Times New Roman" w:hAnsi="Times New Roman" w:eastAsia="Times New Roman" w:cs="Times New Roman"/>
        </w:rPr>
        <w:t>“Qillqakunamanta contra testimoniokunapaq huk cheqninakuy hatarichisqa kanqa, chayqa satanásmanta kashan. Satanáspa rurayninkunaqa iglesiakunapa iñiyninta paykunapi kuyuchiyta munanqa, kayrayku: Satanásqa mana chayhina sut’i ñanta hap’inqachu llullakuyninkunata yaykuchinampaq hinaspa almanakuna pantasqanpi watanampaq, Sichus Diospa Espiritunpa willakuyninkuna, piñakuyninkuna, hinaspa yachachikuyninkuna kasukusqa kanku.” Selected Messages, book 1, 48.</w:t>
      </w:r>
    </w:p>
    <w:p>
      <w:pPr>
        <w:pStyle w:val="ArticleBody"/>
        <w:jc w:val="left"/>
      </w:pPr>
      <w:r>
        <w:rPr>
          <w:rFonts w:ascii="Times New Roman" w:hAnsi="Times New Roman" w:eastAsia="Times New Roman" w:cs="Times New Roman"/>
        </w:rPr>
        <w:t>Ñawpa Israelpa teokrasianninqa qhipa llullakuyninqa karqan mana Diosllatachu chaskiy, aswanpas Profecíapa Espírituntapas mana chaskiy. Chay mana chaskiy 1097 a. C. watapi rikuchin Laodicea nisqa Qanchis p’unchay Adventismopa qhipa llullakuyninta 1863 watapi. Levítico iskay chunka suqtapi “qanchis kuti” nisqaqa Diospa Siminmi, hinaspa Profecíapa Espíritun “qanchis kuti”manta nin: “mana hukman tikrasqa kananpaqmi.”</w:t>
      </w:r>
    </w:p>
    <w:p>
      <w:pPr>
        <w:pStyle w:val="ArticleScripture"/>
        <w:jc w:val="left"/>
      </w:pPr>
      <w:r>
        <w:rPr>
          <w:rFonts w:ascii="Times New Roman" w:hAnsi="Times New Roman" w:eastAsia="Times New Roman" w:cs="Times New Roman"/>
        </w:rPr>
        <w:t>«Rikurqanmi 1843 watapi tablaqa Señorpa makinnen kamachisqa kasqanta, hinaspa mana tikrasqa kananpaq kasqanta; yupaykunapas Pay munasqan hina kasqankuta; makintapas hawaypi churarispa wakin yupaykunapi pantayta pakasqanta, chaymi mana pipas rikuyta atirqachu, makin qichusqa kama.» Early Writings, 74.</w:t>
      </w:r>
    </w:p>
    <w:p>
      <w:pPr>
        <w:pStyle w:val="ArticleBody"/>
        <w:jc w:val="left"/>
      </w:pPr>
      <w:r>
        <w:rPr>
          <w:rFonts w:ascii="Times New Roman" w:hAnsi="Times New Roman" w:eastAsia="Times New Roman" w:cs="Times New Roman"/>
        </w:rPr>
        <w:t>Profecíapa Espíritun sut’itaqmi “qanchis kuti” nisqata chaskirqan, hinaspa paypa chaskisqanqa huk amonestación karqan ama siq’i qillqapi yupaykunata tikranapaqchu; chay siq’i qillqapiqa “qanchis kuti” nisqaqa chawpi sayaq hatun columna, hinaspa hanaq pañan k’uchupi kashan. Uriah Smithpa llulla-rurasqan siq’i qillqawan 1863 watapi, kallarinapaq chiqaq-kunata astawan astawan qhispichispa saqeriyqa ñawpaq Israel runakunawan rikch’akusqa karqan, paykuna Diosman kutichisqankuta mana chaskisqankupi; hinaspa Profecíapa Espíritu 1863 watapi hatarikuyninta reqsichirqan. 1863 watapi chay hatarikuy p’unchayqa Ezequiel qillqapi churakusqa profético siq’iwan tupaqmi. Chay historiapa siq’inpiqa tukukuynin Jerusalén llaqtapa thuñisqan karqan, chaymi domingo kamachikuyta rikch’achirqan. 1863 watamanta mana unaypi hamuq domingo kamachikuykamaqa rey Saúlpa historianniyuq 1097 a.C. watamanta Sedequíaspa 586 a.C. watakama rikch’achisqa karqan.</w:t>
      </w:r>
    </w:p>
    <w:p>
      <w:pPr>
        <w:pStyle w:val="ArticleBody"/>
        <w:jc w:val="left"/>
      </w:pPr>
      <w:r>
        <w:rPr>
          <w:rFonts w:ascii="Times New Roman" w:hAnsi="Times New Roman" w:eastAsia="Times New Roman" w:cs="Times New Roman"/>
        </w:rPr>
        <w:t>Sedequiasqa Babiloniaman prisionerota apasqa karqan pusaq chunka tawa watakunamanta ñawpaqman, 573 a.C. watapi Jubileomanta. Chunka qanchisniyuq Jubileo muyuqa qallarikurqan 622 a.C. watapi, chaymanta kimsa chunka watapi Ezequielqa sacerdote hina rikuchisqa kachkan 591 a.C. watapi; chaymanta phichqa wata qhipaman Jerusalén llaqtata thuñichirqanku 586 a.C. watapi. Chayqa thuñichisqa karqan chay kikin p’unchay watapi, imaynatachus iskay kuti thuñichisqa karqan 70 d.C. watapi Titoq makimpi. Ezequiel qillqap ñawpaq versiculonqa phichqa wata ñawpaqmi kachkan Jerusalénpa thuñichisqa kayninmanta, hinaspa chunka isqun watata ñawpaqmanmi tawa chunka kapitulpim templo ricuy kashan.</w:t>
      </w:r>
    </w:p>
    <w:p>
      <w:pPr>
        <w:pStyle w:val="ArticleScripture"/>
        <w:jc w:val="left"/>
      </w:pPr>
      <w:r>
        <w:rPr>
          <w:rFonts w:ascii="Times New Roman" w:hAnsi="Times New Roman" w:eastAsia="Times New Roman" w:cs="Times New Roman"/>
        </w:rPr>
        <w:t>Ñuqayku prësu kaypi kasqaykumanta iskay chunka phisqa watapi, wata qallariypi, killapa chunka punchawninpi, llaqta maqasqa kasqanmantapacha chunka tawa watapi, chay kikin punchawpi Señorpa makin noqapi karqa, hinaspataq chayman pusawarqa. Ezequiel 40:1.</w:t>
      </w:r>
    </w:p>
    <w:p>
      <w:pPr>
        <w:pStyle w:val="ArticleBody"/>
        <w:jc w:val="left"/>
      </w:pPr>
      <w:r>
        <w:rPr>
          <w:rFonts w:ascii="Times New Roman" w:hAnsi="Times New Roman" w:eastAsia="Times New Roman" w:cs="Times New Roman"/>
        </w:rPr>
        <w:t>Allpapaq samana p’unchaypa tratonman mana kasukusqanrayku, Diosqa reqsichirqanmi “qanchis kuti” kasqanta ñakay mana kasukuyman qanchis wata kaqman, mayqinchus allpapa samana p’unchaynin. “Kuti” nisqaqa wata kashan, hinaspa “wata” nisqaqa kimsa pachak soqta chunka p’unchayniyuqmi, hinaspa qanchis kuti kimsa pachak soqta chuncaqa iskay waranqa pichqa pachak iskay chunka watam. Milleritakunaqa ichapas mana llamk’achirqankuchu “iskay waranqa pichqa pachak iskay chunka” nisqa rimayta, ichaqa iskaynin santu chartninkupi yupaywan reqsichirqanku iskay waranqa pichqa pachak iskay chunka watata.</w:t>
      </w:r>
    </w:p>
    <w:p>
      <w:pPr>
        <w:pStyle w:val="ArticleBody"/>
        <w:jc w:val="left"/>
      </w:pPr>
      <w:r>
        <w:rPr>
          <w:rFonts w:ascii="Times New Roman" w:hAnsi="Times New Roman" w:eastAsia="Times New Roman" w:cs="Times New Roman"/>
        </w:rPr>
        <w:t>Israelpa chinchaysuyu qhapaq suyupaqpas, Judápa uraysuyu qhapaq suyupaqpas qanchis kuti ñakasqa kachariy willakuyninqa William Millerpa yachayninpi ñawpaq kaqmi karqa; utaq nispa atinki “sapiyman churakuy” kaq yachay, utaq aswanpas “alfa” yuyayniyuq yachay nispa. 1863 watapi Laodicea nisqapi Qanchis Punchaw Adventista iglesiaqa Millermanta tariykunapa sapiyman churakuy yachayninta mana chaskirqachu; chay “tariykuna”qa llapa Millerita kuyuypa tukuyninpi sayachiq sapinmi karqa. Inspiración sut’ita kamachirqan kay hina pasananpaq, chayqa pasañam, ari, unayñam pasakurqan.</w:t>
      </w:r>
    </w:p>
    <w:p>
      <w:pPr>
        <w:pStyle w:val="ArticleBody"/>
        <w:jc w:val="left"/>
      </w:pPr>
      <w:r>
        <w:rPr>
          <w:rFonts w:ascii="Times New Roman" w:hAnsi="Times New Roman" w:eastAsia="Times New Roman" w:cs="Times New Roman"/>
        </w:rPr>
        <w:t>Babiloniapi prisionmanta kutichisqa qhepaman wakichisqa templopaq cimientonqa ñawpaq kaq kamachikuypa historiapi tukukusqa karqan, iskay kaq kamachikuy manaraq chayamuchkaptin. Templonqa tukuy hunt’asqa ruwasqa karqan iskay kaq kamachikuypa historiapin. Kimsa kaq kamachikuypin nacionpa kamachiy atiynin kutichisqa karqan cheqaq ñawpaq Israelman. William Millerqa chay ñawpaq angelta rikuchirqan, paymi 1798 watapi chayamusqa, hinaspan kallpachasqa karqan agosto 11, 1840 p’unchaypi. Iskay kaq angelqa chayamurqan cimientokuna churakusqankumanta qhepata, 1843 watapa tablanwan rikuchisqa hina, mayu killapi 1842 watapi lluqsichisqa kasqanrayku. 1844 watapa ñawpaq llakikuypi, 1844 watapa alfa llakikuypi, iskay kaq angelqa chayamurqan, chaynallataq sipaskunapa uyarisqa willakuyninpi suyay unay tiempopas; hinaspan Exeter camp meeting nisqapi iskay kaq angelpa mensajen kallpachakusqanpacha, templonqa tukukuqta ruwasqa karqan. Chaymantaqa 1844 watapa hatun, icha omega llakikuypi, Pacto nisqapa Kachaqninqa usqhayllamanta Templonman hamurqan, iskay chunka kimsa pachak watakunapa hunt’akusqanpi, chaykunam kimsa kaq kamachikuymanta qallarispa kimsa kaq angelpa chayamusqanpi tukukurqan.</w:t>
      </w:r>
    </w:p>
    <w:p>
      <w:pPr>
        <w:pStyle w:val="ArticleBody"/>
        <w:jc w:val="left"/>
      </w:pPr>
      <w:r>
        <w:rPr>
          <w:rFonts w:ascii="Times New Roman" w:hAnsi="Times New Roman" w:eastAsia="Times New Roman" w:cs="Times New Roman"/>
        </w:rPr>
        <w:t>Josías sutiyoqmi “Diospa cimienton” nin. Rey Josíaspas kachun, otaq Josías Litchpas kachun; iskayninkuqapas cimientokunapa unanchaqninmi kanku, imaynachus ñawpaq decretoq historiapi rikuchisqa, hinaspa imaynachus Levítico iskay chunka kimsayuq t’aqapi ñawpaq iskay chunka iskayniyuq versículokunapi churisqa pawqar raymikuna rikuchin. Cimientokuna, pawqar raymikuna, hinaspa ñawpaq decretoqa llapankum 1840 watapa, hinaspa ñawpaq angelpa kallpachasqa kayninpa unanchanmi kanku. Octubre killapa 22 p’unchaynin, 573 a.C., imaynachus Ezequiel t’aqa tawa chunka, versículo hukpi qelqasqa kashan, Octubre killapa 22 p’unchaynin, 1844 watapa unanchanmi, wañusqakunapa juiciom kicharisqanta; hinaspapas Septiembre killapa 11 p’unchaynin, 2001 watapa unanchanmi, kawsakkunapa juiciom kicharisqanta. Kay qelqasqakunata qatiqkunaqa, imayna apaykunata llamk’achishqayta yachayñam kanan.</w:t>
      </w:r>
    </w:p>
    <w:p>
      <w:pPr>
        <w:pStyle w:val="ArticleBody"/>
        <w:jc w:val="left"/>
      </w:pPr>
      <w:r>
        <w:rPr>
          <w:rFonts w:ascii="Times New Roman" w:hAnsi="Times New Roman" w:eastAsia="Times New Roman" w:cs="Times New Roman"/>
        </w:rPr>
        <w:t>Ezequielqa huk willakuykunapi qelqasqanpi sut’inchaska profétic historia ukhupi huk símbolom. Ezequielqa chaypi kashan pusqaq t’aqa pichqa qharikuna intiyman qonqorikunku, pusaqniyoq capítuloq tukukuyninpi. Hinallataq qatiq capitulokunapipas chaypi karqa, maypichus “sellasqa kasqanmanta qhipaman wañuchiy hamun” Jerusalén pataman apamun, chay Jerusaléntaq Ellen White sut’inchan Qanchis Punchawniyoq Adventista Iglesiata hina. Ñawpaq chunka hukniyoq capitulokunapiqa Ezequielqa hanaq pacha santuario ukhuman pusasqa karqa kamachikuyninkunata chaskinanpaq, imaynan Milleritakuna waqyarisqa karqaku 1844 watapi chayta ruwanankupaq, hinallataq kay kuyuy kunan p’unchaypi waqyarisqa kashan chayta ruwanampaq.</w:t>
      </w:r>
    </w:p>
    <w:p>
      <w:pPr>
        <w:pStyle w:val="ArticleScripture"/>
        <w:jc w:val="left"/>
      </w:pPr>
      <w:r>
        <w:rPr>
          <w:rFonts w:ascii="Times New Roman" w:hAnsi="Times New Roman" w:eastAsia="Times New Roman" w:cs="Times New Roman"/>
        </w:rPr>
        <w:t>Chaymi Ezequielqa qankunapaq huk señalmi kan: llapan ruwasqanman hina qankunapas ruwankichik; kay hamuptinqa yachankichikmi noqa Señor Dios kasqayta. Ezequiel 24:24.</w:t>
      </w:r>
    </w:p>
    <w:p>
      <w:pPr>
        <w:pStyle w:val="ArticleHeading"/>
        <w:jc w:val="left"/>
      </w:pPr>
      <w:r>
        <w:rPr>
          <w:rFonts w:ascii="Arial" w:hAnsi="Arial" w:eastAsia="Arial" w:cs="Arial"/>
        </w:rPr>
        <w:t>Kay Hamuqtinmi##</w:t>
      </w:r>
    </w:p>
    <w:p>
      <w:pPr>
        <w:pStyle w:val="ArticleBody"/>
        <w:jc w:val="left"/>
      </w:pPr>
      <w:r>
        <w:rPr>
          <w:rFonts w:ascii="Times New Roman" w:hAnsi="Times New Roman" w:eastAsia="Times New Roman" w:cs="Times New Roman"/>
        </w:rPr>
        <w:t>Qhepa p’unchaykunapi chayasqanchik chay puntoman, Diospa llaqtanpi kutimuspantaq Ezequiel nisqan rikuchisqankuna, chayqa Ezequielpa señalta chayaspanchikmi. Sichus yachanki Ezequielqa pachak tawa chunka tawa waranqakunata rikuchisqanta, hinaspa chayta yachanki iñiypa hinaspa entiendenapa chay hina tukuy santa suyakuyniyuq nivelpi, Ezequielpa qillqasqankunapi llapa ima rikuchisqanpas qhepa p’unchaykunapi pachak tawa chunka tawa waranqakunawan tupaq sagradom kikinchasqa ruwaykunapa huk sagrado qatiqnin kasqanta unanchaspa—sichus chayta yachanki, chayqa “qamkuna yachankichik” “Señor”qa “Dios” kasqanta.</w:t>
      </w:r>
    </w:p>
    <w:p>
      <w:pPr>
        <w:pStyle w:val="ArticleBody"/>
        <w:jc w:val="left"/>
      </w:pPr>
      <w:r>
        <w:rPr>
          <w:rFonts w:ascii="Times New Roman" w:hAnsi="Times New Roman" w:eastAsia="Times New Roman" w:cs="Times New Roman"/>
        </w:rPr>
        <w:t>Kay yuyaykunata qatiqnin qillqapi hinaqa qatiqmasun.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kinsa chunka tawaq t’aqwiqpa pakasqa willakuyñin - Iskay chunka hukniyuq yupay</dc:title>
  <dc:subject>Iskay Ñak'ariy – Pusaq Kaq Rak'i – Ezequiel Iskay Kaq Yupayniyuq</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