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Chunka tawa pusaqniyuq kinsa chunka tawaq kaqmanta Pakasqa Willakuy - Iskay Chunka Iskayniyuq Yupay</w:t>
      </w:r>
    </w:p>
    <w:p>
      <w:pPr>
        <w:pStyle w:val="ArticleSubtitle"/>
        <w:jc w:val="left"/>
      </w:pPr>
      <w:r>
        <w:rPr>
          <w:rFonts w:ascii="Arial" w:hAnsi="Arial" w:eastAsia="Arial" w:cs="Arial"/>
        </w:rPr>
        <w:t>Ezequiel Kimsa Yupayniyuq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Ezequielqa huk saserdoten karqan pachapi, pachak tawa chunka tawa waranqa runakuna sellasqa kanankupaq. Ñawpaq kaq capítulopeqa, Ezequielqa santuario ukhuman pusasqa karqan.</w:t>
      </w:r>
    </w:p>
    <w:p>
      <w:pPr>
        <w:pStyle w:val="ArticleScripture"/>
        <w:jc w:val="left"/>
      </w:pPr>
      <w:r>
        <w:rPr>
          <w:rFonts w:ascii="Times New Roman" w:hAnsi="Times New Roman" w:eastAsia="Times New Roman" w:cs="Times New Roman"/>
        </w:rPr>
        <w:t>Kunanqa, kimsa chunka watapi, tawa killapi, killapa phisqa p’unchayninpi, ñoqaqa prësokunawan kuska karqani Kebar mayu patapi; chaypi hanaq pacha kicharikurqan, hinaspa Diospa rikuykunatan rikarqani. Chay killapa phisqa p’unchayninpin, rey Jehoiaquín prësokasqa kasqanpa phisqa watanpi, Señorpa simin sut’inchasqa hamurqan sacerdote Ezequielman, Buziq churinman, caldeokunapa hallp’anpi, Kebar mayu patapi; chaypin Señorpa makinqa paypa hawanpi karqan.</w:t>
      </w:r>
    </w:p>
    <w:p>
      <w:pPr>
        <w:pStyle w:val="ArticleScripture"/>
        <w:jc w:val="left"/>
      </w:pPr>
      <w:r>
        <w:rPr>
          <w:rFonts w:ascii="Times New Roman" w:hAnsi="Times New Roman" w:eastAsia="Times New Roman" w:cs="Times New Roman"/>
        </w:rPr>
        <w:t>Qhawarirqani, hinaspataq, wayra muyu hatunmanta lloqsimusqa chayamurqa chiri norte suyumanta, hatun phuyu, nina kikinman kutirispa, muyuriyninpitaq kanchariy karqa; chay ukhupitaq ámbar hina rikch’akuq lloqsimurqa, ninapa chawpinmanta. Chaypa chawpinmantataq tawa kaq kawsaqkunapa rikch’aynin lloqsimurqa. Kaymi karqa paykunapa rikch’aynin: runapa rikch’aynintaq paykunaqa kapurqanku. Sapankanku tawa uya yoq karqa, sapankankutaq tawa phawaq raphra yoq karqa. Chakinankutaq chiqan chakikuna karqa; chakinkunapa sapanntaqqa wakapa malta wawankupa chakinpa sapanman rikch’akuq karqa; lliphlliphyaqtaq sumaq llusp’ichisqa antamanta hina rikurirqanku. Raphrankunapa uranpi, tawa ladonkunapi, runapa makin yoq karqanku; tawaqninmi uyankunatawan raphrankunatawan yoq karqanku. Raphrankunataq hukninmanta hukninman tinkisqa karqa; purisqankupiqa mana kutirikurqankuchu; sapankanku chiqanta ñawpaqman purirqanku. Uyankunapa rikch’ayninmantaqa, tawaqninmi runapa uyanta yoq karqanku, paña ladonpitaq leonpa uyanta; tawaqninmi ichoq ladonpi toropa uyanta yoq karqanku; tawaqninmi ankaq uyantapas yoq karqanku. Chayhinataq karqa uyankunaqa; raphrankunataq wichayman mast’asqa karqa; sapankankupa iskay raphra hukninmanta hukninman tinkisqa karqa, iskaytaq cuerponkunata pakarqa.</w:t>
      </w:r>
    </w:p>
    <w:p>
      <w:pPr>
        <w:pStyle w:val="ArticleScripture"/>
        <w:jc w:val="left"/>
      </w:pPr>
      <w:r>
        <w:rPr>
          <w:rFonts w:ascii="Times New Roman" w:hAnsi="Times New Roman" w:eastAsia="Times New Roman" w:cs="Times New Roman"/>
        </w:rPr>
        <w:t>Hinaspataqmi cheqaqman sapa huknin; maymanchus espiritu rinqa chaymanmi rirqanku; manataqmi muyurqankuchu purisqankupi. Kawsayniyuqkunapa rikchayninmantaqa, rikchayninku karqa nina rawray k’anchaykuna hina, hinallataq mechero-kunapa rikchaynin hina: chaymi wichayman urayman purirqa kawsayniyuqkunapa chawpinkunapi; ninataq lliphipirqan, ninamantataq lluqsimurqa illapa. Kawsayniyuqkunataq phawarispanku kutimunku karqa illapapa phutiy rikchaynin hina. Chaymantataq, kawsayniyuqkunata qhawashaqtiy, qhaway, huk ruedata allpapi rikurqani kawsayniyuqkunapa qayllanpi, tawa uyayuqta. Ruedakunapa rikchayninpas rurasqankupas karqa berilo rumipa llimpin hina; tawantinmi huk rikchaylla kanku; rikchayninkupas rurasqankupas karqa hina rueda ukhupi huk rueda kasqanman. Purispankutaq, tawa ladonkuna patanmi purirqanku; manataqmi muyurqankuchu purisqankupi. Arosninkunamantaqa, ancha hatun altuyuq kaspankum mancharikuypaq karqanku; arosninkutaq muyuriqninpi junt’asqa karqanku ñawikuna-wan tawantin. Kawsayniyuqkuna puriqtinkutaq, ruedakuna paykunawan kuska purirqanku; kawsayniyuqkuna allpamanta hoqarisqa kaqtinkutaq, ruedakunapas hoqarisqa karqanku. Maymanchus espiritu riyta munaq chaymanmi rirqanku; chaymanmi paykunapa espiritunpas rinan karqa; ruedakunataq paykunapa contranpi hoqarisqa karqanku; imaraykuchus kawsayniyuqpa espiritunqa ruedakunapi karqa.</w:t>
      </w:r>
    </w:p>
    <w:p>
      <w:pPr>
        <w:pStyle w:val="ArticleScripture"/>
        <w:jc w:val="left"/>
      </w:pPr>
      <w:r>
        <w:rPr>
          <w:rFonts w:ascii="Times New Roman" w:hAnsi="Times New Roman" w:eastAsia="Times New Roman" w:cs="Times New Roman"/>
        </w:rPr>
        <w:t>Chaykuna riykuptinku, kaykunapas rirqanku; chaykuna sayaykuptinku, kaykunapas sayarqanku; hinaspa chaykuna allpamanta hoqarisqa kaptinku, ruedakunapas paykunawan kuska hoqarisqa karqanku; kawsaq uywakunapa espiritunmi ruedakunapi karqa. Hinaspa kawsaq uywakunapa umankuna patapi hanaq pacha ricchaynin karqa mancharikuypaq cristal hina llimphipaq, umankuna pataman mast’asqa. Hinaspa hanaq pacha uranpi raprankuna chiqanlla karqa, sapaqninmanta sapaqninman; sapaqninmi iskayniyuq karqa kay ladonpi pakanaqpaq, hinaspa sapaqninmi iskayniyuq karqa chay ladonpi pakanaqpaq, cuerponkuta. Hinaspa riykuptinku, uyarirqani raprankunapa qapariyninta, hatun yakukunapa qaparaynin hina, Tukuy-Atiyniyuqpa simin hina, rimaypa simin hina, soldadokunapa huñunpa qaparaynin hina; sayaykuptinkuña, raprankuta urayachirqanku. Hinaspa huk simi karqa umankuna patapi kaq hanaq pachamanta, paykuna sayaykuptinku hinaspa raprankuta urayachisqankumanta. Hinaspa umankuna patapi kaq hanaq pacha patanpi tiyanapa ricchaynin karqa, zafiro rumi rikch’aynin hina; hinaspa tiyanapa ricchaynin patapi runa rikch’aynin hina ricch’aynin karqa, chay patapi hanaqpi. Hinaspa qawarirqani ámbar llimphiy rikch’ayninta, ukhunpi muyuriq nina rikch’aynin hina, sikinmanta hanaqman rikch’ayninmanta pacha; hinaspa sikinmanta urayman rikch’ayninmanta pacha, qawarirqani imaynachus nina rikch’ayninta, muyuriqninta qanchariywan. Imaynachus para p’unchaypi phuyu ukhupi k’uychi rikurin, chayhinam muyuriq qanchaypa rikch’aynin karqa. Kaymi karqa Señorpa glorianta rikch’achiq semejanzapa rikch’aynin. Chayta qawaspa, uyayman urmaykurqani, hinaspa rimashaq hukpa siminta uyarirqani. Ezequiel 1:1–28.</w:t>
      </w:r>
    </w:p>
    <w:p>
      <w:pPr>
        <w:pStyle w:val="ArticleScripture"/>
        <w:jc w:val="left"/>
      </w:pPr>
      <w:r>
        <w:rPr>
          <w:rFonts w:ascii="Times New Roman" w:hAnsi="Times New Roman" w:eastAsia="Times New Roman" w:cs="Times New Roman"/>
        </w:rPr>
        <w:t>Ezequiel, waqaychasqa karu llaqtapi tiyasaq profeta, Caldeakunapa llaqtanpi, chaskirqan musqhoyta, Israelpa atiyniyuq Diosninpi iñiypa kikin yachachikuyta yachachiqta. Paymi Kebar mayu patakunapi kashaqtin, huk muyu wayraqa chiriyuq llaqtamanta hamuq hina rikurirqan, “hatun phuyu, nina kikinman kutimusaq, muyuriqnintaq k’anchariy karqan, chawpinnintaq ámbar nisqapa llimp’in hina karqan.” Askha ruedakuna, mana riqsisqa rikch’ayninwan, huknin hukninwan tinkisqa, tawa kawsayniyuqkunaq kuyuchiyninwan kuyurirqanku. Tukuy chaykunamanta ancha hanaqpiqa karqan “tiyanapa rikch’aynin, zafiro rumi rikch’ay hina; tiyanapa rikch’aynin patapitaq karqan runapa rikch’ayninman hina rikuriq.” “Kawsayniyuqkunapa rikch’ayninmantaqa, rikch’ayninkuqa nina rawrayuq pukllay q’uñikuna hina, mechakuna rikch’ay hinataq karqan: chayqa kawsayniyuqkunapura ukhunpi wichariq urayariqmi; ninataq k’anchariyniyuq karqan, ninamantataq lliphlliq illapa lluqsimuq.” “Cherubinkunapiqa rikurirqan runapa makinqa rikch’aynin rip’ankuna uranpi.”</w:t>
      </w:r>
    </w:p>
    <w:p>
      <w:pPr>
        <w:pStyle w:val="ArticleScripture"/>
        <w:jc w:val="left"/>
      </w:pPr>
      <w:r>
        <w:rPr>
          <w:rFonts w:ascii="Times New Roman" w:hAnsi="Times New Roman" w:eastAsia="Times New Roman" w:cs="Times New Roman"/>
        </w:rPr>
        <w:t>“Ruedakunaqa karqanmi ruedakunapi ukhunpi ruedakuna hina, chay hina sasa churasqa kasqanrayku ñawpaq rikuyllapi Ezequielmanqa llapa chinkasqa, mana allin kamasqa hina rikurirqan. Ichaqa kuyukuptinkuqa sumaq chiqap kasqanwanmi, hunt’asqa tinkuyninwanpas purirqanku. Hanaq pacha kaqkunaq kallpachisqanmi kay ruedakunaqa karqan, hinaspapas llapanmanta aswan hawaqninpi, k’anchayniyoq zafiro tiyanapi, Wiñay Kaqmi tiyasharqan; tiyanamuyuntintaq muyuriq k’uychi karqan, graciawan munakuywan unanchasqa. Chay rikuchikuyq manchariy atiyniyoq k’anchayninwan atipasqa, Ezequielqa uyanta hallp’aman urmaykurqan, huk voztaq payta oqarinanpaq, Señorpa siminta uyarinanpaq kamachirqan. Chaymantataq Israelpaq huk willakuy qhawariywan qorikusqa payman qosqa karqan.” Testimonies, 751.</w:t>
      </w:r>
    </w:p>
    <w:p>
      <w:pPr>
        <w:pStyle w:val="ArticleScripture"/>
        <w:jc w:val="left"/>
      </w:pPr>
      <w:r>
        <w:rPr>
          <w:rFonts w:ascii="Times New Roman" w:hAnsi="Times New Roman" w:eastAsia="Times New Roman" w:cs="Times New Roman"/>
        </w:rPr>
        <w:t>Rey Uzías wañusqa watapiqa, noqaqa Señor-ta rikurqani trono patapi tiyashaqta, ancha hanaqchasqa, hoqarisqataq; p’achanpa patanmi templota junt’achkarqa. Chaymanta hanaqninpiqa serafinkuna sayasharqanku; sapa hukninmi soqta rikhrayuq karqa: iskaywanqa uyanta pakarqa, iskaywantaq chakin-kunata pakarqa, iskaywantaq phawarqa. Hinaptin hukninqa hukninman waqyarqan, nispa: Santo, santo, santo, tukuy atiyniyuq Señor; llapa kay pacham kachkan hatun k’anchayninwan hunt’a. Punku marko sayarichiqkunapas kuyurirqanku waqyaqpa siminrayku, wasitaq qosñiwan hunt’akurqa. Chaymi noqaqa nirqani: ¡Ay, imaynalla noqapaq! chinkasqañam kani; mana ch’uya simiyuq runa kasqayrayku, mana ch’uya simiyuq runakunapa chawpinpi tiyasqayrayku; ñawiykunaqmi Reyta rikun, tukuy atiyniyuq Señorta. Chaymantataq huk serafín noqaman phawarimurqa, makinpi kawsay nina rawrayuqta apamushaspa, altar-manta tenazawan hap’isqata; chaytaq simiyman churaykuwarqa, nispa: Qaway, kayqa labioykikunata tupaykunña; huchaykitaq qichusqañam, hucha llimp’iynikitaq pichasqañam. Hinallataq uyarirqani Señorpa siminta, nispa: ¿Pitataq kachasaq, pitaq noqayku rayku rinqa? Chaymi noqaqa nirqani: Kaypin kani; kachariway. Isaías 6:1–8.</w:t>
      </w:r>
    </w:p>
    <w:p>
      <w:pPr>
        <w:pStyle w:val="ArticleScripture"/>
        <w:jc w:val="left"/>
      </w:pPr>
      <w:r>
        <w:rPr>
          <w:rFonts w:ascii="Times New Roman" w:hAnsi="Times New Roman" w:eastAsia="Times New Roman" w:cs="Times New Roman"/>
        </w:rPr>
        <w:t>“Kay visiónmi Ezequielman qorqasqa karqa huk tiempopeq, sonqon llakikuywan huntasqa kaptin. Payqa taytankunapa hallp’anta rikurqa ch’in nishu saqesqa kashaqta. Llaqtapas, mayqan ñawpaqta runakunawan hunt’a karqa, manaña pipas tiyasharqanchu. Kusikuypa rimayninpas, alabaypa takinpas, manaña uyarikurqanchu paypa perqankuna ukhupi. Profetapas kikinqa karqa huk wak llaqtapi huk waj extraño hina, maypichus mana tukukuq munaychasqa hatunchakuywan, ch’usaq mana kuyapayakuq millay sinch’i ñak’ariywan kamachikuy aswan hatun kasqa. Runa kamachikuypa ñak’ariyninta, mana allin ruwayninkunatapas rikuspam, uyarispaqa, sonqon llakikun, tutantin p’unchantinpas ancha waqarqa. Ichaqa, río Chebar patapi ñawpaqman rikuchisqa musphay señalkuna qhelqaypiqa rikuchirqan huk aswan hatun kamachiq atiyniyuq kasqanta, kay pachapi kamachiqkunap atiyninmanta aswan kallpayoqta. Asiriapa, Babiloniapa hatun tukusqa mana kuyapayakuq monarcankunamanta patapiqa, kuyapayakuq cheqaq Diosmi trono patapi tiyasharqa.”</w:t>
      </w:r>
    </w:p>
    <w:p>
      <w:pPr>
        <w:pStyle w:val="ArticleScripture"/>
        <w:jc w:val="left"/>
      </w:pPr>
      <w:r>
        <w:rPr>
          <w:rFonts w:ascii="Times New Roman" w:hAnsi="Times New Roman" w:eastAsia="Times New Roman" w:cs="Times New Roman"/>
        </w:rPr>
        <w:t>Profetaman rikuchisqanman hina, chay ruedaman rikch’akuq sasachakuykunaqa ancha pantasqa kasqankupi hina rikurirqanku, ichaqa mana tukukuq makin pusasqanmi karqa. Diospa Espiritun, payman sut’inchasqa kasqan hina, kay ruédakunata kuyuchispa hinaspa pusaspa, pantaymanta tinkuchiyta lluqsichirqan; chay hinallataq llapa kay pachapas Paypa kamachisqan uranpi kasharqan. Waranqa waranqa hatunchasqa kawsakkuqkunam Paypa siminman wakichisqa karqanku, millay runakunapa atininwan yuyayninkuwanpas atipanakuspa, hinaspa Payman cheqaq kaqkunapaq allinta apamunanpaq.</w:t>
      </w:r>
    </w:p>
    <w:p>
      <w:pPr>
        <w:pStyle w:val="ArticleScripture"/>
        <w:jc w:val="left"/>
      </w:pPr>
      <w:r>
        <w:rPr>
          <w:rFonts w:ascii="Times New Roman" w:hAnsi="Times New Roman" w:eastAsia="Times New Roman" w:cs="Times New Roman"/>
        </w:rPr>
        <w:t>Chayna hinallataq, Diosqa munasqan Juanman hamuq watakunaq iglesiapa historianta kicharinanpaqña kaspa, qispichiqpa llapa runankunapaq munakuynta hinaspa waqaychayninta qhawachirqan, payman rikuchispa: “Runapa Churin hina hukta”, kandelero-kunachaw puriqta, chaykunaq qanchis iglesia-kunata unanchasqanta. Juanman rikuchisqa karqan iglesiapa qhipa hatun maqanakuykunanta kay pachapi atiyniyuqkunawan, hinallataq saqisqa karqan cheqaq kasqakunapa qhipa atipayninta hinaspa qispichisqa kayninta qhawanampaq. Payqa rikurqan iglesiata wañuywan tukuq churanakuyman apasqata bestiawan hinaspa paypa lantiyninwan, hinaspa chay bestiata yupaychanan wañuywan manchachisqa kamachisqa kasqanta. Ichaqa maqanakuypa qosñinmanta hinaspa qapariyninmanta aswanta qhawarispa, rikurqan Sion urqupi huk huñu runakunata Corderowan kuska, bestiapa señalanpa rantinpi “Taytanpa sutin urkunkunapi qillqasqa” kaqta. Yapamantaq rikurqan “bestiata, paypa lantiyninta, paypa señalannta, hinaspa sutinqa yupayninta atipaqkunata, vidrio qochapi sayasqakunata, Diospa arpa-kunanta apaqkunata”, Moisespa hinaspa Corderopa takinta takispa.</w:t>
      </w:r>
    </w:p>
    <w:p>
      <w:pPr>
        <w:pStyle w:val="ArticleScripture"/>
        <w:jc w:val="left"/>
      </w:pPr>
      <w:r>
        <w:rPr>
          <w:rFonts w:ascii="Times New Roman" w:hAnsi="Times New Roman" w:eastAsia="Times New Roman" w:cs="Times New Roman"/>
        </w:rPr>
        <w:t>“Kay yachachikuykunaqa ñuqanchikpa allinniykupaqmi kanku. Diospi iñiyninchikta sinchiyachinanchikmi tiyan, ñawpaqninchikpitaqa runakunapa almasninkuta pruebaman churana pacha hamushanrayku. Cristoqa Olivos Orqopi kashaspan, iskay kuti hamuyninmanta ñawpaqta hamunan manchay juicioykunata yuyarichirqan: ‘Guerrakunamanta, guerrakunapa willakuyninkunamantawan uyarinkichik.’ ‘Naciónqa naciónpa contranpi hatarinqa, reinowan reinowanpas; muchuykuna, onqoy pesti-kuna, hinallataq kay pachakuykuna mayman churasqapi kanqa. Tukuy kaykunaqa ñak’ariypa qallariyninllanmi.’ Kay profecíakunaqa Jerusalén llaqta tukukuyninpi wakinman hunt’akusqankuchá, ichaqa aswan chiqanmi qhepa punchawkunaqpaq riman.”</w:t>
      </w:r>
    </w:p>
    <w:p>
      <w:pPr>
        <w:pStyle w:val="ArticleScripture"/>
        <w:jc w:val="left"/>
      </w:pPr>
      <w:r>
        <w:rPr>
          <w:rFonts w:ascii="Times New Roman" w:hAnsi="Times New Roman" w:eastAsia="Times New Roman" w:cs="Times New Roman"/>
        </w:rPr>
        <w:t>“Hatun, llapanmi jatun hinaspa manchaylla ruraykuna qayllanpi sayashanchik. Profecíam utqayllam hunt’akushan. Señorqa punku punkullapim kachkan. Mana unayllatan ñawpaqninchikpi kicharikunqa huk pacha, llapa kawsakkuqkunapaq sinchi ancha interesniyuq. Ñawpa p’itiykunaqa kashanmanta kutimuspaqmi; musuq p’itiykunapas hatarinqaku. Kay pachanchikpi rurakunankupaq kaq rikch’akuykunaqa manaraqmi pipas musquyninllapipas yuyasqachu. Satanásqa runa rantinkunawanmi llamk’akushan. Constituciónta tikrayta munaspa, Domingo p’unchaw waqaychanata kamachiq leytapas taqichiyta maskhaqkunaqa ancha pisillata yachanku ima hina tukunanmanta. Huk sasachakuyqa ñam qayllaykamushan.”</w:t>
      </w:r>
    </w:p>
    <w:p>
      <w:pPr>
        <w:pStyle w:val="ArticleScripture"/>
        <w:jc w:val="left"/>
      </w:pPr>
      <w:r>
        <w:rPr>
          <w:rFonts w:ascii="Times New Roman" w:hAnsi="Times New Roman" w:eastAsia="Times New Roman" w:cs="Times New Roman"/>
        </w:rPr>
        <w:t>“Chayqa hatun sasachakuy pachapiqa Diospa sirviqninkunaqa manam kikinkunallapi atinichakuyta atinankuchu. Isaiasman, Ezequielman, Juanman ima qusqa rikuchikuyninkunapiqa rikunchikmi imayna aswan qayllapi hanaq pacha kay pachapi pasashaq ruwaykunawan tinkisqa kasqanta, hinallataq Diospa ancha hatun kuyaywan waqaychasqanta payman cheqaq sonqowan kasqakunata. Kay pachaqa manam kamachiqniyuq mana kasqachu. Hamuq p'unchaykunapi pasana ruwaykunaq kamachikuyninqa Señorpa makinkunapi kashan. Hanaq pacha Majestadninmi nacionkunapa kawsayñanninkuta, hinallataq Iglesianpa imakunatawan, kikinpa munayninpi waqaychan.”</w:t>
      </w:r>
    </w:p>
    <w:p>
      <w:pPr>
        <w:pStyle w:val="ArticleScripture"/>
        <w:jc w:val="left"/>
      </w:pPr>
      <w:r>
        <w:rPr>
          <w:rFonts w:ascii="Times New Roman" w:hAnsi="Times New Roman" w:eastAsia="Times New Roman" w:cs="Times New Roman"/>
        </w:rPr>
        <w:t>“Ancha achka llaquywan, sasachakuywan, pantasqa yuyaywanpas Señorpa llamkayninpi kawsaykuyku. Tukukuq runakunaqa manam saqisqachu kay responsabilidadpa qepin apayta. Diospi confiaykuqmi kanan, Paypi creenaykuqmi kanan, hinaspa ñawpaqman purinaykuqmi kanan. Hanaqpacha kachaqkuna mana sayk’uq rikch’akuyninku, mana samayuq servicioninkupas kay pachapi kaqkunawan rimanakuspa, rikuchin imaynatas Diospa makinqa pusachkan muyu ukhupi muyuta. Yachachiq Diosmi sapa huk llamk’aqninman nin, imaynachus ñawpaq p’unchaykunapi Cirosta nirqan hina: ‘Qanman chumpita watarqayki, mana Riqsiwaqtiykipas.’”</w:t>
      </w:r>
    </w:p>
    <w:p>
      <w:pPr>
        <w:pStyle w:val="ArticleScripture"/>
        <w:jc w:val="left"/>
      </w:pPr>
      <w:r>
        <w:rPr>
          <w:rFonts w:ascii="Times New Roman" w:hAnsi="Times New Roman" w:eastAsia="Times New Roman" w:cs="Times New Roman"/>
        </w:rPr>
        <w:t>«Ezequielpa rikchayninpi Diospa makin karqa querubinkunapa riprankunapa urayninpi. Kayqa yanapakuqninchikkunaman yachachin, paykunaman allin rurayninkupi atipanata quqqa Diospa kallpan kasqanta. Payqa paykunawan llank’anqa, hucha rurayta saqerquspa sonqonpiwan kawsayninpipas ch’uyayapunku chayqa.»</w:t>
      </w:r>
    </w:p>
    <w:p>
      <w:pPr>
        <w:pStyle w:val="ArticleScripture"/>
        <w:jc w:val="left"/>
      </w:pPr>
      <w:r>
        <w:rPr>
          <w:rFonts w:ascii="Times New Roman" w:hAnsi="Times New Roman" w:eastAsia="Times New Roman" w:cs="Times New Roman"/>
        </w:rPr>
        <w:t>Kawsaqkuna ukhupi puriq lliphipiq k’anchay, illapapa utqaylla puriynin hina, kay llamk’ay qhipaman tukukuyninman chayayta imayna utqaylla ruwananta rikuchin. Mana puñuq, sapa kuti Ima munasqankunata hunt’achinampaq llamk’ashaq kaqmi, hatun llamk’asqanta allin tinkuchisqa hina ñawpaqman apayta atin. Ima kaqpas tukukuq yuyayniyuq runakunapa yuyayninkuman watasqa, sasa, ch’iqnisqa hina rikurinqa chayta, Señorpa makinmi hunt’asqa kamachiywan allin ordenpi waqaychayta atin. Paymi ñan-kunata, imaymana ruwanakunatapas yuyaykuspa, mana allin runakunapa munayninkunata hark’ayta atin; hinaspataq llaqtanpa contran mana allinta yuyaychakuspa ruwakuyta munakkuqkunapa yuyayninkutapas pantachisqa, chinkachisqa ruwanqa.</w:t>
      </w:r>
    </w:p>
    <w:p>
      <w:pPr>
        <w:pStyle w:val="ArticleScripture"/>
        <w:jc w:val="left"/>
      </w:pPr>
      <w:r>
        <w:rPr>
          <w:rFonts w:ascii="Times New Roman" w:hAnsi="Times New Roman" w:eastAsia="Times New Roman" w:cs="Times New Roman"/>
        </w:rPr>
        <w:t>“Hermanokuna, kunanqa manam waqaypaqpas, ni llaqukuywan mana atipaypaqpas tiempochu; manam iskayrayman urmaypaqpas, mana iñiyman chayaypaqpas tiempochu. Cristoqa manam kunanqa Josépa musuq sepulturampi qespichiqchu, hatun rumiwan wisq’asqa, romano sellowan siellasqa; kawsarimusqa Qespichiqniyoqmi kanchik. Paymi Reyqa, ejercitokunapa Señor; querubinkunapa chawpinpi tiyashan; nacionkunapa maqanakuywan ch’aqway chawpipipas llaqtantaqa sapa kuti waqaychanraqmi. Hanaq pachapi kamachiq kaqmi Qespichiqninchik. Sapa pruebata tupun. Nina hornopa rawrayninta qhawashan, mayqinmi sapa almapa pruebananpaq kanan. Reykunapa kallpachasqa pukllayninchikta urmachisqa kaptin, Diospa phiñakuyninpa flechankuna awqankunapa sonqonkuta t’oqsiykuptinpas, llaqtanqa makinkunapi allin waqayasqam kanqa.” Testimonies, volumen 5, 752–754.</w:t>
      </w:r>
    </w:p>
    <w:p>
      <w:pPr>
        <w:pStyle w:val="ArticleBody"/>
        <w:jc w:val="left"/>
      </w:pPr>
      <w:r>
        <w:rPr>
          <w:rFonts w:ascii="Times New Roman" w:hAnsi="Times New Roman" w:eastAsia="Times New Roman" w:cs="Times New Roman"/>
        </w:rPr>
        <w:t>Ezequielqa rikch’achkan pachak tawa chunka tawa waranqa ukhupi kananpaq akllakusqakunata sut’inchan, hinaspa sutinchasqa hina, huk siq’i patapi huk siq’i, paypa kawsaynin santuario ukhupi Isaiaspa Juanpa ima kawsayninkuwanpas santuario ukhupi tupaykachan. Kunanqa templopa pruebanpi kashanchik, kimsa pruebakunamanta iskay ñiqinpi, chaymi pachak tawa chunka tawa waranqata sellan. Chay pachaqa Pactopa Kachamusqan runa Malakias kimsa hunt’achisqanman hina ruwasqan ch’uyanchaymi. Kimsa pruebakunamanta ch’uyanchay ruwanakuyqa, Malakiaspa nina hina “hornon” nisqanmi, “sapa almatam pruebanan.” Kinsa kaq angel 1844 wata, octubre killapa 22 p’unchayninpi chayamuchkaptin, Pactopa Kachamusqan runaqa usqhaylla Templonman hamuspa, chay historiapa yachaq vírgenesninkunata Santísimo Lugarman pusarqan, paypa cheqaq kasqankunata sellananpaq; ichaqa chay historiapa vírgenesninkuna hatarirqanku, hinaspa 1856 watakama Filadelfia sutiyuq Millerita kuyuyqa Laodicea sutiyuq Millerita kuyuyman tikrarqan, hinaspa 1863 watapi Laodicea sutiyuq Qanchis p’unchay Adventista iglesiaman tukurqan.</w:t>
      </w:r>
    </w:p>
    <w:p>
      <w:pPr>
        <w:pStyle w:val="ArticleBody"/>
        <w:jc w:val="left"/>
      </w:pPr>
      <w:r>
        <w:rPr>
          <w:rFonts w:ascii="Times New Roman" w:hAnsi="Times New Roman" w:eastAsia="Times New Roman" w:cs="Times New Roman"/>
        </w:rPr>
        <w:t>1844 watapi 22 p’unchawpi chay kimsakaj angel chayamuspalla rikurimusqa, 1863 watapi qayllayninta qichukapun, hinaspataq 2001 watapi septiembre killapa 11 p’unchawninpi kutimun. Iskay chunka phisqayuq wata qhipaman, 1844 watapi octubre killapa 22 p’unchawwan rikuchisqa templopa pruebanan kunanqa yapamanta ruwakusqan. Iskay chunka phisqaqa iskay pachak phisqa chunkaq profetico diezmonninpa simbóliconmi, iskay pachak phisqa chunkataq Daniel chunka hukniyuqpi chunka hukmanta phisqa chunka kama versículokunapi rikuchisqa historiapa símbolonmi. Iskay pachak phisqa chunka, hinallataq iskay chunka phisqa, Ezequielpa santuario visionnin ukhupi huk rueda ukhupi ruedanmi. Iskay chunka phisqaqa yachaqkuna hinaspa millay runakuna t’aqasqa kayninpa símbolonmi, kinsa patapi pruebanapa hunt’akusqanpi, chaytaq Pacto Qatiqpa purificaciynin ruwasqanpi rikuchisqa.</w:t>
      </w:r>
    </w:p>
    <w:p>
      <w:pPr>
        <w:pStyle w:val="ArticleBody"/>
        <w:jc w:val="left"/>
      </w:pPr>
      <w:r>
        <w:rPr>
          <w:rFonts w:ascii="Times New Roman" w:hAnsi="Times New Roman" w:eastAsia="Times New Roman" w:cs="Times New Roman"/>
        </w:rPr>
        <w:t>Mateo iskay chunka phichqayniyuqpi kinsa yachachikuy willakuykuna kachkan, sapankataq reqsichin yuyaysapaqkunaq hinaspa mana allinkunaq t’aqanakuynta pachapi sellasqa kayninpi pachak tawa chunka tawa waranqa runakunapa. Chay qillqapi Diospa llaqtanpa suyayninqa kaymi: chawpi tuta waqaychay willakuypa aceiteyuq, yuyaysapa virgen hina kanankupaq. Suyayninkuqa kaymi: sapaq pachankupi kamachikuyta ruwaspa, paykunaman kamachinankupaq qusqa sapaq talentokunata allinta llamk’achisqankumanta, cheqaq hinaspa hunt’asqa kamachiq hina juzgasqa kanankupaq. Suyayninkuqa kaymi: Diospa michinanpa ovejan hina juzgasqa kanankupaq, Paq alliq laduyninpi tiyasqa, manataq lloq’e laduyninpi cabra hina. Iskay chunka phichqayuqqa unancha kachkan yuyaysapaqkunaq hinaspa mana allinkunaq t’aqanakuynta pachak tawa chunka tawa waranqa runakunapa sellasqa kayninpi. Iskay chunka phichqayuqqa Ezequielpa ruedankunamanta hukninmi.</w:t>
      </w:r>
    </w:p>
    <w:p>
      <w:pPr>
        <w:pStyle w:val="ArticleScripture"/>
        <w:jc w:val="left"/>
      </w:pPr>
      <w:r>
        <w:rPr>
          <w:rFonts w:ascii="Times New Roman" w:hAnsi="Times New Roman" w:eastAsia="Times New Roman" w:cs="Times New Roman"/>
        </w:rPr>
        <w:t>Ñuqayku prësu kaypi kashaqkuq iskay chunka phisqa watapi, wata qallariypi, killapa chunka p’unchawninpi, llaqta maqasqa kasqan qhipaman chunka tawa watapi, chay kikin p’unchawpi Señorpa makinmi ñuqaman karqa, hinaspan chayman pusawarqa. Ezequiel 40:1.</w:t>
      </w:r>
    </w:p>
    <w:p>
      <w:pPr>
        <w:pStyle w:val="ArticleBody"/>
        <w:jc w:val="left"/>
      </w:pPr>
      <w:r>
        <w:rPr>
          <w:rFonts w:ascii="Times New Roman" w:hAnsi="Times New Roman" w:eastAsia="Times New Roman" w:cs="Times New Roman"/>
        </w:rPr>
        <w:t>Pichqa chunka pichqayuq watayuq prisionpi kawsayqa octubre killapa iskay chunka iskayniyuq p’unchawwanmi rikuchisqa, chaymantaq huk dispensacional punku wichq’akusqanta rikuchin. Octubre killapa iskay chunka iskayniyuq p’unchawpi, 1844 watapi, huk punku kichakusqa, huk punkutaq wichq’akusqa, iskay clase runakuna t’aqasqa kaptin.</w:t>
      </w:r>
    </w:p>
    <w:p>
      <w:pPr>
        <w:pStyle w:val="ArticleScripture"/>
        <w:jc w:val="left"/>
      </w:pPr>
      <w:r>
        <w:rPr>
          <w:rFonts w:ascii="Times New Roman" w:hAnsi="Times New Roman" w:eastAsia="Times New Roman" w:cs="Times New Roman"/>
        </w:rPr>
        <w:t>Filadelfia llaqtapi iglesiapa angelninman qillqay: Kaykunatan nin chay Santoqa, cheqaq kaq, Davidpa llavenniyoq kaq, kichaspaqa mana pipas wichq’anmanchu; wichq’aspaqa mana pipas kichanmanchu; Ruwasqaykikunatan reqsini: qhawariy, ñawpaqniykipi kichasqa punkutan churaykuyki, mana pipas wichq’anmanchu: aslla kallpayuq kaspaykipas, simiyta waqaycharqankim, sutiytapas mana ñegarqankichu. Apocalipsis 3:7, 8.</w:t>
      </w:r>
    </w:p>
    <w:p>
      <w:pPr>
        <w:pStyle w:val="ArticleBody"/>
        <w:jc w:val="left"/>
      </w:pPr>
      <w:r>
        <w:rPr>
          <w:rFonts w:ascii="Times New Roman" w:hAnsi="Times New Roman" w:eastAsia="Times New Roman" w:cs="Times New Roman"/>
        </w:rPr>
        <w:t>Cristoqa Filadelfiapi angelninta nin: payqa ruwasqankuta reqsin, Filadelfiapi iglesiapa ñawpaqenpi kichasqa punkuta churashqanta. Chay punkuqa kichasqa kashan “Davidpa llavininwan”, Eliakimpa hawanman churakusqa llaviniwan.</w:t>
      </w:r>
    </w:p>
    <w:p>
      <w:pPr>
        <w:pStyle w:val="ArticleScripture"/>
        <w:jc w:val="left"/>
      </w:pPr>
      <w:r>
        <w:rPr>
          <w:rFonts w:ascii="Times New Roman" w:hAnsi="Times New Roman" w:eastAsia="Times New Roman" w:cs="Times New Roman"/>
        </w:rPr>
        <w:t>Chay p’unchaypi pasakunanmi kanqa, ñuqaqa waqyasqayta kamachisaq sirviqniy Eliakimta, Hilkíaspa churinta: qampaq p’achawanmi p’achachisaq, qampaq chumpiwanmi kallpachasaq, qampaq kamachikuynikitanmi makimpi churasaq; payqa Jerusalén llaqtapi tiyaqkunapaq, Judá wasipaqpas taytanmi kanqa. Davidpa wasinpa llavinta umrusninmanmi churasaq; hinaqtinmi kichasqa, mana pipas wichq’anqachu; wichq’asqataq, mana pipas kichanqachu. Isaías 22:20–22.</w:t>
      </w:r>
    </w:p>
    <w:p>
      <w:pPr>
        <w:pStyle w:val="ArticleBody"/>
        <w:jc w:val="left"/>
      </w:pPr>
      <w:r>
        <w:rPr>
          <w:rFonts w:ascii="Times New Roman" w:hAnsi="Times New Roman" w:eastAsia="Times New Roman" w:cs="Times New Roman"/>
        </w:rPr>
        <w:t>Pʼunchaypi Eliaqim qayasqa kashaqtin, payqa mana allin Shebnamanta tʼaqasqa kashan.</w:t>
      </w:r>
    </w:p>
    <w:p>
      <w:pPr>
        <w:pStyle w:val="ArticleScripture"/>
        <w:jc w:val="left"/>
      </w:pPr>
      <w:r>
        <w:rPr>
          <w:rFonts w:ascii="Times New Roman" w:hAnsi="Times New Roman" w:eastAsia="Times New Roman" w:cs="Times New Roman"/>
        </w:rPr>
        <w:t>Kayta niwanchik Señornin, tukuy atiyniyuq ayllukunapa Diosnin: Riy, chayaspa rimay chay qullqi waqaychaqman, Shebnaman, wasipa umalliqninman, hinaspa niy: “¿Imataq kaypi qampaq kachkan? ¿Pitaq kaypi qampaq kachkan, kaypi sepulturata qampaq rumi ukhupi qirqorqanki, hanaqpi sepulturata qirqoqqa hina, qaqapi tiyay wasita qampaq llaqllarqanki? Qhawariy, Señorqa sinchi hap’isqawan apasunkim, cheqaqtapuni p’istuwasunkim. Payqa cheqaqtapuni kallpawan muyuchispa wikch’usunkim, hatun suyuman pelotaman hina; chaypim wañunki, chaypitaq k’anchayniyuq carruyniykikunaqa patronniykipa wasinpaq p’enqayman tukunkaku.” Isaías 22:15–18.</w:t>
      </w:r>
    </w:p>
    <w:p>
      <w:pPr>
        <w:pStyle w:val="ArticleBody"/>
        <w:jc w:val="left"/>
      </w:pPr>
      <w:r>
        <w:rPr>
          <w:rFonts w:ascii="Times New Roman" w:hAnsi="Times New Roman" w:eastAsia="Times New Roman" w:cs="Times New Roman"/>
        </w:rPr>
        <w:t>Yachaq runakuna, mana yachaq sipaskunamanta rakisqa, Shebnawan Eliakimwan rikuchisqa yachachiyta hunt’arqa, chayqa hunt’asqa karqa octubre 22, 1844 p’unchaypi, hinaspataq Jehoiachinpa prisionpi kasqan iskay chunka phisqa watañanpi, chaymi karqa octubre 22, 573 a.C. Ezequiel qillqap pusaqniyuq kapituluyninpi, Adventismopi millay runakuna, Jerusalénwan rikuchisqa, iskay chunka phisqa qhari runakunawanmi rikuchisqa intiyman k’umuykachaqkuna hina. Jerusalénpa chinkachisqasninmi domingo kamachikuyta rikuchin, chayqa hinallataq chay waymarkmi, mayqenmi tukuchin pachakta tawa chunka tawa waranqa runakunapa sellakusqan pacha. Chay sellakusqan pachaqa qallariq karqa septiembre 11, 2001 p’unchaypi, hinaspataq Jesusqa Alpha hinallataq Omega kachkan, chayrayku septiembre 11, 2001, sellakusqapa qallariynin hina, tukukuyninta rikuchin, domingo kamachikuypi.</w:t>
      </w:r>
    </w:p>
    <w:p>
      <w:pPr>
        <w:pStyle w:val="ArticleBody"/>
        <w:jc w:val="left"/>
      </w:pPr>
      <w:r>
        <w:rPr>
          <w:rFonts w:ascii="Times New Roman" w:hAnsi="Times New Roman" w:eastAsia="Times New Roman" w:cs="Times New Roman"/>
        </w:rPr>
        <w:t>11 punchaw, sitiyembre killa, 2001 wataqa rikuchisqa karqan Minneapolis llaqtapi 1888 watapi huñunakuykunawan, imaraykuchus Hermana White sut’inchan, 9/11 p’unchawpi Nueva York llaqtap hatun wasikuna urmasqanku chayqa, Apocalipsis 18:1–3 hunt’asqa karqan. Chay pachapi, hina 1888 watapipas, paymi sut’incharqan Apocalipsis chunka pusaqniyuq angel uraykamusqanta kay pachata k’anchachinampaq Hatun Yupaychayninwan. 1888 watapi hatarikuyninta payqa tupachirqan Coré, Datán, Abiram ima hatarikuywan, paykunawan kuska iskay pachak pichqa chunka reqsisqa qharikunapas apostasiankuman yaykusqankurayku. Iskay pachak pichqa chunka hatarikuqkuna Corépa hatarikusqanpi, paywan kaqkunapas ñawpaq Israel unay willakuy qallariyninpi, rikuchirqanku iskay chunka pichqa qharikunata, paykuna intiyman qonqorikuchkaqkuna karqanku unay Israelpa tukukuyninpi.</w:t>
      </w:r>
    </w:p>
    <w:p>
      <w:pPr>
        <w:pStyle w:val="ArticleBody"/>
        <w:jc w:val="left"/>
      </w:pPr>
      <w:r>
        <w:rPr>
          <w:rFonts w:ascii="Times New Roman" w:hAnsi="Times New Roman" w:eastAsia="Times New Roman" w:cs="Times New Roman"/>
        </w:rPr>
        <w:t>Iskay chunka pichqa umalliqkuna Laodicea Adventismo-manta domingo kamachiyman k’umuykusqankuña, iskay pachak pichqachunkakuna-taq 9/11-pi, sellakusqa pacha rikuchin chunka pichqayuq simbulismowan, (yachaqkunapaq mana allinkunamanta t’aqanakuypa simbulun) sellakusqa pachapa qallariyninta tukukuynintawan señalaspa. Moisespa pachasninpi iskay pachak pichqachunka hatarikuqkuna kasqanpas, icha Ezequiel qhelqapa pusaq kaq capitulopin chunka pichqa qharikuna kasqanpas, icha Mateo qhelqapa iskay chunka pichqa kaq capitulopi t’aqanakuyta rikuchiq kimsa testigokuna kasqanpas, icha Ezequiel tawa chunka kaq capitulopi prisionpi kasqankumanta iskay chunka pichqa wata kasqanpas; llapa chunka pichqa simbulupa rikurichisqankunaqa kimsan iskay pachak pichqachunka watayuq periodokunawan tupanku, chaykunaqa 207 BC, 313, hinallataq 2026 watakunapi tukuyninkuman chayarqanku.</w:t>
      </w:r>
    </w:p>
    <w:p>
      <w:pPr>
        <w:pStyle w:val="ArticleBody"/>
        <w:jc w:val="left"/>
      </w:pPr>
      <w:r>
        <w:rPr>
          <w:rFonts w:ascii="Times New Roman" w:hAnsi="Times New Roman" w:eastAsia="Times New Roman" w:cs="Times New Roman"/>
        </w:rPr>
        <w:t>Iskay chunka pichqayuqmi, nisqayman hina, iskay chunka pichqapa huk ejehina, chaymi iskay chunka pichqapa llapa siq’inkunata hunt’aspa perfecciónman apan. Chayqa tukupun huk proféticapa llavehina reinosqopaq, Pedroman qusqa, tawa chunka versiculopa pakasqa historianta sut’inchayman apanapaq. Achka kutita sayarichisqa kashan kimsa hukmanta aswan testigokunawan, Daniel chunka hukniyuqpa chunka versiculomanta chunka pichqakama nisqankuna huk siq’ita rikuchisqanta, chay siq’iqa 1989 watamanta Domingo ley kama historiata p’unchaychashan; chaymi tawa chunca versiculopa pakasqa historianninqa. Judá ayllumanta leonqa kunan Ezequielpa ruedankunata kicharisqanmi, payqa pakasqa historiata kicharispa, qhepa p’unchaykunapa Chawpi Tuta Qapariyninpa willakuyninta tukuchinanpaq.</w:t>
      </w:r>
    </w:p>
    <w:p>
      <w:pPr>
        <w:pStyle w:val="ArticleBody"/>
        <w:jc w:val="left"/>
      </w:pPr>
      <w:r>
        <w:rPr>
          <w:rFonts w:ascii="Times New Roman" w:hAnsi="Times New Roman" w:eastAsia="Times New Roman" w:cs="Times New Roman"/>
        </w:rPr>
        <w:t>Qatiq qillqasqakunapiqa hina ñawpaqman riqsiqkuchisunchik Ezequielpa ruedankunata, chaykuna qhipa p’unchaykunapi runakunapa sasa tinkuyninta rikuchisqankuta. Kay qillqapa qallariyninpi Ezequiel qillqapa huk ñiqin kapitulonpi kaq nisqa, hinallataq Testimonies, volumen cinco, chaypi kuska pasajeta churarisqaqa, qatiq qillqasqakunapi puriqtiyku mana qhipaman saqesqa qhawananchikpaq rikch’ayninchikmi kanqa. Ruedakuna allin churasqa kasqankupi, hinaspa profecíapa historiankupi huk ruedakunawan allin tinkuyninkunapi churasqa kasqankupi, rikuchisunchikmi kimsa pachak isqun chunka huk watakunapas chunka pichqa p’unchaykunapas, chaykuna 1840 wata, agosto killapi chunka hukniyuq p’unchaypi ñawpaq angelta atiyniyoq rurasqankuta, Ezequielpas kimsa pachak isqun chunka watakuna hinam rikuchin, Jerusalén llaqta muyurisqa kasqan huk wata kuskanwan t’inkisqa; hinaspa kay profético k’anchay chayamusuqninmi riqsinchik pachak tawa chunka tawa waranqa akllasqakunapa unanchanta hoqarisqanta.</w:t>
      </w:r>
    </w:p>
    <w:p>
      <w:pPr>
        <w:pStyle w:val="ArticleBody"/>
        <w:jc w:val="left"/>
      </w:pPr>
      <w:r>
        <w:rPr>
          <w:rFonts w:ascii="Times New Roman" w:hAnsi="Times New Roman" w:eastAsia="Times New Roman" w:cs="Times New Roman"/>
        </w:rPr>
        <w:t>27 julio killa 1299manta 1337kamaqa kimsa chunka pusaq watakunata rikuchin, Pachak pichqa chunka watakunap qallariyninpi (pichqa killakunapi) Apocalipsis isqun qillqapi, chunka versículopi nisqaman hina. Chay pachak pichqa chunka watakunaqa tawa pachak isqun chunka huk watakunawan chunka pichqa punchawkunawan versículo chunka pichqapi nisqawanmi tinkuchkan. Chhaynaqa, iskay pacha yupaykunap qallariyninkunaqa huk profecía siq’ita ruwaykuchkan, mayqenchus tukukapun Josiah Litchpa 1838 hinallataq 1840 watakunapi willasqan hunt’akuyninwan, hinaspataq Millerita kuyuriyniyoq lloqsiyninta kallpachasqanta señalan. Chay historiaqa Adventismopa qallariyninpi, domingo ley ñawpaqman hamuqpi, pachak tawa chunka tawa waranqa runakunapa huk unanchan hina hatariyninta señalan. Chhaynaqa, Ezequielpa tawa pachak isqun chunka watankuna, hinallataq Jerusalén llaqta muyuychasqa kasqan huk punto pichqa watankuna (1.5), 1299 watapi qallarisqa profecía siq’ipa tukukuyninta señalan.</w:t>
      </w:r>
    </w:p>
    <w:p>
      <w:pPr>
        <w:pStyle w:val="ArticleBody"/>
        <w:jc w:val="left"/>
      </w:pPr>
      <w:r>
        <w:rPr>
          <w:rFonts w:ascii="Times New Roman" w:hAnsi="Times New Roman" w:eastAsia="Times New Roman" w:cs="Times New Roman"/>
        </w:rPr>
        <w:t>Allinmi kananmanmi kachkanman karqa qhawarinapaq kay qillqasqamanta Testimonies, volumen cinco, hamuq qillqa manaraq chayamuchkaptin.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Chunka tawa pusaqniyuq kinsa chunka tawaq kaqmanta Pakasqa Willakuy - Iskay Chunka Iskayniyuq Yupay</dc:title>
  <dc:subject>Ezequiel Kimsa Yupayniyuq</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