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Kimsa Chunka Tawaq Willakuy Pakasqa-Hina – Yupay Iskay Chunka Kimsayuq</w:t>
      </w:r>
    </w:p>
    <w:p>
      <w:pPr>
        <w:pStyle w:val="ArticleSubtitle"/>
        <w:jc w:val="left"/>
      </w:pPr>
      <w:r>
        <w:rPr>
          <w:rFonts w:ascii="Arial" w:hAnsi="Arial" w:eastAsia="Arial" w:cs="Arial"/>
        </w:rPr>
        <w:t>Ezequiel Tawaqqa Yupanapaq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Ezequielqa riqsichisqa kachkan “waqaq profeta” nisqawan, payqa pachak tawa chunka tawa waranqakunapa unanchaqninmi; paykunaqa qhelqanpa pusaq iskayniyuq t’aqapi waqashanku (llakikuspa hinaspa waqaspa) allpapi hinaspa iglesiapi ruwasqa millay abominacionkunamanta. Testimonies nisqamanta qhipa qillqapi citarqananchik pasajepi, Hermana Whiteqa kaynata qillqarqan: “Profeta kikinqa huk mana reqsisqa suyupi karqan, maypichus mana tukukuq hatun munaycha kuyay hinaspa sallqa sinchi millay chiqninakuy aswan kamachiq karqan. Runa tiraniamanta hinaspa mana allin ruwanakunamanta rikushqan hinaspa uyarishqanqa almanman sinchita nanachirqan, chayraykun p’unchay tuta ancha llakikuspa waqarqan.”</w:t>
      </w:r>
    </w:p>
    <w:p>
      <w:pPr>
        <w:pStyle w:val="ArticleBody"/>
        <w:jc w:val="left"/>
      </w:pPr>
      <w:r>
        <w:rPr>
          <w:rFonts w:ascii="Times New Roman" w:hAnsi="Times New Roman" w:eastAsia="Times New Roman" w:cs="Times New Roman"/>
        </w:rPr>
        <w:t>Pachak tawa chunka tawa waranqakunaqa “Israelpa qarqusqankuna” kanku, mayqinkunaqchus ch’iqirichisqa karqaku, imaynachus Ezequielpa preso apasqa kasqanwan rikuchisqa. Ezequiel pusaqniyoq t’aqapi sellasqa kay ruwayqa kikillanmi Apocalipsis qanchisniyoqpi kasqanwan, iskaynin t’aqakunapas qhepaman p’unchaykunapi pasaq hina rikuchisqa kanku.</w:t>
      </w:r>
    </w:p>
    <w:p>
      <w:pPr>
        <w:pStyle w:val="ArticleScripture"/>
        <w:jc w:val="left"/>
      </w:pPr>
      <w:r>
        <w:rPr>
          <w:rFonts w:ascii="Times New Roman" w:hAnsi="Times New Roman" w:eastAsia="Times New Roman" w:cs="Times New Roman"/>
        </w:rPr>
        <w:t>“Kay sirwi Diospa kamachinkunata rurqankunapa sellakusqankuqa, Ezequielman musquypi rikuchisqa kasqanwan kikinmi.” Testimonies to Ministers, 445.</w:t>
      </w:r>
    </w:p>
    <w:p>
      <w:pPr>
        <w:pStyle w:val="ArticleBody"/>
        <w:jc w:val="left"/>
      </w:pPr>
      <w:r>
        <w:rPr>
          <w:rFonts w:ascii="Times New Roman" w:hAnsi="Times New Roman" w:eastAsia="Times New Roman" w:cs="Times New Roman"/>
        </w:rPr>
        <w:t>Tronomanta Diosqa kamachin querubinkunata, chaykunataq kutichimuyta ruranku ruedakunata kamachispa. Ezequielqa chay rikuypi yachanankaraq karqa Diosqa llapanta munayninpi charirqanmi, tukuy imapas pantasqa hina rikuriptinpas. Hermana Whiteqa nin “hinallataq” nispa, Diospa tronomanta tiyayninpa churasqanta qallarichispa, querubinkunata kamachispa, paykunaqa kay pachapa ruwasqankunata kamachirqanku; hinaqtinmi payqa describin Juan-ta santuario ukhupi maypi Cristo purirqan qanchis iglesiakuna chawpipi. Ezequielwan Juanwanqa unanchakuykuna kanku chay sellaq tiempope kawsakukkunapaq, pachak tawa chunka tawa waranqankunapaq; chaymantaq inspiracionqa qillqan: “Kay pachanchispi ruwakunankupaq kaq rikch’ariykunaqa manaraqmi musquypipas yuyasqachu.”</w:t>
      </w:r>
    </w:p>
    <w:p>
      <w:pPr>
        <w:pStyle w:val="ArticleBody"/>
        <w:jc w:val="left"/>
      </w:pPr>
      <w:r>
        <w:rPr>
          <w:rFonts w:ascii="Times New Roman" w:hAnsi="Times New Roman" w:eastAsia="Times New Roman" w:cs="Times New Roman"/>
        </w:rPr>
        <w:t>Chayqaqqa, Panichay White chay simikunata qillqarqan hinaqa, chay simikuna cheqaqmi karqan; ichaqa sellokuy p'unchawkunapi hinallataqmi hunt'asqa, allin hunt'ayninta tarinku. Ishkay chunka watakuna qhipapi utaq chay hina pisi aswan ñawpaqpi, yuyaymanchu hamunman karqan kay pachapi kunan pasashasqakuna, Islampa ch'usakuna hina llangk'aywan kuskan? Ch'usakuna, Apocalipsispa isqon kaq kapítulonpi Islampa unanchaqnin hina, uyarichin naturalezapi África del Nortepa ch'usakunapa ripuyninta. Chay t'inkiy ch'usakunapa Áfricamanta puriynin ñanqa tinkunmi geografíawan, maymanchus Islam qhispichisqa karqan chaywan. Islamqa Ismaelmanta mirasqanmi, Ismaelpa mamanqa Hagarmi karqan. Hagar sutinqa “phaway” utaq “ayqey” ninmi. Árabe simipi chay sutiqa aswanpuni Hajar (هاجر) nisqa qillqasqa kachkan, hinaspa tinkisqañam kikin saphiwan, mayqenchus Hijra-ta qunchis, chaymi Muhammadpa ripuynin/phawaynin. Islampa saphiyninkunaqa manam ch'usakunapa t'inkiyllawanchu tinkisqa kachkan, aswanpas chay saphiyninkunapi migraciónpa niyninpas kachkanmi. Pipaschu hayk’aqpas musqukuspa yuyarqanman karqan mana kamachisqa inmigraciónqa Islampa ch'usakninpa rikurimuynin kasqanta?</w:t>
      </w:r>
    </w:p>
    <w:p>
      <w:pPr>
        <w:pStyle w:val="ArticleBody"/>
        <w:jc w:val="left"/>
      </w:pPr>
      <w:r>
        <w:rPr>
          <w:rFonts w:ascii="Times New Roman" w:hAnsi="Times New Roman" w:eastAsia="Times New Roman" w:cs="Times New Roman"/>
        </w:rPr>
        <w:t>¿Pipas runaqa musq’arqanichu llapa pacha komunista-kunaqa islam llaqta aswan achka t’aqa runakunawan huñunakusqankuta? Islampas, hinallataq llapa pachapi globalista dragón atiyninpas, Apocalipsis 9/11 nisqapi sapaqman ura manaña tukukuq t’uqumanta lluqsimunku; chay manaña tukukuq t’uquqa supaypa atiynin rikurimuyninta sut’inchan. Kunan p’unchay iskaynin huñunakusqa masikunaqa, cheqaq qelqasqa Qelqakuna nisqanman hina, Satanáspa makinkuna kanku.</w:t>
      </w:r>
    </w:p>
    <w:p>
      <w:pPr>
        <w:pStyle w:val="ArticleScripture"/>
        <w:jc w:val="left"/>
      </w:pPr>
      <w:r>
        <w:rPr>
          <w:rFonts w:ascii="Times New Roman" w:hAnsi="Times New Roman" w:eastAsia="Times New Roman" w:cs="Times New Roman"/>
        </w:rPr>
        <w:t>“‘Paykuna testimoniota tukuriptinku [tukuriykaptinku].’ Iskay testigoqkuna llakiy p’acha churakuspa willakusqanku tiempoqa 1798 watapi tukukapun. Llaqta mana reqsisqa kasqapi llamk’ayninku tukukuyman qayllaykaptinmi, paykunapaq maqanakuy rurasqa kanan karqa chay kallpawan, sutichasqa hina ‘ukhu mana tukuq t’uqumanta lluqsimuq animalwan’. Europapi achka nacionkunapi Iglesiapiwan Estadopiwankuna kamachiq atiykunaqa pachak watakunata Satanaspa kamachisqan karqanku, papadopa chawpiyninwan. Ichaqa kaypiqa rikuchisqa kachkan musuq rikuriy Satanaspa atiyninmanta.” The Great Controversy, 268.</w:t>
      </w:r>
    </w:p>
    <w:p>
      <w:pPr>
        <w:pStyle w:val="ArticleBody"/>
        <w:jc w:val="left"/>
      </w:pPr>
      <w:r>
        <w:rPr>
          <w:rFonts w:ascii="Times New Roman" w:hAnsi="Times New Roman" w:eastAsia="Times New Roman" w:cs="Times New Roman"/>
        </w:rPr>
        <w:t>Hermana White kaypi reqsichin socialismo hamusqanta Revolución Francesa pacha hinapi, chayllataq nispan Satanáspas papal kallpata kamachisqantapas. Papal kallpapas Apocalipsis chunka qanchisniyuqpi uku mana tukukuq t’uqumanta lloqsimm, hinaspa Apocalipsis chunka isqunniyuqpi Islamqa qosñim, uku mana tukukuq t’uqumanta lloqsisqa. Yuyayqa kachkanraqmi; ¿cheqaqtapuni inspiración ninayta munarqanchu: “Kay pachanchispi ruwakunankupaq kaq rikch’akuynakqa manaraqmi musquynillapipas qhawarisqachu”? ¿Pitaq musqarqan kunan Islamqa Europapi mast’arikuspa, kunanpas Américakunaman uraykamusqanta? ¿Qamchu musqarqanki langostakunaqa Naciones Unidas, Unión Europea, hinaspa Estados Unidospa partido demócrata nisqa globalistakunawan tukuy pachapi mast’arikunankuta?</w:t>
      </w:r>
    </w:p>
    <w:p>
      <w:pPr>
        <w:pStyle w:val="ArticleBody"/>
        <w:jc w:val="left"/>
      </w:pPr>
      <w:r>
        <w:rPr>
          <w:rFonts w:ascii="Times New Roman" w:hAnsi="Times New Roman" w:eastAsia="Times New Roman" w:cs="Times New Roman"/>
        </w:rPr>
        <w:t>¿Pitaq musqhakurqan yachachiy wasikunata atipachisqa kananmanta, komunista islamico huñunakuqwan, kay p’unchawkunapi llaqtamasikuna impuesto qollqenwan pagasqa kaqwan, chay llaqtamasikuna mana hayk’aq munasqankutaq impuesto qollqenkuta llamk’achiyta, chay impuesto qollqeta quq suyuta thuñichinapaq?</w:t>
      </w:r>
    </w:p>
    <w:p>
      <w:pPr>
        <w:pStyle w:val="ArticleBody"/>
        <w:jc w:val="left"/>
      </w:pPr>
      <w:r>
        <w:rPr>
          <w:rFonts w:ascii="Times New Roman" w:hAnsi="Times New Roman" w:eastAsia="Times New Roman" w:cs="Times New Roman"/>
        </w:rPr>
        <w:t>¿Pitaq musqharkanman karqa Hatun Britaniaqa yanapananpaq, hinaspa sayachinanpaq, yuraq sipaskunata Islam rayku huñunakuspa qharikuna violasqankuta, suwasqankuta, wisq’asqankuta, wañuchisqankuta? Askha runakuna rikhuchinku sapa sistema komunista, runa p’unchaykunaq historiapi maypipas tarikusqa, llapallan hunt’asqa pantasqa kasqanta; ichaqa Britaniaq socialismonpa rurunqa hinallataq socialismopa huchachasqa kananpaqmi, imaynatachus chay sistemaq qullqiwan politikan yuyaykunaq pantasqankupas.</w:t>
      </w:r>
    </w:p>
    <w:p>
      <w:pPr>
        <w:pStyle w:val="ArticleBody"/>
        <w:jc w:val="left"/>
      </w:pPr>
      <w:r>
        <w:rPr>
          <w:rFonts w:ascii="Times New Roman" w:hAnsi="Times New Roman" w:eastAsia="Times New Roman" w:cs="Times New Roman"/>
        </w:rPr>
        <w:t>¿Pitaq musqhoymanpas yuyarinman karqan kay pachapi qhatuqkunaqa saqisqa kanankuta venenokunata haykucheq, chunka qanchis hunu millón runakunamanta aswan achkha runakunata llapan hinantin wañuchiyman chayachinankupaq?</w:t>
      </w:r>
    </w:p>
    <w:p>
      <w:pPr>
        <w:pStyle w:val="ArticleBody"/>
        <w:jc w:val="left"/>
      </w:pPr>
      <w:r>
        <w:rPr>
          <w:rFonts w:ascii="Times New Roman" w:hAnsi="Times New Roman" w:eastAsia="Times New Roman" w:cs="Times New Roman"/>
        </w:rPr>
        <w:t>¿Pitaq musqharaq runakuna hina George Soros, Bill Gates, Anthony Fauci pas mana ima consecuenciasniyoq saqesqa kanman karqa supaypa mana alli rurasqankuta hunt’aspa ruranankupaq?</w:t>
      </w:r>
    </w:p>
    <w:p>
      <w:pPr>
        <w:pStyle w:val="ArticleBody"/>
        <w:jc w:val="left"/>
      </w:pPr>
      <w:r>
        <w:rPr>
          <w:rFonts w:ascii="Times New Roman" w:hAnsi="Times New Roman" w:eastAsia="Times New Roman" w:cs="Times New Roman"/>
        </w:rPr>
        <w:t>Paní Whiteqa nisqanta rimarispa, rurakusqa escenakuna mana musquypi rikuchikunqachu nisqanqa, pachak tawar chunka tawa waranqa sellasqa kay pacha contextopi nisqa karqa. Payqa qatiparqan Cristoq Mateo iskay chunka tawa qillqapi willakusqanpi yuyaychakusqankunata, maypichus qillqarqan: “Kay yachachikuykunaqa ñuqanchikpaq allinmi. Iñiyñinchikta Diospi sayachinanchikmi, imaraykuchus ñawpaqninchikpiña kashan huk pacha runakunapa almanankuta pruebaman churana. Cristoqa Olivos Orqopi kaspa, iskay kutin hamuyninpaq ñawpaqman hamuq manchay juicioykunata yuyarichirqan.”</w:t>
      </w:r>
    </w:p>
    <w:p>
      <w:pPr>
        <w:pStyle w:val="ArticleBody"/>
        <w:jc w:val="left"/>
      </w:pPr>
      <w:r>
        <w:rPr>
          <w:rFonts w:ascii="Times New Roman" w:hAnsi="Times New Roman" w:eastAsia="Times New Roman" w:cs="Times New Roman"/>
        </w:rPr>
        <w:t>Chayraqmi pay rimarisqan yachachikuykuna karqan Ezequielpa hinaspa Juanpa rikuchisqankuna, santuariopi yachakuspa entiendenankupaq Diosqa llapan imakunapaq munayniyuq kamachiq kasqanta. Kunan p’itirinakuypi hinaspa hatarikuypi, chay p’itirinakuy hinaspa hatarikuy historiapa ñawpaqman purisqanman hina aswan yapaykachaspa wiñanqa, Diospa willakuqkuna, mana Ezequielwan Juanllachu templopi sut’inchasqa hina, aswanpas Isaíaspas, historiataqa Señorta hatunchanankupaq hinalla purichinqaku, sichus entiendenku imakuna mana hayk’aqpas musqusqanchikchu kasqanpas Diospa kamachiynin ukhupi kashasqanta.</w:t>
      </w:r>
    </w:p>
    <w:p>
      <w:pPr>
        <w:pStyle w:val="ArticleBody"/>
        <w:jc w:val="left"/>
      </w:pPr>
      <w:r>
        <w:rPr>
          <w:rFonts w:ascii="Times New Roman" w:hAnsi="Times New Roman" w:eastAsia="Times New Roman" w:cs="Times New Roman"/>
        </w:rPr>
        <w:t>Chay huk ruedakuna, huk ruedakunawan tinkisqa kaqkunaqa, mana hayk’aqpas muskusqachu karqan chay ruwaykunatam hap’in, hinaspa paykunaqa chay sellakuy tiempopi pasaq ruwaykuna kanku, chay tiempoqa 9/11 p’unchawmanta qallarisqa. Yachachikuykunaqa yachanapaq kaqkunaqa sapallan yachakunku, chaykunataqa paykunaqa iñiyninwan Ancha Santísimo Lugarman haykuspanku, Cristota qhawaspanku, hinaspa Paypa k’anchaynin Alianza Arcopim lliphipispa rikurisqanta qhawaspanku. Chay hatun k’anchay Danielpa chunka kaq capitulonpi rikuchisqa hina qhawarisqa kaptin, k’anchaymanta allinta chaskiq aylluqa chay rikuy-musuq kaymanta ayqekuqkunamanta t’aqasqa kan.</w:t>
      </w:r>
    </w:p>
    <w:p>
      <w:pPr>
        <w:pStyle w:val="ArticleScripture"/>
        <w:jc w:val="left"/>
      </w:pPr>
      <w:r>
        <w:rPr>
          <w:rFonts w:ascii="Times New Roman" w:hAnsi="Times New Roman" w:eastAsia="Times New Roman" w:cs="Times New Roman"/>
        </w:rPr>
        <w:t>Ñoqalla Danielmi rikurqani chay rikuchisqata; ñoqawan kuska kaq runakunaqa manam rikurqakuchu chay rikuchisqata. Ichaqa paykunamanqa hatun chukchuy urmarqan, hinaqtinmi pakakuyta maskhaspa ayqekurqaku. Daniel 10:7.</w:t>
      </w:r>
    </w:p>
    <w:p>
      <w:pPr>
        <w:pStyle w:val="ArticleBody"/>
        <w:jc w:val="left"/>
      </w:pPr>
      <w:r>
        <w:rPr>
          <w:rFonts w:ascii="Times New Roman" w:hAnsi="Times New Roman" w:eastAsia="Times New Roman" w:cs="Times New Roman"/>
        </w:rPr>
        <w:t>Ñawpaq qillqapi kaq pasajemantam aswan achka imakuna hurqukuyta atisunman; ichaqa kay qillqata tukuchkaspam huk ruedamanta rimarisun. Qhipa qillqapim qhawarirqanchik iskay chunka phisqa yupaypa simbologíanta, chaymanta ñawpaqtaq kimsa chunka yupaypi unayta yuyarirqanchik. Ezequielpa libronmanta k’anchayqa mana sapa simi yupaykunallachu; ichaqa allinmi ñawpaqta wakin chay yupay simbologíakunawan reqsisqa kayta, manaraq chinkasqa kasqamantam aswan sut’ita orqonapaq qallarispa.</w:t>
      </w:r>
    </w:p>
    <w:p>
      <w:pPr>
        <w:pStyle w:val="ArticleHeading"/>
        <w:jc w:val="left"/>
      </w:pPr>
      <w:r>
        <w:rPr>
          <w:rFonts w:ascii="Arial" w:hAnsi="Arial" w:eastAsia="Arial" w:cs="Arial"/>
        </w:rPr>
        <w:t>Chunka qanchisniyuq</w:t>
      </w:r>
    </w:p>
    <w:p>
      <w:pPr>
        <w:pStyle w:val="ArticleBody"/>
        <w:jc w:val="left"/>
      </w:pPr>
      <w:r>
        <w:rPr>
          <w:rFonts w:ascii="Times New Roman" w:hAnsi="Times New Roman" w:eastAsia="Times New Roman" w:cs="Times New Roman"/>
        </w:rPr>
        <w:t>Kimsa iskay pachak pichqa chunka watayuq profecíakuna qanchis chunka qanchisniyuq wata pacha reqsichinku, chay pacha qallarin Esmirna iglesiapa historianta tukuyninmanta. 313 watamanta 330 watakama, qanchis chunka qanchisniyuq watakuna tipifican uywaqa imaginta sayachiyta.</w:t>
      </w:r>
    </w:p>
    <w:p>
      <w:pPr>
        <w:pStyle w:val="ArticleBody"/>
        <w:jc w:val="left"/>
      </w:pPr>
      <w:r>
        <w:rPr>
          <w:rFonts w:ascii="Times New Roman" w:hAnsi="Times New Roman" w:eastAsia="Times New Roman" w:cs="Times New Roman"/>
        </w:rPr>
        <w:t>Iskay pachak pichqa chunka watakuna, 457 a.C. watapi qallarisqa, 207 a.C. watapi tukukurqan, Rafia maqanakuy qhepata chunka watamanta qhipaman, hinallataq Panium maqanakuymanta qanchis wata ñawpaqman. Rafiamanta Paniumkama chunka qanchisniyuq watam karqan, chaymi Daniel chunka hukniyuq kapítulopi, chunka hukniyuqmanta chunka pichqayuq versículokunapi nisqa hina, tawa chunka versículopa pakasqa historianta rikuchin.</w:t>
      </w:r>
    </w:p>
    <w:p>
      <w:pPr>
        <w:pStyle w:val="ArticleBody"/>
        <w:jc w:val="left"/>
      </w:pPr>
      <w:r>
        <w:rPr>
          <w:rFonts w:ascii="Times New Roman" w:hAnsi="Times New Roman" w:eastAsia="Times New Roman" w:cs="Times New Roman"/>
        </w:rPr>
        <w:t>Ptolomeo IV Filopátor (hinallataq sutiwanpas Ptolomeo IV nisqa) karqan kamachiq, paymi Rafia maqanakuyta atirqan 217 a.C. watapi. Payqa Ptolemaico Egipto llaqtapa rey-nin (hinallataq faraónninpas) hina kamachirqan 221 a.C. watamanta 204 a.C. watakama; chayrayku chunka qanchis wata kamachirqan. Kamachiyta qallariqan Rafia maqanakuy manaraq kaptin, ichaqa Panium maqanakuy manaraq kaptin wañupurqan.</w:t>
      </w:r>
    </w:p>
    <w:p>
      <w:pPr>
        <w:pStyle w:val="ArticleBody"/>
        <w:jc w:val="left"/>
      </w:pPr>
      <w:r>
        <w:rPr>
          <w:rFonts w:ascii="Times New Roman" w:hAnsi="Times New Roman" w:eastAsia="Times New Roman" w:cs="Times New Roman"/>
        </w:rPr>
        <w:t>Raphia maqanakuy, Ucrania llaqtapi awqanata rikch’achispa, 2014 watapi qallarikurqan, Estados Unidos Ucrania llaqtapi huk color revolución nisqata paqarichiptin. Ptolemaios IV, uray rey, Vladimir Putin-ta rikch’achin; payqa 2000 watapi reynin kayta qallarin, 2001 watapi pachak tawa chunka tawa waranqa sellasqa kaypa qallariyninmanta huk wata ñawpaqta. Imaynatachus Ptolemaiosqa Ucrania awqamanta ñawpaqta reynin kayta qallarisqa, chayhinallataq Putinpas Ucrania awqa, Raphia maqanakuywan rikch’achisqa, 2014 watapi qallarikusqamanta ñawpaqta reynin kayta qallarin. Paniummanta ñawpaqta, Putin, Ptolemaioswan rikch’achisqa hina, hurqusqam karqan. Putinqa 2000 watapi reynin kayta qallarin; chayrayku 2001 watapi qallariq sellay pacha qallariyninwan tupachikun. Chunka qanchis simbólico wata, Ptolemaioswan rikch’achisqa hina, Putinpa reynin kay pachata reqsichin; hinaspataq chayta ruwan sellay pachapi.</w:t>
      </w:r>
    </w:p>
    <w:p>
      <w:pPr>
        <w:pStyle w:val="ArticleBody"/>
        <w:jc w:val="left"/>
      </w:pPr>
      <w:r>
        <w:rPr>
          <w:rFonts w:ascii="Times New Roman" w:hAnsi="Times New Roman" w:eastAsia="Times New Roman" w:cs="Times New Roman"/>
        </w:rPr>
        <w:t>Trumpqa rikch’akusqa, iskay pachak pichqa chunka watakunapa tukukuyninwan, 457 a.C. watapi qallarisqanmanta, kikin pakasqa historiapi churakusqa kashan Putinwan kuska, chay historiataq chunka qanchisniyuq watayuqmi, Raphia maqanakuywan qallariq. Dragón (Putin) hinallataq falso profeta (Trump) nisqakuna chay pakasqa historiapi churakusqa kanku. Chay historiapitaq bestia, “llaqtaykipa suwa runakuna” nisqawan rikuchisqa, papal atiyninta unanchaspa, chunka qanchisniyuq watakunapa tukukuyninpi churakusqa kashan, Raphiamanta Paniumkama.</w:t>
      </w:r>
    </w:p>
    <w:p>
      <w:pPr>
        <w:pStyle w:val="ArticleBody"/>
        <w:jc w:val="left"/>
      </w:pPr>
      <w:r>
        <w:rPr>
          <w:rFonts w:ascii="Times New Roman" w:hAnsi="Times New Roman" w:eastAsia="Times New Roman" w:cs="Times New Roman"/>
        </w:rPr>
        <w:t>Wata 321qa rikch’arinmi Intis p’unchaw kamachita Estados Unidos llaqtapi, hinaspa 321qa tarikun chunka qanchisniyuq wata pachapi, Edicto de Milán nisqamanta 313 watapi qallarispa, imperiopa rakisqa kayninman 330 watakama.</w:t>
      </w:r>
    </w:p>
    <w:p>
      <w:pPr>
        <w:pStyle w:val="ArticleBody"/>
        <w:jc w:val="left"/>
      </w:pPr>
      <w:r>
        <w:rPr>
          <w:rFonts w:ascii="Times New Roman" w:hAnsi="Times New Roman" w:eastAsia="Times New Roman" w:cs="Times New Roman"/>
        </w:rPr>
        <w:t>Josíaspa hatun Pascua nishqa sutichasqa historiaraqmi judíokunapa chunka qanchisniyuq Jubileo muyuyta qallarin. Josíaspa Pascuanmanta, chayqa Antiguo Testamento ukhupi aswan hatun kawsarichiy kashan, octubre 22 kamaqa August 11, 1840 mantapacha octubre 22, 1844 kama Millerita historiata rikuchin, ichaqa aswan allinmi 9/11 mantapacha domingo kamachiy kama historiata rikuchin. Pachak tawa chunka tawa waranqa sellasqa runakunapa sellakuy pachaqa Josíasmanta octubre 22 kama chunka qanchisniyuq Jubileo muyuyninwanmi rikuchisqa kashan. Chunka qanchisqa sellakuy pachapa hatun ruraykunawan tinkisqa unancha kashan, hinallataq chunka qanchis yupayqa Ezequielpa ruedankuna tupanakuy chiqanmi.</w:t>
      </w:r>
    </w:p>
    <w:p>
      <w:pPr>
        <w:pStyle w:val="ArticleBody"/>
        <w:jc w:val="left"/>
      </w:pPr>
      <w:r>
        <w:rPr>
          <w:rFonts w:ascii="Times New Roman" w:hAnsi="Times New Roman" w:eastAsia="Times New Roman" w:cs="Times New Roman"/>
        </w:rPr>
        <w:t>Danielpa tawa chunka versikulonpa pakasqa historiampin, chay kikin capitulopi chunka versikulomanta pichqa chunka versikulokama rikuchisqan hina, dragón nisqaqa “17” yupaywanmi tinkichisqa kachkan Ptolomeopa kamachikuyninrayku. Chunka hukniyuq versikulopi Raphiapa maqanankama pichqa chunka versikulopi Raphiapa maqanankama historiayaqa “17” watakunañam. Chay historiayaqa Donald Trump-ta chay chunka qanchisniyuq watakunapa chawpinpi churaykun, iskay maqanakunawan rikuchisqa kaqkunapi. Bestiapa imágennin, Trump-pa Estados Unidospi ruwasqa hinaspa sayachisqa kaqqa, “17” watakunawanmi rikuchisqa kachkan 313 watamanta 330 watakama. Capítulo hukpa versículo hukpi, Ezequielqa kinsa chunka watapiñam kachkan “17” Jubileo muyuypa. ¿Hayk’aqpas musqharkankichu chunka qanchis yupayqa uj lanton hina kasqanta, Ezequielpa Qhapaq Santísimo Cheqapi rikusqan?</w:t>
      </w:r>
    </w:p>
    <w:p>
      <w:pPr>
        <w:pStyle w:val="ArticleBody"/>
        <w:jc w:val="left"/>
      </w:pPr>
      <w:r>
        <w:rPr>
          <w:rFonts w:ascii="Times New Roman" w:hAnsi="Times New Roman" w:eastAsia="Times New Roman" w:cs="Times New Roman"/>
        </w:rPr>
        <w:t>Ezequielqa sellokasqap pachapi kaqkunapa unanchaqninmi, paykunaqa iñiyniyoq kaspa Aswan Santo Cheqman yaykusqaku. Paykunam Pedropa sacerdotenkuna kan.</w:t>
      </w:r>
    </w:p>
    <w:p>
      <w:pPr>
        <w:pStyle w:val="ArticleScripture"/>
        <w:jc w:val="left"/>
      </w:pPr>
      <w:r>
        <w:rPr>
          <w:rFonts w:ascii="Times New Roman" w:hAnsi="Times New Roman" w:eastAsia="Times New Roman" w:cs="Times New Roman"/>
        </w:rPr>
        <w:t>Qankunapas kankunaqa, kawsayniyuq rumikuna hina, huk yuyaychasqa wasi espiritualman sayachisqa kankichik, ch’uya sacerdocioman, Jesucristo rayku Diospaq allinchasqa espiritual sacrificiokunata haywanaykichikpaq. 1 Pedro 2:5.</w:t>
      </w:r>
    </w:p>
    <w:p>
      <w:pPr>
        <w:pStyle w:val="ArticleBody"/>
        <w:jc w:val="left"/>
      </w:pPr>
      <w:r>
        <w:rPr>
          <w:rFonts w:ascii="Times New Roman" w:hAnsi="Times New Roman" w:eastAsia="Times New Roman" w:cs="Times New Roman"/>
        </w:rPr>
        <w:t>Paykunaman kachkan Diospa ñawpaq rimanakuynin llaqtanman willakuyta qhawaykunankupaq; chay llaqtataq chay pachapi saqisqa hina pasasqa kachkan, ñawpaqmanta willasqa kaptinpas, Diospa ñawpaq rimanakuynin llaqtanqa manam rikunqachu, manataqmi uyarinqachu.</w:t>
      </w:r>
    </w:p>
    <w:p>
      <w:pPr>
        <w:pStyle w:val="ArticleScripture"/>
        <w:jc w:val="left"/>
      </w:pPr>
      <w:r>
        <w:rPr>
          <w:rFonts w:ascii="Times New Roman" w:hAnsi="Times New Roman" w:eastAsia="Times New Roman" w:cs="Times New Roman"/>
        </w:rPr>
        <w:t>Hinaspanmi ñawirqawan, Runa Churi, kay qillqasqa rollota mikuykuchiy wiksaikita, hunt’achiy sonqoykita kay qosqaywan, nispa. Chaymantataq mikurqani; simiypitaq misk’i hina kasharqa misk’inqanrayku. Hinaspanmi ñawirqawan, Runa Churi, riy, Israelpa wasinman rispa, paykunaman rimay simiykunawan. Mana mana reqsisqa simiyoq runakunamanchu, nitaj sasa rimayniyoq runakunamanchu kachkasqa kanki, aswanqa Israelpa wasinmanmi. Manan achka mana reqsisqa simiyoq, sasa rimayniyoq runakunamanchu, paykunapa siminkuta mana entiendesqayki runakunamanqa. Cheqaqtapunin, paykunaman kachamusqaykiman chayqa, uyariwaqkikumanmi karqa. Ichaqa Israelpa wasinqa manan uyarisunkichu; paykunaqa manan uyariwayta munankuchu: llapa Israelpa wasinmi uya sinch’i, sonqonpas rumiyasqa. Qhawariy, ñoqaqa uyaykita sinch’iyachirqani paykunapa uyankunapa contranpi, urquykitapas sinch’iyachirqani paykunapa urqunkunaq contranpi. K’acha rumimanta aswan sinch’i adamante hina urquykita rurani: ama manchakuychu paykunamanta, amataq mancharisqa kaychu paykunapa qhawariyninkumanta, hatariq wasikuna kasqankurayku. Ezequiel 3:3–9.</w:t>
      </w:r>
    </w:p>
    <w:p>
      <w:pPr>
        <w:pStyle w:val="ArticleBody"/>
        <w:jc w:val="left"/>
      </w:pPr>
      <w:r>
        <w:rPr>
          <w:rFonts w:ascii="Times New Roman" w:hAnsi="Times New Roman" w:eastAsia="Times New Roman" w:cs="Times New Roman"/>
        </w:rPr>
        <w:t>Ezequielqa kamachisqa kashan ñawpaq pacto llaqtaman willakuyta willananpaq, Millerita historiapi protestantekunawan rikuchisqa hinata, hinallataq qhipa p’unchaykunapi Laodicea nisqa Qanchis p’unchay Adventista iglesiata. Sichus pay mana munanchu chay willakuyta willayta, mana yuyarichisqa saqisqa runakunapa yawarninqa paypa hawanpi kanqa.</w:t>
      </w:r>
    </w:p>
    <w:p>
      <w:pPr>
        <w:pStyle w:val="ArticleScripture"/>
        <w:jc w:val="left"/>
      </w:pPr>
      <w:r>
        <w:rPr>
          <w:rFonts w:ascii="Times New Roman" w:hAnsi="Times New Roman" w:eastAsia="Times New Roman" w:cs="Times New Roman"/>
        </w:rPr>
        <w:t>Runaq churi, qan Israelpa wasinman qhawana kananpaqmi churayki; chayrayku simiymanta rimakusqayta uyariy, hinaspa noqamanta paykunata willay, ama chayman urmaychikchu nispa. Sichus ñoqa saqra runata nisaq: “Cheqaqtapunin wañunki”; qamtaq mana willanki, mana rimankichu chay saqra runata saqra ñanninta saqenampaq, kawsayninta qespichinaykipaq; chay saqra runaqa huchanpi wañunqa; ichaqa yawarninta makiykimantam mañasaq. Ichaqa sichus qam saqra runata willanki, paytaq mana kutirinqachu saqra kayninmanta, nitaq saqra ñanninmanta, huchanpim wañunqa; qamqa ichaqa almaykita qespichinkim. Yapamanta, maypachachus allin runa allin kayninmanta kutiripun, hinaspa huchata ruwan, ñoqataq paypa ñawpaqenman urmanapaq rumi churani, payqa wañunqa: mana willasqaykiraykum huchanpi wañunqa, ruwasqan allin kayninkunataq manam yuyarisqachu kanqa; ichaqa yawarninta makiykimantam mañasaq. Chaywanpas, sichus qam allin runata willanki ama huchallinanpaq, paytaq mana huchallinchu, cheqaqtapunin kawsanqa, willasqa kasqanrayku; qamtaq almaykitapas qespichinkim. Ezequiel 3:17–21.</w:t>
      </w:r>
    </w:p>
    <w:p>
      <w:pPr>
        <w:pStyle w:val="ArticleBody"/>
        <w:jc w:val="left"/>
      </w:pPr>
      <w:r>
        <w:rPr>
          <w:rFonts w:ascii="Times New Roman" w:hAnsi="Times New Roman" w:eastAsia="Times New Roman" w:cs="Times New Roman"/>
        </w:rPr>
        <w:t>Ezequielpa ñawpaq “chunka hukniyuq” kapítulokunapi, payman rikuchisqa kachkan Jerusalén llaqtapa thuñichisqa kaynin, Chebar mayu patapi, pampapi, hinaspa Jerusalénpi rikuchisqa musqhoykunawan yachasqa hina. Payqa kamachisqa kachkan Jerusalénpa hawanpi hamuq taripayninmanta huk willakuy waqaychanata willakunampaq. Jerusalénpa hawanpi hamuq taripayninmanta chay waqaychay willakuyqa, ñawpaqta Laodicea sutiyuq Qanchis Punchaw Adventista iglesiaman qusqa waqaychaymi. Chay waqaychayqa reqsichin Jerusalénpi Diospa llaqtanpa taripasqa hinaspa qichusqa kayninta, pikunakachus mana Diospa sellonta charinku chaykunata. Ezequielwan unanchasqa chay waqaychayqa, utqaylla hamuq Domingo kamachikuymanta waqaychaymi.</w:t>
      </w:r>
    </w:p>
    <w:p>
      <w:pPr>
        <w:pStyle w:val="ArticleBody"/>
        <w:jc w:val="left"/>
      </w:pPr>
      <w:r>
        <w:rPr>
          <w:rFonts w:ascii="Times New Roman" w:hAnsi="Times New Roman" w:eastAsia="Times New Roman" w:cs="Times New Roman"/>
        </w:rPr>
        <w:t>Chay ñawpaq chunka hukniyuq kapítulokunapi, maypichus kay cheqaqkuna rikuchisqa kanku, Ezequielqa upalla rikhurqan, hinaspataq Dios paypa siminta sut’ita kicharisqanpiqa rimarinlla; kayqa Jerusalén llaqtapa tukusqan kama hinallataq qhiparqan, chaymantataq yapamanta rimariyta atirqan.</w:t>
      </w:r>
    </w:p>
    <w:p>
      <w:pPr>
        <w:pStyle w:val="ArticleScripture"/>
        <w:jc w:val="left"/>
      </w:pPr>
      <w:r>
        <w:rPr>
          <w:rFonts w:ascii="Times New Roman" w:hAnsi="Times New Roman" w:eastAsia="Times New Roman" w:cs="Times New Roman"/>
        </w:rPr>
        <w:t>Chaymantaqa Espíritu yaykurqan ñuqaman, sayarichiwaraqmi chakiykunapi, rimapayawaraqmi, nispa nirqan: Riy, wasiyki ukhullapi wisq’akuy. Ichaqa qan, runapa churin, qhawariy, paykunaqa watanakunata churapusunki, chaywan watarusunkiman, manañataq paykunapuram lluqsinkiñachu. Qalluykitaqmi k’akichisaq simiyki patanman, upayayasqataqmi kanki, manataqmi paykunapaq anyaqninchu kanki, imaraykuchus paykunaqa hatariq ayllu kanku. Ichaqa rimapayasqaykipi simiykita kicharisaq, hinaspan paykunata ninki: Kayhinan Señor Dios nin: uyariq qa uyariychun; mana kasukuqtaq mana kasukuchun; imaraykuchus paykunaqa hatariq ayllu kanku. Ezequiel 3:24–27.</w:t>
      </w:r>
    </w:p>
    <w:p>
      <w:pPr>
        <w:pStyle w:val="ArticleBody"/>
        <w:jc w:val="left"/>
      </w:pPr>
      <w:r>
        <w:rPr>
          <w:rFonts w:ascii="Times New Roman" w:hAnsi="Times New Roman" w:eastAsia="Times New Roman" w:cs="Times New Roman"/>
        </w:rPr>
        <w:t>Jerusalén urmaykiptin, Ezequielqa hukmanta yapam rimayta atirqan.</w:t>
      </w:r>
    </w:p>
    <w:p>
      <w:pPr>
        <w:pStyle w:val="ArticleScripture"/>
        <w:jc w:val="left"/>
      </w:pPr>
      <w:r>
        <w:rPr>
          <w:rFonts w:ascii="Times New Roman" w:hAnsi="Times New Roman" w:eastAsia="Times New Roman" w:cs="Times New Roman"/>
        </w:rPr>
        <w:t>Hinaspan ñoqayku prësu kasqayku chunka iskayniyuq watachapi, chunka kaq killapi, killapa pichqa kaq p’unchayninpi, Jerusalénmanta ayqeq huk runa ñoqaman hamuspa nirqan: “Llaqtam maqasqa kachkan,” nispa. Chaymanta Señorpa makinmi tuta chayaykuyllapim ñoqapi kasharqan, manaraq chay ayqeq runa chayamuchkaptin; simiypas kichasqa karqan paqarinpi ñoqaman hamunankama; hinaspan simiymi kichasqa karqan, manataqmi upallañachu karqani. Ezequiel 33:21, 22.</w:t>
      </w:r>
    </w:p>
    <w:p>
      <w:pPr>
        <w:pStyle w:val="ArticleBody"/>
        <w:jc w:val="left"/>
      </w:pPr>
      <w:r>
        <w:rPr>
          <w:rFonts w:ascii="Times New Roman" w:hAnsi="Times New Roman" w:eastAsia="Times New Roman" w:cs="Times New Roman"/>
        </w:rPr>
        <w:t>Jerusalén llaqtapa urmanqanmi qhipa p’unchaykunapi Laodicea sutiyuq Qanchis P’unchay Adventista iglesiapa urmanqanta rikuchin. Chay urmayqa pasan, isk’unniyuq capítulo Jerusalénpi sellasqa kaqkunaqa chaymanta hoqarisqa kanku iglesiata atipaq hina. Jerusalén ukhupi Laodicea runakunaqa hurqusqam kanku, huk pachak tawa chunka tawa waranqa runakunaqa hoqarisqam kanku hatun k’anchaypa qhapaq suyu sayarichisqa kaptin. Chay k’anchaypa qhapaq suyutaqa chakata patapi gracia qhapaq suyupa sayarichisqanmi ñawpaqchaspa rikuchirqan. Chakata patapi gracia qhapaq suyuqa Domingo kamachiypi k’anchaypa qhapaq suyuwan tupachkan, chay iskay qhapaq suyukunataq Ezequiel qillqapi tarikusqa profétic historiapa siq’inman churakusqa kanku. Ñawpaq chunka hukniyuq capítulokunaqa, Ezequielta santuario nisqapa contexto ukhupi churaptin, Diospa iglesianpa pichayninmanta rimanku, maypim llaqtanqa iglesia militante kasqanmantam, trigo hina allin runakunawan zizaña hina mana allin runakunawan huñusqa kasqanmantam, iglesia triunfante kasqanman tikrakuq, chayqa Pentecostés nisqapa trigomanta haywarisqa ofrendaq ruwasqanmantam.</w:t>
      </w:r>
    </w:p>
    <w:p>
      <w:pPr>
        <w:pStyle w:val="ArticleScripture"/>
        <w:jc w:val="left"/>
      </w:pPr>
      <w:r>
        <w:rPr>
          <w:rFonts w:ascii="Times New Roman" w:hAnsi="Times New Roman" w:eastAsia="Times New Roman" w:cs="Times New Roman"/>
        </w:rPr>
        <w:t>Qan Israelpa millay mana allin kamachiq prinsipi, p’unchayniyki chayamunña, huchaq tukukuynin chaypi, kayhinatan nin Señor Dios: Umaykipi watakunata hurquy, coronatapas urmachiy; kayqa manañam ñawpaq hinaqa kanqachu: uraypi kaqta hatarichiy, hanaqpi kaqtataq urayachiy. Ñoqaqa tikrayta, tikrayta, tikraytaraqmi rurasaq; manañataqmi kanqachu, pay hamunankama, pipa derechon kasqanman hina; paymanmi qosqayki. Ezequiel 21:25–27.</w:t>
      </w:r>
    </w:p>
    <w:p>
      <w:pPr>
        <w:pStyle w:val="ArticleBody"/>
        <w:jc w:val="left"/>
      </w:pPr>
      <w:r>
        <w:rPr>
          <w:rFonts w:ascii="Times New Roman" w:hAnsi="Times New Roman" w:eastAsia="Times New Roman" w:cs="Times New Roman"/>
        </w:rPr>
        <w:t>Sedequíasqa Judá suyupa qhipa reynin karqan, hinaspan payqa versículokunapi “Israelpa mana allin príncipe, p’unchaynin chayamunña” nisqaqa paymi. Nabucodonosorqa Jerusalenta hap’iytaña qayllacharqan, hinaspan Sedequiaspa coronanqa Babiloniawan qichusqa kanan karqan; chay Babiloniaqa Medo-persiakunawan urmachisqa kanan karqan, paykunataq Griegokunawan urmachisqa kanan karqan, Griegokunataq Romaq urmachisqa kanan karqan. Kimsa kaq urmachiyqa Romapi chayan, chaymi historiapi Rey “piqpataq derecho kasqanman hina” graciapa reinonpa coronanta chaskinqa, chay reino cruzpi sayarichisqa kaptin.</w:t>
      </w:r>
    </w:p>
    <w:p>
      <w:pPr>
        <w:pStyle w:val="ArticleScripture"/>
        <w:jc w:val="left"/>
      </w:pPr>
      <w:r>
        <w:rPr>
          <w:rFonts w:ascii="Times New Roman" w:hAnsi="Times New Roman" w:eastAsia="Times New Roman" w:cs="Times New Roman"/>
        </w:rPr>
        <w:t>“‘Millay mana manchachiq qhapaq kamachiqpaq’ hamurqan tukupay yupaychay p’unchaw. ‘Umalliq llaqt’achiyta hurquy,’ nispa Señor kamachirqan, ‘hinallataq coronata qichuy.’ Manaraq Cristo kikin hamuspa qhapaq suyuyninta sayarichinankamaqa, Judáqa huk kutimanta reyta hap’inanpaq manam saqisqachu kanqa. ‘Tikraykusqay, tikraykusqay, tikraykusqaymi chayta,’ nispa karqan Diospa kamachisqan Davidpa wasinpa tiyananmanta; ‘hinaspa manaña kanqachu, paypa derecho-nin kaq hamunankama; hinaspa paymanmi qusqay,’ Ezekiel 21:25–27.” Profetas y Reyes, 451.</w:t>
      </w:r>
    </w:p>
    <w:p>
      <w:pPr>
        <w:pStyle w:val="ArticleBody"/>
        <w:jc w:val="left"/>
      </w:pPr>
      <w:r>
        <w:rPr>
          <w:rFonts w:ascii="Times New Roman" w:hAnsi="Times New Roman" w:eastAsia="Times New Roman" w:cs="Times New Roman"/>
        </w:rPr>
        <w:t>Qhipa paraq tamya pacha, kawsaqkunapa taripayqa 9/11 p’unchawpi qallarisqanmantapacha, Cristoqa k’anchay kamachiyninta sayarichin.</w:t>
      </w:r>
    </w:p>
    <w:p>
      <w:pPr>
        <w:pStyle w:val="ArticleScripture"/>
        <w:jc w:val="left"/>
      </w:pPr>
      <w:r>
        <w:rPr>
          <w:rFonts w:ascii="Times New Roman" w:hAnsi="Times New Roman" w:eastAsia="Times New Roman" w:cs="Times New Roman"/>
        </w:rPr>
        <w:t>«Tawa chusku angelkuna cacharipunkuqa, Cristom kikinpa qhapaq suyunta sayachinqa.» Spalding and Magan, 3.</w:t>
      </w:r>
    </w:p>
    <w:p>
      <w:pPr>
        <w:pStyle w:val="ArticleBody"/>
        <w:jc w:val="left"/>
      </w:pPr>
      <w:r>
        <w:rPr>
          <w:rFonts w:ascii="Times New Roman" w:hAnsi="Times New Roman" w:eastAsia="Times New Roman" w:cs="Times New Roman"/>
        </w:rPr>
        <w:t>Huk preparasqapa pacha 9/11-pi qallarin, hinaspa domingo p’unchay kamachiy chayamuptin, chay k’anchayniyuq santu orqo llapan urqukuna hawanman hoqchasqa kachkan.</w:t>
      </w:r>
    </w:p>
    <w:p>
      <w:pPr>
        <w:pStyle w:val="ArticleScripture"/>
        <w:jc w:val="left"/>
      </w:pPr>
      <w:r>
        <w:rPr>
          <w:rFonts w:ascii="Times New Roman" w:hAnsi="Times New Roman" w:eastAsia="Times New Roman" w:cs="Times New Roman"/>
        </w:rPr>
        <w:t>Amozpa churin Isaiaspa Judámanta Jerusalénmantawan rikusqan simi. Qhepa p’unchaykunapiqa Señorpa wasin orqonqa orqokunapa patanpi sayachisqa kanqa, hirkakunamanta aswan hanaqman oqarisqa kanqa; llapa nacionkunataq chaymanmi phawaykamuq hina hamunqaku. Achka llaqtakuna rinqaku, nispataq: Hamuychik, Señorpa orqonman wichariysun, Jacobpa Diosninpa wasinman; paymi ñanninkunamanta yachachiwanchik, ñoqanchiktaq ñanninkunapi purisunchik: Sionmantaq ley lloqsinqa, Jerusalénmantataq Señorpa simin. Isaias 2:1–3.</w:t>
      </w:r>
    </w:p>
    <w:p>
      <w:pPr>
        <w:pStyle w:val="ArticleBody"/>
        <w:jc w:val="left"/>
      </w:pPr>
      <w:r>
        <w:rPr>
          <w:rFonts w:ascii="Times New Roman" w:hAnsi="Times New Roman" w:eastAsia="Times New Roman" w:cs="Times New Roman"/>
        </w:rPr>
        <w:t>9/11 p’unchaw wayrakuna kacharirqanku, chaymantaq hark’asqa karqanku; chayhinataq qallariyta señalarqan Daniel iskaypi kaq qhapaq suyuta sayachiyta, chaymi rikuchisqa kachkan urqumanta mana runapa makiwan kuchusqa rumihina, tukuy kay pachata hunt’achiq.</w:t>
      </w:r>
    </w:p>
    <w:p>
      <w:pPr>
        <w:pStyle w:val="ArticleScripture"/>
        <w:jc w:val="left"/>
      </w:pPr>
      <w:r>
        <w:rPr>
          <w:rFonts w:ascii="Times New Roman" w:hAnsi="Times New Roman" w:eastAsia="Times New Roman" w:cs="Times New Roman"/>
        </w:rPr>
        <w:t>“Kay qhawayqa 1847 watapi qosqa karqan, chay p’unchaykunaqa ancha pisilla Adventista wawqekuna samana p’unchayta waqaychaspa kasharqanku, chaykunamantaq pisilla yuyarqanku kayta waqaychayqa Diospa llaqtanwan mana iñiqkunawan t’aqanakunapaq ancha hatun importanciayuq kasqanta. Kunanqa chay qhawaypa hunt’akusqanqa qallarisqanmi rikuyta. ‘Chay sasachakuy tiempopa qallariynin,’ kaypi rimarisqa, manan chay tiempomanta rimanchu maypachachus plagas qallarinman hich’aykuyta, aswanpas huk pisi tiempomanta plagas manaraq hich’aykushaqtin, Cristo santuario ukhupi kashaqtin. Chay tiempopi, salvación ruwana tukukuypaq wichq’akuspa kashaqtin, sasachakuyqa hallp’aman hamushallanqa, nacionkunaqa phiñakushanqaku, ichaqa hark’asqa kaspa mana saqenqachu kimsa kaq angelpa ruwanasninta hark’ayta. Chay tiempopin ‘qhipa para,’ utaq Señorpa qayllanmanta samaykachiy, hamunqa, kimsa kaq angelpa sinchi qapariyninta atiyniyuqyachinampaq, hinallataq ch’uya runakunata wakichinampaq sayanankupaq chay pacha maypachachus qanchis qhipa plagas hich’aykusqa kanqa.” Early Writings, 85.</w:t>
      </w:r>
    </w:p>
    <w:p>
      <w:pPr>
        <w:pStyle w:val="ArticleBody"/>
        <w:jc w:val="left"/>
      </w:pPr>
      <w:r>
        <w:rPr>
          <w:rFonts w:ascii="Times New Roman" w:hAnsi="Times New Roman" w:eastAsia="Times New Roman" w:cs="Times New Roman"/>
        </w:rPr>
        <w:t>Cristoqa wiñay Reino-ninta hatarichin qhepa para tiempo-pi, hinaspa Reino-ninqa churasqa gracia Reino-tapas hap’in, chayqa cruzpi sayachisqa karqa, hinallataq gloria Reino-nintapas Domingo ley tiempo-pi. Sedequíasmanta Babiloniaman (ñawpaq reino), Medo-Persiaman (iskay ñiqin reino), Grecia-man (kimsa ñiqin reino), hinaspa mana yupaychasqa Roma-man (tawa ñiqin reino) riqsichin gracia Reino-man pusak históriata. Chay historiaqa reqsichin huk kaq parallel histórico secuencia-ta, Roma Papal-manta (espiritual Babilonia, pichqa ñiqin reino), Estados Unidos-man (espiritual Medo-Persia, soqta ñiqin reino), Naciones Unidas-man (espiritual Grecia, qanchis ñiqin reino), hinaspa dragónpa, bestiapa, llulla profetapa kimsa hukllachasqa tinkusqanman, chaykunataq kuskanmanta kunan pacha Roma-ta ruwanku (espiritual Roma, pusaq ñiqin reino, qanchisninqamanta kaq).</w:t>
      </w:r>
    </w:p>
    <w:p>
      <w:pPr>
        <w:pStyle w:val="ArticleBody"/>
        <w:jc w:val="left"/>
      </w:pPr>
      <w:r>
        <w:rPr>
          <w:rFonts w:ascii="Times New Roman" w:hAnsi="Times New Roman" w:eastAsia="Times New Roman" w:cs="Times New Roman"/>
        </w:rPr>
        <w:t>Kay qhapaq suyupa atipaynin, Daniel iskaypi nisqaqa, huk rumiwan rikuchisqa kashan, hinallataq Diospa cheqaq kasuk runankunaqa templopi rumikuna kanku.</w:t>
      </w:r>
    </w:p>
    <w:p>
      <w:pPr>
        <w:pStyle w:val="ArticleScripture"/>
        <w:jc w:val="left"/>
      </w:pPr>
      <w:r>
        <w:rPr>
          <w:rFonts w:ascii="Times New Roman" w:hAnsi="Times New Roman" w:eastAsia="Times New Roman" w:cs="Times New Roman"/>
        </w:rPr>
        <w:t>Qankunapas kankunapas, kawsayniyuq rumikuna hina, hatarichisqa kankichik huk espiritu wasiman, ch’uya sacerdotekuna kayman, espiritu sacrificiokunata haywanaykichikpaq, Jesucristo rayku Diospaq allinchasqa kananpaq. 1 Pedro 2:5.</w:t>
      </w:r>
    </w:p>
    <w:p>
      <w:pPr>
        <w:pStyle w:val="ArticleBody"/>
        <w:jc w:val="left"/>
      </w:pPr>
      <w:r>
        <w:rPr>
          <w:rFonts w:ascii="Times New Roman" w:hAnsi="Times New Roman" w:eastAsia="Times New Roman" w:cs="Times New Roman"/>
        </w:rPr>
        <w:t>Chay wiñaypaq qhapaq suyuqa kay pachapi llaqtakunap qhapaq suyunkunata atipan, hinallataq llapa kay pachata hunt’an. Ezequiel qhelqapi tawa chunka kaq t’aqamanta qhelqan tukukuyninkama, chay kikin qhapaq suyuqa huk templohina rikuchisqa kachkan, mayqen templomanta kawsay unu lluqsimuspa llapa kay pachata hunt’an.</w:t>
      </w:r>
    </w:p>
    <w:p>
      <w:pPr>
        <w:pStyle w:val="ArticleBody"/>
        <w:jc w:val="left"/>
      </w:pPr>
      <w:r>
        <w:rPr>
          <w:rFonts w:ascii="Times New Roman" w:hAnsi="Times New Roman" w:eastAsia="Times New Roman" w:cs="Times New Roman"/>
        </w:rPr>
        <w:t>Qatiq qillqapi kaykunataqa qatiqnin qillqapi rikhurichisunchik.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Kimsa Chunka Tawaq Willakuy Pakasqa-Hina – Yupay Iskay Chunka Kimsayuq</dc:title>
  <dc:subject>Ezequiel Tawaqqa Yupanapaq</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