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Laodiceapi Qanchis p’unchaymanta Adventista Iglesiamanta - Chunkayuq kaq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Chunka iskayniyuq</w:t>
      </w:r>
    </w:p>
    <w:p>
      <w:pPr>
        <w:pStyle w:val="ArticleBody"/>
        <w:jc w:val="left"/>
      </w:pPr>
      <w:r>
        <w:rPr>
          <w:rFonts w:ascii="Times New Roman" w:hAnsi="Times New Roman" w:eastAsia="Times New Roman" w:cs="Times New Roman"/>
        </w:rPr>
        <w:t>Kunanqa Isaiaspa rikchayninmanta huk rakinta rimashanchik, chayqa qallarimun qanchis kaq kapitulumanta, hinaspa pusaq chunka iskayniyuq kaq kapitulu tukukuykama purin. Chayta ruwashanchik, imaraykuchus 1850 watapi “Señorqa makinwan huk kutita mast’arirqan, huñunaypaq” puchuq llaqtanta. Churashanchik 1844 manta 1863 watakama rikuchiq señalkunata sitionpi. ‘1850’ hinaspa iskay kaq huñunakuyninqa chay señalkunamanta hukninmi.</w:t>
      </w:r>
    </w:p>
    <w:p>
      <w:pPr>
        <w:pStyle w:val="ArticleBody"/>
        <w:jc w:val="left"/>
      </w:pPr>
      <w:r>
        <w:rPr>
          <w:rFonts w:ascii="Times New Roman" w:hAnsi="Times New Roman" w:eastAsia="Times New Roman" w:cs="Times New Roman"/>
        </w:rPr>
        <w:t>Isaías qanchis kaq kapitulumanta huk ñiqin versículopi ricuy qallarisqanmanta pacha, mayqen kutichus “chay p’unchaypi” hina rimay rikurinqa, chayqa qanchis kaq kapitulumanta sayarichisqa proféticopa contextonman churana. Ricuyman allinta t’aqaypa huk hatun llaveqa kayta yachaymi: profecíaqa kutichiy hinaspa astawan hatunyachiy nisqa kamachikuykunapi llamk’an, chay kamachikuytaq kay ricuypi ruwasqa kachkan.</w:t>
      </w:r>
    </w:p>
    <w:p>
      <w:pPr>
        <w:pStyle w:val="ArticleBody"/>
        <w:jc w:val="left"/>
      </w:pPr>
      <w:r>
        <w:rPr>
          <w:rFonts w:ascii="Times New Roman" w:hAnsi="Times New Roman" w:eastAsia="Times New Roman" w:cs="Times New Roman"/>
        </w:rPr>
        <w:t>Isaiaspa rikchayninpi reqsichisqa imaymana profetico chiqaqkuna, soqta kaq capítuloq qallariyninmanta pacha, kay yuyaymanta qayllaykuspa qhawasqa kanan: “ñawpaqta hinallataq aswan hatunta”, Isaiasqa huk alma-ta sut’inchan, 9/11-pi hawisqa, qhepa para chayamushasqanta willakunampaq. Chay santu contexto ukhupi, Isaiaspa qanchis kaq capítulo-ninmi sut’inchan chaymanchus manchakuyta, mayqintachus profeta sut’icharqan soqta kaq capítulo-pi, tapusqanpi: “¿haykaqkamataq?” 9/11 willakuyta qonampaq huk apostata iglesia-man, mayqinchus “ñawikuna kashaspapas mana qhawayta munarqanchu, rinrikuna kashaspapas mana uyariyta munarqanchu” nisqa.</w:t>
      </w:r>
    </w:p>
    <w:p>
      <w:pPr>
        <w:pStyle w:val="ArticleBody"/>
        <w:jc w:val="left"/>
      </w:pPr>
      <w:r>
        <w:rPr>
          <w:rFonts w:ascii="Times New Roman" w:hAnsi="Times New Roman" w:eastAsia="Times New Roman" w:cs="Times New Roman"/>
        </w:rPr>
        <w:t>Rikch’ayninpi, mana allin, mana yuyaysapa rey Acazqa huk Laodiceayuqpa unanmi, payqa mana chaskinqachu qhipa para willakuypa waqyayta, imaynan ricch’achiqkuna churanku chay mana allin, mana yuyaysapa Acazman, Isaiaswan churin-kunawan sut’inchasqa.</w:t>
      </w:r>
    </w:p>
    <w:p>
      <w:pPr>
        <w:pStyle w:val="ArticleBody"/>
        <w:jc w:val="left"/>
      </w:pPr>
      <w:r>
        <w:rPr>
          <w:rFonts w:ascii="Times New Roman" w:hAnsi="Times New Roman" w:eastAsia="Times New Roman" w:cs="Times New Roman"/>
        </w:rPr>
        <w:t>9/11 chayamurqa Daniel onceñiq chunka hukniyuq, chusku chunka versículopi willakuy proféticopa historiannimpi; chayrayku, Isaiasqa 9/11-pi tarikuspa, soqta kapituluypi, proféticamenteqa Daniel onceñiq chunka hukniyuq, chusku chunka versículopi tarikun, ichaqa aswan ancha significativotaqmi “chusku chunka versículopa pakasqa historiannimpi” tarikun. Chusku chunka versículopa pakasqa historianninqa qallarin 1989 watapi chay versículo hunt’asqa kaptin, Unión Soviética urmasqanwan. 1989 watamanta pacha, chusku chunka hukniyuq versículopa domingo ley kamaqa, “chusku chunka versículopa pakasqa historian” nisqam, Judá ayllumanta Leonmi chay kikin “pakasqa historiapi” kicharin. Kayqa reqsichin, Isaiasta qhawarisqanchikpi 9/11 qhipaman qhepa tamya willakuq hina kasqanmanta, qhepa tamya willakuymanta huk rakin Isaiaspa willakusqanqa kaymi—Daniel onceñiq chunka hukniyuq, chusku chunka hukniyuqmanta chusku chunka pichqayuq versículokama.</w:t>
      </w:r>
    </w:p>
    <w:p>
      <w:pPr>
        <w:pStyle w:val="ArticleBody"/>
        <w:jc w:val="left"/>
      </w:pPr>
      <w:r>
        <w:rPr>
          <w:rFonts w:ascii="Times New Roman" w:hAnsi="Times New Roman" w:eastAsia="Times New Roman" w:cs="Times New Roman"/>
        </w:rPr>
        <w:t>Profecíap hina sayarispa, 9/11 nisqapi Isaías qanchis chunka kapítulonpi huk willakuyta rikuchin: qatiq kaq ruwayqa “mana chanin kamachikuy” kasqanta, chaymi domingo ley kasqa, hinaspa Daniel chunka hukniyuq kapítulonpi tawa chunka hukniyuq versículopi rikuchisqa kachkan. Isaíaspa qipa para willakuyninpa rikch’ayninqa versículo tawa chuncapi — 9/11 qhipa — “pakasqa historiapi” churakusqa kachkan. Versículo tawa chunkaq 1989 watapi hunt’akusqanmi Isaíasta 1989 qhipaman churayku, 9/11 nisqaman, maypichus altarmanta suq’a rumiwan hawisqa hina llank’anapaq akllasqa kachkan. Isaíasqa huk willakuqta rikuchin, paypa willakuynintaq Daniel chunka hukniyuqpa qipa suqta versículonkunaqa ukhunpi kachkan.</w:t>
      </w:r>
    </w:p>
    <w:p>
      <w:pPr>
        <w:pStyle w:val="ArticleBody"/>
        <w:jc w:val="left"/>
      </w:pPr>
      <w:r>
        <w:rPr>
          <w:rFonts w:ascii="Times New Roman" w:hAnsi="Times New Roman" w:eastAsia="Times New Roman" w:cs="Times New Roman"/>
        </w:rPr>
        <w:t>Isaíasqa chiqaqta ninqa paypas wawankunapas señalkunapaq, musphaykunaqpaq kasqankuta. Qanchis ñiqin kapitulumanta kinsa ñiqin versículopi, Isaíasqa churinwan kuska kachkan hanaq qochaq yaku purichina mayumanta, ñanpi, pichaqpa chakran ladonpi. Isaíasqa qhepa tamyaq willakuyninta rikuchishan, chaytaqa soqta ñiqin kapitulumpi willakunampaq hawisqa karqan; hinaspapas sayashan qhepa tamyaq kinsa señalkunapi, chaymantapas wawan Shear-jashubwan kuska. Hanaq qochaq yaku purichina mayunqa profetiku sut’inchaymi iskay tubo-kunaman, qori aceitewan hunt’asqa kasqankuman, chaykunata Zacarías reqsichin, Hermana Whitepas achka kuti rimarin; chaykunam reqsichinku hanaq qochaq yaku purichina mayumanta hamuq willakuyninta qhepa tamyaq willakuyninpi.</w:t>
      </w:r>
    </w:p>
    <w:p>
      <w:pPr>
        <w:pStyle w:val="ArticleBody"/>
        <w:jc w:val="left"/>
      </w:pPr>
      <w:r>
        <w:rPr>
          <w:rFonts w:ascii="Times New Roman" w:hAnsi="Times New Roman" w:eastAsia="Times New Roman" w:cs="Times New Roman"/>
        </w:rPr>
        <w:t>Isaíaspa canalninmi tupan Zacaríaspa iskay tubonkunawan, hinaspataq Ellen Whitepa willakuy qillqasqanmi Zacaríasta tinkuchin chunka sipaskunapa yachasqa rimaywan. Isaíasqa uqhumanta pampakama uchuychasqa kachkan soqta kaq kapitulupe, Señorpa k’anchayninta rikuspanku. Paymi arí nin apayta chay willakuyta, kinsa kaq versículopi rikuchisqa hina, allpata Diospa k’anchayninwan qhantichiq willakuy hina. Hinaspataq altar manta huk rawray kallpawan ch’uyanchasqa kachkan, chaymantañataq sayashan hanaq estanquemanta unu paqarichisqan estanque patapi. Iskay chunka pusaqniyuq kapitulupe Isaíasqa qhipa para willakuyta sut’ichan “huk siq’i patapi huk siq’i” nispa, hinaspataq kinsa kaq versículopi hanaq estanqueqa achka profecía siq’ikunata rikuchin.</w:t>
      </w:r>
    </w:p>
    <w:p>
      <w:pPr>
        <w:pStyle w:val="ArticleBody"/>
        <w:jc w:val="left"/>
      </w:pPr>
      <w:r>
        <w:rPr>
          <w:rFonts w:ascii="Times New Roman" w:hAnsi="Times New Roman" w:eastAsia="Times New Roman" w:cs="Times New Roman"/>
        </w:rPr>
        <w:t>Isaías, huk alma 9/11 nisqapi rikuchispa, hanaq estanquemanta uraykamuq quri aceite urmaykuna kasqanpiqa sayachkanman chay alma allin ñanta mañakusqanrayku, chay ñanmi Jeremíaspa ñawpaq ñanninta pusan, chaymi Isaíaspa “hatun ñan (ñan) fullerpa chakranpi” nisqan, maypim Jeremíaspa “samay” tarikun. Isaíaspa qhipa para willakuyninqa mana chaylla chunka sipaskunapa siq’inmanta, Zacaríaspa iskay quri tubokunapa siq’inmanta, Jeremíaspa ñawpaq ñanpa siq’inmanta hukllachu sayan, aswanpas Isaíasqa “fullerpa chakranpi” sayachkan, maypim Pacto nisqapa Kachamusqan Levípa churinkunata qollqe hina quri hinapas ch’uyanchan, pichan.</w:t>
      </w:r>
    </w:p>
    <w:p>
      <w:pPr>
        <w:pStyle w:val="ArticleBody"/>
        <w:jc w:val="left"/>
      </w:pPr>
      <w:r>
        <w:rPr>
          <w:rFonts w:ascii="Times New Roman" w:hAnsi="Times New Roman" w:eastAsia="Times New Roman" w:cs="Times New Roman"/>
        </w:rPr>
        <w:t>Ancha sasallaqmi huk profétic ruwanakunata pusay atikun chay qanchis kaq capítuloq kimsa kaq versoman. Zacariaspa aceite-ninwan chunka sipaskunaqa Jacobpa escalera-ninman hinallataq Apocalipsispa ñawpaq iskay versokunamanmi tinkichkan, llapankutaq Dioswan runawan yachachinakuy rurayninta rimachkanku. Jeremiaspa ñawpaq ñan-ninqa “qhawariq” nisqatan hap’in, paymi wakllata waqachin; chaytaqa mana allin hinaspa mana yuyayniyuq rey Acaz manan uyariyta munanchu. Chay wakllaqa llapa profeciaq wakllankunatan aysamun, hinallataq profétic qhawariqkunatapas, Isaiaspa “hatun ñan” nisqanman, maypichus Isaias churinwan sayashanku Laodicea llaqtaq umalliqninman huk willakuyta apachinankupaq.</w:t>
      </w:r>
    </w:p>
    <w:p>
      <w:pPr>
        <w:pStyle w:val="ArticleBody"/>
        <w:jc w:val="left"/>
      </w:pPr>
      <w:r>
        <w:rPr>
          <w:rFonts w:ascii="Times New Roman" w:hAnsi="Times New Roman" w:eastAsia="Times New Roman" w:cs="Times New Roman"/>
        </w:rPr>
        <w:t>Isaías wan churin Shear-jashub, sutin nin “puchuqkuna kutimunqaku” nisqanta niq, kuska sayashanku, hinaspataq 9/11pi chayamusaq qhepa para willakuynin willakusqanta rikuchishanku. Hinaqa millay rey Acazwan tinkuq rinku, tayta-churi kasqankuraykutaq alfa omega unanchata rikuchinku, “sikiqmanta sikiqman” metodologíapa ñawpaq kamachin. “Sikiqmanta sikiqman” nisqa kamachinqa Milleritakunapa “p’unchaw/wata” principio nisqanwan unanchasqa karqan.</w:t>
      </w:r>
    </w:p>
    <w:p>
      <w:pPr>
        <w:pStyle w:val="ArticleBody"/>
        <w:jc w:val="left"/>
      </w:pPr>
      <w:r>
        <w:rPr>
          <w:rFonts w:ascii="Times New Roman" w:hAnsi="Times New Roman" w:eastAsia="Times New Roman" w:cs="Times New Roman"/>
        </w:rPr>
        <w:t>1840 watapi 11 kaq killapi, Apocalipsis qelqap isqun t’aqamanta iskay ñak’ariymanta huk islammanta willakuy hunt’akúrqan, chaywanmi Millerpa “p’unchaw/wata” nisqa kamachiynin takyachisqa karqan; chayraykutaq Millerpa 1843 watamanta willakusqan, p’unchaw/wata kamachiyman sayasqa kasqan, kallpachasqa karqan. 2001 watapi septiembre killapi 11 kaq p’unchawpi, Apocalipsis qelqap isqun, chunka, chunka hukniyuq t’aqakunamanta kinsa ñak’ariymanta huk islammanta willakuy hunt’akúrqan, chaywanmi alpha (8-11-1840) hina omega (9/11) kamachiypas takyachisqa karqan, imaraykuchus Apocalipsis qelqap chunka pusayuq t’aqamanta atiyniyuq angél uraykámurqan, Nueva York llaqtaq hatun wasinkuna urmaykaptin—hinallataq Apocalipsis qelqap chunkayuq t’aqamanta atiyniyuq angél 1840 watapi agosto killapi 11 kaq p’unchawpi uraykámurqan, maypachachus omega-ta rikch’achiq alpha hunt’akúrqan chaypacha.</w:t>
      </w:r>
    </w:p>
    <w:p>
      <w:pPr>
        <w:pStyle w:val="ArticleBody"/>
        <w:jc w:val="left"/>
      </w:pPr>
      <w:r>
        <w:rPr>
          <w:rFonts w:ascii="Times New Roman" w:hAnsi="Times New Roman" w:eastAsia="Times New Roman" w:cs="Times New Roman"/>
        </w:rPr>
        <w:t>Isaías churinwan mana “línea patapi línea” nisqa hatun kamachiypa umallantaña rikuchkanku, aswanpas Elíaspa willakuyninta rikuchkanku, chay willakuyqa taytaq churin-kunawan tupachisqa kaqninwanmi rikuchisqa kachkan. Señorpa jatunman hinaspa manchayman día manaraq chayamuchkaptin willakusqa Elíaspa willakuyninqa, Diospa ejecutiva juicioynin qallariymanta manaraq asuykusqanta reqsichin. Diospa ejecutiva juicioykunaqa “Señorpa jatun hinaspa manchay día” nisqa pacha kanku. Chay pachaqa domingo kamachiywanmi qallarin, hinaspataq qhipa qanchis plaga-kamak chayan. Chay pachaqa domingo kamachiywanmi qallarin, hinaspataq qhipa qanchis plaga-kunawanmi tukukun. Chayrayku Elíaspa willakuyninqa alfa hinaspa omega kamachiypi sayarichisqam, hinaspataq gracia pacha wisq’akuypa qayllaykusqan willanawan huñusqa. Elíaspa willakuyninwan kuskataq kachkanku imaymana profético línea-kuna, Elíasmanta sayarichisqa; imaraykuchus Jesús nisqanman hina Elíasqa Juan Bautistata rikuchirqan, hinaspataq Elíaspas Juanpas, Hermana White nisqanman hina, William Millerta rikuchirqanku; chaymanta kuskachasqa Elíaswan Juan Bautistaqa rikuchkanku pachak tawa chunka tawayoq waranqa runakunata (Elías), hinaspa Apocalipsis qanchispi jatun achka runa huñunata (Juan).</w:t>
      </w:r>
    </w:p>
    <w:p>
      <w:pPr>
        <w:pStyle w:val="ArticleBody"/>
        <w:jc w:val="left"/>
      </w:pPr>
      <w:r>
        <w:rPr>
          <w:rFonts w:ascii="Times New Roman" w:hAnsi="Times New Roman" w:eastAsia="Times New Roman" w:cs="Times New Roman"/>
        </w:rPr>
        <w:t>Isaías chaymanta churinwan kuska ñawpaq ñankunapi sayashanku, chaykunaqa cimientokuna kanku, hinallataq qori aceiteta chaskishanku; yachaq sipaskuna kasqankurayku, fullerpa pichay ruwayninta pasashankuña, chaymi 1844 watapi octubre killapa 22 p’unchawninpi hunt’akurqa, domingo kamachikuyta rikch’achispa. Isaíasqa kutimuq puchuqkunawan kuska, (imaraykuchus churinpa sutin Shearjashub chayta niyta munan), 9/11 p’unchawpi ñawpaq ñankunaman “kutimuq” puchuqkunata rikuchin. Tayta-puchuq tinkuy, chaymantaq alfa-omega tinkuypas, chaymantaq Elíaspa “taytakunapa sonqonkuna wawakunaman, wawakunapa sonqonkuna taytakunaman” nisqa tinkuypas, yachachinmi Tayta Millerqa huk puchuq kuyuywan, ñawpaq angelpa kuyuywan, tinkisqanmanta, Filadelfiapa alfa kuyuy kasqanta. Alfa kuyuypi Tayta Millerqa Elías hina, Juan Bautista hina reqsichisqa karqa, paytam Jesús reqsicherqa ñan wakichiq kachamusqa runa hina, Pacto Qillqaqpa Kachaqninpaq ñanta wakichiqta. Tukuy chay profetapa hunt’akuyninkuna, ñawpaq kaq ñawpaqmanta iskay kaq angelkunapa alfa historiapi, kutinmi kimsay kaq angelpa omega historiapin yapamanta hunt’akun.</w:t>
      </w:r>
    </w:p>
    <w:p>
      <w:pPr>
        <w:pStyle w:val="ArticleBody"/>
        <w:jc w:val="left"/>
      </w:pPr>
      <w:r>
        <w:rPr>
          <w:rFonts w:ascii="Times New Roman" w:hAnsi="Times New Roman" w:eastAsia="Times New Roman" w:cs="Times New Roman"/>
        </w:rPr>
        <w:t>Kanchismi aswan hatun chiqaqkuna kashan Isaíaspa rikch’ayninmanta chay rikch’ariypi, ichaqa kaypiqa sapallam reqsichkashanchik, Isaíasqa sut’ita reqsichisqanta imaymana cheqaqkuna 9/11 qhepa para willakuypa sonqonta huñuchkan chaykunata. Tukuy kay siq’ikuna chayraq rimasqanchik, hinallataq achkha aswanraqpis, tarikun Qanchis p’unchaw qillqaqpa kinsa kaq versículonpi.</w:t>
      </w:r>
    </w:p>
    <w:p>
      <w:pPr>
        <w:pStyle w:val="ArticleBody"/>
        <w:jc w:val="left"/>
      </w:pPr>
      <w:r>
        <w:rPr>
          <w:rFonts w:ascii="Times New Roman" w:hAnsi="Times New Roman" w:eastAsia="Times New Roman" w:cs="Times New Roman"/>
        </w:rPr>
        <w:t>Pusaq qanchisniyuq ch'askapiqa sut'inchay chiqaqa aswan kallpachakun, imaraykuchus chayqa reqsichin “tawa chunka ch'askapa pakasqa historianta kicharinan llaveta”; musphaypaqmi chay llaveqa reqsichisqa kashan kikillan chay ch'askapi, maypichus iskaynin 2520 watayuq pacha willakuypa qallariyninku señalisqa kashan.</w:t>
      </w:r>
    </w:p>
    <w:p>
      <w:pPr>
        <w:pStyle w:val="ArticleScripture"/>
        <w:jc w:val="left"/>
      </w:pPr>
      <w:r>
        <w:rPr>
          <w:rFonts w:ascii="Times New Roman" w:hAnsi="Times New Roman" w:eastAsia="Times New Roman" w:cs="Times New Roman"/>
        </w:rPr>
        <w:t>Siria suyupa umanqa Damasco llaqtam, Damasco suyupa umanqataq Rezinmi; soqta chunka pichqa watakunapi Efraínqa paqirisqa kanqa, manaña llaqtachu kananpaq. Efraín suyupa umanqa Samaria llaqtam, Samaria suyupa umanqataq Remalíaspa churinmi.</w:t>
      </w:r>
    </w:p>
    <w:p>
      <w:pPr>
        <w:pStyle w:val="ArticleScripture"/>
        <w:jc w:val="left"/>
      </w:pPr>
      <w:r>
        <w:rPr>
          <w:rFonts w:ascii="Times New Roman" w:hAnsi="Times New Roman" w:eastAsia="Times New Roman" w:cs="Times New Roman"/>
        </w:rPr>
        <w:t>Mana mana iñiykunkichikchu, cheqaqmi mana sayachisqa kanqankichikchu. Isaías 7:8, 9.</w:t>
      </w:r>
    </w:p>
    <w:p>
      <w:pPr>
        <w:pStyle w:val="ArticleBody"/>
        <w:jc w:val="left"/>
      </w:pPr>
      <w:r>
        <w:rPr>
          <w:rFonts w:ascii="Times New Roman" w:hAnsi="Times New Roman" w:eastAsia="Times New Roman" w:cs="Times New Roman"/>
        </w:rPr>
        <w:t>Isaíaspa qhawachisqan qhipa para willakuyqa Moiséspa “qanchis kuti” nisqanta hap’ikun, imaraykuchus pusaq versículopi suqta chunka phisqa watayuq profecíaqa reqsichin qallariyta iskaynin Israelpa qhantinsuyunmanta hinaspa urinsuyunmanta 2520 watakunapa ch’iqichisqa kasqankupaq. Chay kikin versículopin, llaveta tarinchik, mayqanmi muyuchin Daniel chunka hukniyuq t’aqapi tawa chunka versículopi kinsa profecía siq’ikunata, 1989 watapi Unión Soviéticapa urmachisqanwan, chaynataq Daniel chunka hukniyuq t’aqapi chunka versículowan, hinaspa Isaías pusaq t’aqapi pusaq versículowan kuska. Kay kinsa siq’ikunawan (Isaías 8:8, Daniel 11:10, 40), llaveqa pusaq hinaspa isqon versículokunapi “uma” nisqakunan. “Uma” nisqakunapa llaven chay kinsa parallel versículokunaman churakuspan, Ucrania maqanakuypa historianta hinaspa utqaylla hamuq Kinsa Kuti Mundial Maqanakuyta kicharin. Chay profético punku kicharisqa kaptinqa, Daniel chunka hukniyuq t’aqapi chunka hukniyuqmanta suqta chunka versículokama rikuchikun parallel historia hina Daniel chunka hukniyuq t’aqapi tawa chunka versículowan, 1989 watamanta qhipa Unión Soviéticapa urmachisqan qhepaman. “Tawa chunka versículopi pakasqa historia” kicharisqaqa cheqaqa, pisillamanta akllasqa cheqaqkunamanta hukninmi, mayqankunataq reqsichisqa kanku Jesucristopa Revelación nisqapa kicharisqanwan tinkuchisqa hina, gracia tiempopa wisq’aynin manaraq chayamuchkaptin.</w:t>
      </w:r>
    </w:p>
    <w:p>
      <w:pPr>
        <w:pStyle w:val="ArticleBody"/>
        <w:jc w:val="left"/>
      </w:pPr>
      <w:r>
        <w:rPr>
          <w:rFonts w:ascii="Times New Roman" w:hAnsi="Times New Roman" w:eastAsia="Times New Roman" w:cs="Times New Roman"/>
        </w:rPr>
        <w:t>Isaías qhapaq pusaqniyuq capitulopa huk ñiqin versículonqa qallarin “Aswanpas” nisqawanmi, chaywanmi riqsichin pusaqniyuq capitulota qanchisniyuq capitulopa hawanman risaqta. Ñawpaq simi “Aswanpas” kasqanmantapas aswan, pusaqniyuq capitulopa kinsa ñiqin versículonqa qanchisniyuq capitulopa kinsa ñiqin versículowan huñusqa kachkan iskay ñiqin testigohina, chayraykutaq iskaynin capítulokunaqa siki siki patapi churakusqa hina aplicakunanpaq. Iskaynin “kinsa” versículokunapas riqsichinku Isaíaspa huk churinta, paykunapa sutinkunataq iskayninmi willanku willakuy ukupi profétic mensajeta. Shearjashub ninqa “puchuqkuna kutimunqaku” ninmi, Mahershalalhashbaz nintaq “utqayllata qipichisqa kaptin” ninmi. Ñawpaqtaqa Shearjashubmi rimarisqa, chaymantaq Mahershalalhashbaz (Biblia ukupi aswan hatun suti kasqan). “1” nisqawan sut’ichisqa alphaqa aswan huch’uymi, kaypiqa “puchuq” nisqawanpas sut’inchasqa; “22” nisqawan sut’ichisqa omegaqa aswan hatunmi, Biblia ukupi aswan hatun sutiwan riqsichisqa kashan, chaymantaq domingo kamachikuypa utqay puriyninkunata simbólopi rikuchispa.</w:t>
      </w:r>
    </w:p>
    <w:p>
      <w:pPr>
        <w:pStyle w:val="ArticleBody"/>
        <w:jc w:val="left"/>
      </w:pPr>
      <w:r>
        <w:rPr>
          <w:rFonts w:ascii="Times New Roman" w:hAnsi="Times New Roman" w:eastAsia="Times New Roman" w:cs="Times New Roman"/>
        </w:rPr>
        <w:t>Alfa puchuqkuna, Shearjashub nisqawan rikuchisqa, kinsa kaq versículopi taytan Isaíaswan kashan. Paykuna kuskapiqa alfa hinawan omega hinawanmi kanku, hinallataq sayashanku huk cheqepi, mayqinchus qipa para-man kinsa sapaq willakuykunamanta rurasqa kashan.</w:t>
      </w:r>
    </w:p>
    <w:p>
      <w:pPr>
        <w:pStyle w:val="ArticleScripture"/>
        <w:jc w:val="left"/>
      </w:pPr>
      <w:r>
        <w:rPr>
          <w:rFonts w:ascii="Times New Roman" w:hAnsi="Times New Roman" w:eastAsia="Times New Roman" w:cs="Times New Roman"/>
        </w:rPr>
        <w:t>Chaymi Señorqa Isaiasman nirqan: Kunan rispa tinkukuy Ahazwan, qanpas, churiyki Shearjashubwan kuska, hanaq qochapa yaku apana rumi ñanpa tukukuyninpi, t’ajsana chakrapa hatun ñanninpim. Isaias 7:3.</w:t>
      </w:r>
    </w:p>
    <w:p>
      <w:pPr>
        <w:pStyle w:val="ArticleBody"/>
        <w:jc w:val="left"/>
      </w:pPr>
      <w:r>
        <w:rPr>
          <w:rFonts w:ascii="Times New Roman" w:hAnsi="Times New Roman" w:eastAsia="Times New Roman" w:cs="Times New Roman"/>
        </w:rPr>
        <w:t>Isaíasqa pachak tawa chunka tawa waranqakunapa unanchaqninmi; chaymi 9/11 waqyakuyninta rikuchispa, Isaíasqa 2023 wata julio killapa waqyakuynintapas rikuchin. 9/11piqa Isaíasqa huk Laodiceam, Jacob qatiqnin hina rikuchisqa, payqa Esaúpa piwi kay derecho ninta qichuyta munarqa, Adventismo Señorpa siminmanta wijch’usqa kaptin; ichaqa 2023 watapi Isaíasqa atipaq Israelta rikuchin. Isaíasqa Diospa willakuyninta apachiq huk runata rikuchin, paymi rijcharin Laodicea kasqanmanta, chaymantataq huk rawraq rumiwan pichasqa kaspa huk Filadelfiaman tukupun.</w:t>
      </w:r>
    </w:p>
    <w:p>
      <w:pPr>
        <w:pStyle w:val="ArticleScripture"/>
        <w:jc w:val="left"/>
      </w:pPr>
      <w:r>
        <w:rPr>
          <w:rFonts w:ascii="Times New Roman" w:hAnsi="Times New Roman" w:eastAsia="Times New Roman" w:cs="Times New Roman"/>
        </w:rPr>
        <w:t>“Isaíasqa Diospa glorianmanta sumaq rikuyta karqan. Payqa Diospa atiyninpa rikuchisqanta rikarqan, hinaspan hatun kayninta qawarispa, huk willakuy hamurqan payman ripunanpaq chaymanta huk llamk’ayta ruwanampaq. Payqa llapa imaynamanta chay llamk’aypaq mana allin kasqanta yuyarikurqan. Imataq payta mana allin kasqanmanta yuyachirqan? ¿Diospa glorianninta manaraq qawaspaña payqa mana allin kasqanta yuyarirqanchu?—Manan; Diospa ñawpaqenpi cheqan kasqapi kashasqanta yuyarqan; ichaqa Apu tukuy atiyniyuqpa gloriannin payman rikuchisqa kaptin, Diospa mana rimay atina hatun kayninta qawarispa, nirqan: ‘Wañusqañam; imaraykuchus noqaqa mana ch’uya simiyuq runam kani, mana ch’uya simiyuq runakunapa chawpinpin tiyani; ñawiykunawanmi qawarirqani Reyta, Apu tukuy atiyniyuqta. Chaymantataq huk serafín phawamurqan noqaman, makinkunapi kawsayuq k’asata apamuspa, altar manta tenazaswan hap’isqanta; chayta simiyman churarqan, hinaspan nirqan: Qaway, kayqa simiykita tupasqanña; huchaykiqa qichusqanñam, huchaykitaq pichasqanñam.’ Kaymi sapankama ñuqanchikpaq ruwasqa kanan llamk’ay. Munanchik altar manta kawsayuq k’asata siminchikman churasqa kananpaq. Munanchik kay simita uyarita: ‘Huchaykiqa qichusqanñam, huchaykitaq pichasqanñam’” Review and Herald, June 4, 1889.</w:t>
      </w:r>
    </w:p>
    <w:p>
      <w:pPr>
        <w:pStyle w:val="ArticleBody"/>
        <w:jc w:val="left"/>
      </w:pPr>
      <w:r>
        <w:rPr>
          <w:rFonts w:ascii="Times New Roman" w:hAnsi="Times New Roman" w:eastAsia="Times New Roman" w:cs="Times New Roman"/>
        </w:rPr>
        <w:t>Isaías qillqapa soqta kaq capitulopi “hayk’aqkama” nisqaqa 9/11manta Domingo kamachiykama huk unanchanmi, chaymanta soqta kaq capitulopis 9/11pa rikch’ayninmi. Qanchis kaqmanta isqon kaq capitulokunakamaqa Judápa apostata kamachiqninkunaman Isaías qosqan willakuyninta rikuchin, hinallataq pachak tawa chunka tawa waranqa sellasqa kashaqtin, Efraínpa machasqakuna mitk’aspa urmaykaptin, chay tiempopi pasan chay rikch’anatawan. Chaylla rikch’aynillapitaq Isaías qillqan:</w:t>
      </w:r>
    </w:p>
    <w:p>
      <w:pPr>
        <w:pStyle w:val="ArticleScripture"/>
        <w:jc w:val="left"/>
      </w:pPr>
      <w:r>
        <w:rPr>
          <w:rFonts w:ascii="Times New Roman" w:hAnsi="Times New Roman" w:eastAsia="Times New Roman" w:cs="Times New Roman"/>
        </w:rPr>
        <w:t>Qhawariy, ñuqa, Señorpa qoykuwasqan wawakunawan kuska, Israelpi señal-kunapaq, musphachikuyninkunapaqmi kaniku, Sion orqopi tiyaq tukuy atiyniyuq Señorpa kasqanrayku. Isaías 8:18.</w:t>
      </w:r>
    </w:p>
    <w:p>
      <w:pPr>
        <w:pStyle w:val="ArticleBody"/>
        <w:jc w:val="left"/>
      </w:pPr>
      <w:r>
        <w:rPr>
          <w:rFonts w:ascii="Times New Roman" w:hAnsi="Times New Roman" w:eastAsia="Times New Roman" w:cs="Times New Roman"/>
        </w:rPr>
        <w:t>Isaiaspas wawankunawanpasmi señalninkuna kanchis qanchis t’aqapi iskay chunka qanchisniyuq t’aqakama tarikusqan qhapaq pakasqa yuyaykunapi. Qanchis t’aqamanta isqon t’aqakamaqa llapa rikch’aypa chiqninmi, ima rimaypas “chay p’unchaypi” utaq “chay pachapi” nisqaman kutichisqa kasqanrayku. Chunka pusaqniyuq versículomi reqsichin Isaiaspas churinkunapas señalkuna kasqanta, hinaspa chay versículota muyuriq versículokunam reqsichinku ima pacha señalkuna riqsisqa kananpaq kasqanta.</w:t>
      </w:r>
    </w:p>
    <w:p>
      <w:pPr>
        <w:pStyle w:val="ArticleScripture"/>
        <w:jc w:val="left"/>
      </w:pPr>
      <w:r>
        <w:rPr>
          <w:rFonts w:ascii="Times New Roman" w:hAnsi="Times New Roman" w:eastAsia="Times New Roman" w:cs="Times New Roman"/>
        </w:rPr>
        <w:t>Chayrayku achka paykuna ukhupi mitk’akunkaku, urmaykunkaku, pakisqa kanqaku, toqllapi hap’isqa kanqaku, hinaspa apasqa kanqaku. Testimoniota watay, kamachiyta sellay yachachisqaykuna ukhupi. Ñuqataq Señorpi suyasqaq kani, paymi Jacobpa wasinmanta uyanta pakaykun; paytataq suyasqaqmi kani.</w:t>
      </w:r>
    </w:p>
    <w:p>
      <w:pPr>
        <w:pStyle w:val="ArticleScripture"/>
        <w:jc w:val="left"/>
      </w:pPr>
      <w:r>
        <w:rPr>
          <w:rFonts w:ascii="Times New Roman" w:hAnsi="Times New Roman" w:eastAsia="Times New Roman" w:cs="Times New Roman"/>
        </w:rPr>
        <w:t>Qhawariy, ñoqaqa, Señor Diospa qoywasqan wawakunawan kuska, Israelpi señalkunapaq, musphaykunañiqpaqmi kashanchik Apu Tukuy Atiyniyuqmantapacha, paymi Sion urqupi tiyakun. Isaías 8:15–18.</w:t>
      </w:r>
    </w:p>
    <w:p>
      <w:pPr>
        <w:pStyle w:val="ArticleBody"/>
        <w:jc w:val="left"/>
      </w:pPr>
      <w:r>
        <w:rPr>
          <w:rFonts w:ascii="Times New Roman" w:hAnsi="Times New Roman" w:eastAsia="Times New Roman" w:cs="Times New Roman"/>
        </w:rPr>
        <w:t>Kikinkuna “Señorta suyakuqkuna” nisqaqa Isaiaswan iskay churinkunawanmi rikuchisqa kanku. Paykunam kanku piman Señorta “uyanta pakasqa” karqa; chayqa huk kayninmi kachkan chaykunapaq, Levitico iskay chunka suqta ñiqin mañakuypa mañakuyninkunapa kamachikusqanman rikch’akuqkunapaq, julio 2023 qhipaman. Paykunam rikch’akunku willakusqankupi yaykunanpaq kasqanta, Señorta paykunawan contrankuta purisqanta niyta; chayqa ninmi, paykunamanta uyanta pakasqanta.</w:t>
      </w:r>
    </w:p>
    <w:p>
      <w:pPr>
        <w:pStyle w:val="ArticleBody"/>
        <w:jc w:val="left"/>
      </w:pPr>
      <w:r>
        <w:rPr>
          <w:rFonts w:ascii="Times New Roman" w:hAnsi="Times New Roman" w:eastAsia="Times New Roman" w:cs="Times New Roman"/>
        </w:rPr>
        <w:t>“Testimoniota watay, leytapis sellay” nisqaqa pachak tawa chunka tawa waranqa runakunapa sellakusqanmi, paykunaqa “achka” nisqakunamanta sut’inchasqa kanku. “Achka” runakunaqa waqyasukanku, ichaqa pisiykunallam akllasqa kanku. Chay “achka” runakunaqa Isaiaswan iskay churinkunawan tupachisqa kanku, paykunaqa pisiykuna hina rikuchisqa. “Achka” runakunaqa pichqa mana yuyaysapa sipaskunam, chayraykum pichqa imakuna paykunapi pasan: “mitk’akunku, urmaykunku, pakikunku, toqllaman urmakunku, hinaspa hap’isqa kanku.” Paykunaqa mitk’akunku qhepa para willakuyninta mana chaskisqankurayku.</w:t>
      </w:r>
    </w:p>
    <w:p>
      <w:pPr>
        <w:pStyle w:val="ArticleScripture"/>
        <w:jc w:val="left"/>
      </w:pPr>
      <w:r>
        <w:rPr>
          <w:rFonts w:ascii="Times New Roman" w:hAnsi="Times New Roman" w:eastAsia="Times New Roman" w:cs="Times New Roman"/>
        </w:rPr>
        <w:t>Simisqa simiwan, huk simiwanpas kay llaqtaman rimarinqa. Paykunaman nirqan: Kaymi samay, chaywan sayk’usqakunata samachinkichik; kaymi kawsarichiy. Ichaqa mana uyariyta munarqankuchu. Chayraykun Señorpa rimayninqa paykunapaq karqan kamachiy patanpi kamachiy, kamachiy patanpi kamachiy; siq’i patanpi siq’i, siq’i patanpi siq’i; kaypi aslla, chaypi aslla; hinaptin rinqaku, qhipaman urmakunku, pakikunku, toqllapi urmakunku, hinaspa hap’isqa kanku. Isaías 28:11–13.</w:t>
      </w:r>
    </w:p>
    <w:p>
      <w:pPr>
        <w:pStyle w:val="ArticleBody"/>
        <w:jc w:val="left"/>
      </w:pPr>
      <w:r>
        <w:rPr>
          <w:rFonts w:ascii="Times New Roman" w:hAnsi="Times New Roman" w:eastAsia="Times New Roman" w:cs="Times New Roman"/>
        </w:rPr>
        <w:t>Pusaq kawsaypaq capítuloq sellakusqan pacha, Isaiasqa mana alli runakunaq urmayninta willakun, Ahazwan rikch’achisqa, hinaspataq iskay chunka pusaq capítuloq chunka kimsayuq versículopi chay kikin huñusqa runakunata reqsichin. Paykunaqa “urmanaku” imaraykuchus qhipa para willakuyta mana chaskinkuchu, chayqa paykunapaq karqa “siqi patapi siqi hina”, hinaspa qallallachaq simiyuqkuna hina rikch’achisqakunaq nisqanwan qhawachisqa. Pentecostés p’unchawpi mana allinta rimar qhawarqanku judíokunaqa discípulokunata machasqa kasqankuta tumpaspa, willakuyta mana entiendesqankurayku. Yuyayninkupiqa chay willakuyqa qallallachaq simiyuqkunawan qhawachisqa kachkarqa.</w:t>
      </w:r>
    </w:p>
    <w:p>
      <w:pPr>
        <w:pStyle w:val="ArticleBody"/>
        <w:jc w:val="left"/>
      </w:pPr>
      <w:r>
        <w:rPr>
          <w:rFonts w:ascii="Times New Roman" w:hAnsi="Times New Roman" w:eastAsia="Times New Roman" w:cs="Times New Roman"/>
        </w:rPr>
        <w:t>Qanchis kaq qhapaqpi kimsayuq kaqpi, Isaiasqa willakuy profetapa alpha-ninmi churin Shearjashubpaq, paytaq kutin omega-ninmi taytanwan tupachiypi, ichaqa wawqinwan tupachiykipi alpha-ninpas kachkan. Alpha Omega nisqakunapa rantinpi hina, paykunaqa sayanku iskay qori tubo-kuna hanaq santuario-manta qucha-ta ruwachkashaqtin, chay hatun ñanpi, Jeremiaspa machu ñanñinpa patanpi, chakra ukhupi maypichus linu q’achakuna q’añu mancha-kunamanta ch’uya yuraqman tikrachisqa kanku, Pactopa Kachaqnin Leviq churinkunata, hinallataq Isaiasta Shearjashubtapas, ch’uyaqta purichishaqtin. Chayman chayaspanmi millay mana yachaq reyi Ahazman Moisespa machu ñanñinpa willakuyninta apamun, Levitico iskay chunka suqta qhapaqpa “qanchis kuti” nisqanta; chaymi kikin qhapaqpi sayachin “uma” nisqaqa rey kasqanta, utaq reypa qhapaq suyunta, utaq huk qhapaq suyupa uma llaqtanta.</w:t>
      </w:r>
    </w:p>
    <w:p>
      <w:pPr>
        <w:pStyle w:val="ArticleBody"/>
        <w:jc w:val="left"/>
      </w:pPr>
      <w:r>
        <w:rPr>
          <w:rFonts w:ascii="Times New Roman" w:hAnsi="Times New Roman" w:eastAsia="Times New Roman" w:cs="Times New Roman"/>
        </w:rPr>
        <w:t>Chay llavetaqa Diospa Siminpa k’anchayninta kicharin, hinapi 2014 watapi qallarisqa Ucranianopi Awqaqa Bibliaq profecianpa yuyaynin hina rikuchikunman karqa, chaymi rikuchisqa kashan pachapi huñt’asqa sellaykunaq tiempunpi pachak tawa chunka tawa waranqa runakunapaq, hinallataq Estados Unidos nacionpa qhipa kinsa presidentenkunapa historiankupi. Qhepa paraq willakuyninqa Isaíasmanta rikuchisqa kashan chunka kaq, chunka hukniyuq kaq kapitukunapi, chaymi Daniel chunka hukniyuq kaqpa qhipa soqta versokunapa ukhupi hawanpi historianta sut’inchan. Ñawpaq versoqa, tawa chunka kaq verso, Isaíasmanta rikuchisqa kashan soqta kaqmanta isqun kaq kapitukama, hinaspan chunka kaq, chunka hukniyuq kaq kapitukunapi 1989 watapi kichasqa karqan chay willakuyq ukhupi hawanpi historiankuna qhawachisqa kashanku. Qhepa paraq willakuyninpa llapa hatun imapas chay visiónpi rikuchisqa kashan.</w:t>
      </w:r>
    </w:p>
    <w:p>
      <w:pPr>
        <w:pStyle w:val="ArticleBody"/>
        <w:jc w:val="left"/>
      </w:pPr>
      <w:r>
        <w:rPr>
          <w:rFonts w:ascii="Times New Roman" w:hAnsi="Times New Roman" w:eastAsia="Times New Roman" w:cs="Times New Roman"/>
        </w:rPr>
        <w:t>Chunk iskay chunka t’aqapi qhipa versículokunaqa kikillan profétic historiata reqsichinku, imaynachus chunka hukniyuq t’aqapi qhipa versículokunaqa rikuchinku. Chunka t’aqaqa hawa kaqmi, chunka hukniyuq t’aqataq uku kaqmi. Apocalipsis libropi, qanchis iglesiakunaqa uku kaqmi, sellokunataq hawa kaqmi. Chunka t’aqapi qhipa versículokunapi, papal atiyniyuq kayqa Jerusalénpa contranpi makinnta chhullchhachispa kachkan, Daniel chunka hukniyuqpi tawa chunka pichqayuq versículopi, papal atiyniyuq kay yanapaqniyuq mana pipas kaptin tukukuyninman chayamushanman parallel pasajepi hina.</w:t>
      </w:r>
    </w:p>
    <w:p>
      <w:pPr>
        <w:pStyle w:val="ArticleScripture"/>
        <w:jc w:val="left"/>
      </w:pPr>
      <w:r>
        <w:rPr>
          <w:rFonts w:ascii="Times New Roman" w:hAnsi="Times New Roman" w:eastAsia="Times New Roman" w:cs="Times New Roman"/>
        </w:rPr>
        <w:t>Chay p’unchaykama Nob llaqtapiraqmi qhipakusaq; Sion ususip urqunpa contranpi, Jerusalén lomanpa contranpi makinta kuyuchinqa. Qhawariychis, Apunchik, ejércitokunapa Apunmi sach’a ramanikunata mancharinawan k’ichurinqa; hatun sayayninnaqkunaqa kuchusqa kanqaku, hatun tukoqkunataq ñak’arichisqa kanqaku. Sach’a-sach’akunataq fierrowanmi urmachinqa, Líbanoqtaq atiyniyoq runawan urmanqa. Isaías 10:32–34.</w:t>
      </w:r>
    </w:p>
    <w:p>
      <w:pPr>
        <w:pStyle w:val="ArticleBody"/>
        <w:jc w:val="left"/>
      </w:pPr>
      <w:r>
        <w:rPr>
          <w:rFonts w:ascii="Times New Roman" w:hAnsi="Times New Roman" w:eastAsia="Times New Roman" w:cs="Times New Roman"/>
        </w:rPr>
        <w:t>Chunk iskay chunka kapitulupa tukukuyninmi runakunapa qispichikuy p’unchayninpa wichq’akuynin, chaypim Daniel chunka hukniyuq kapitulupa tukukuyninpas wichq’akun.</w:t>
      </w:r>
    </w:p>
    <w:p>
      <w:pPr>
        <w:pStyle w:val="ArticleScripture"/>
        <w:jc w:val="left"/>
      </w:pPr>
      <w:r>
        <w:rPr>
          <w:rFonts w:ascii="Times New Roman" w:hAnsi="Times New Roman" w:eastAsia="Times New Roman" w:cs="Times New Roman"/>
        </w:rPr>
        <w:t>Payqa hatun wasinkunata hatarichinqa iskay qochakuna chawpinpi, hatun yupaychasqa santu orqopi; ichaqa tukukuyninman chayamunqa, manataq pipas yanapanqachu. Chay pacha Michael hatarinqa, chay hatun kamachiq, llaqtaykipa churinkunapaq sayaq; hinaspa sasachakuy pacha kanqa, mana hayk’aqpas karqachu suyu kasqanmantapacha chay pachakama; chay pachataq llaqtayki qispichisqa kanqa, sapa huk libropi qelqasqa tarikusqa kaq. Daniel 11:45, 12:1.</w:t>
      </w:r>
    </w:p>
    <w:p>
      <w:pPr>
        <w:pStyle w:val="ArticleBody"/>
        <w:jc w:val="left"/>
      </w:pPr>
      <w:r>
        <w:rPr>
          <w:rFonts w:ascii="Times New Roman" w:hAnsi="Times New Roman" w:eastAsia="Times New Roman" w:cs="Times New Roman"/>
        </w:rPr>
        <w:t>Chunka iskay chunka qallarin huk ñiqipi “mana allin kamachikuywan”, chaytaq Hermana White sut’ita riksichin domingo p’unchaw kamachikuy hina.</w:t>
      </w:r>
    </w:p>
    <w:p>
      <w:pPr>
        <w:pStyle w:val="ArticleScripture"/>
        <w:jc w:val="left"/>
      </w:pPr>
      <w:r>
        <w:rPr>
          <w:rFonts w:ascii="Times New Roman" w:hAnsi="Times New Roman" w:eastAsia="Times New Roman" w:cs="Times New Roman"/>
        </w:rPr>
        <w:t>¡Ay de aquellos que dictan decretos injustos, y de los que escriben agravios que han prescrito! Isaías 10:1.</w:t>
      </w:r>
    </w:p>
    <w:p>
      <w:pPr>
        <w:pStyle w:val="ArticleBody"/>
        <w:jc w:val="left"/>
      </w:pPr>
      <w:r>
        <w:rPr>
          <w:rFonts w:ascii="Times New Roman" w:hAnsi="Times New Roman" w:eastAsia="Times New Roman" w:cs="Times New Roman"/>
        </w:rPr>
        <w:t>Chunka capítulo qallarin domingo p’unchay kamachiywanmi, chaymi Daniel capítulo chunka hukniyuqpa tawa chunka hukniyuq versículonwan tupaqchasqa kachkan, hinallataq tukukun Daniel chunka hukniyuqpa tawa chunka pichqayuq versículonpa historiapi Miguel sayariyninwan kaq paralelo nisqawan.</w:t>
      </w:r>
    </w:p>
    <w:p>
      <w:pPr>
        <w:pStyle w:val="ArticleScripture"/>
        <w:jc w:val="left"/>
      </w:pPr>
      <w:r>
        <w:rPr>
          <w:rFonts w:ascii="Times New Roman" w:hAnsi="Times New Roman" w:eastAsia="Times New Roman" w:cs="Times New Roman"/>
        </w:rPr>
        <w:t>“Huk ídolo-samana punchawmi sayarichisqa kachkan, imayna qori lantita Dura pampakunapi sayarichirqanku hinata. Hinaspa imaynatachus Babiloniaq rey Nebucodonosor kamachiyta hurqusqanman hina, llapa mana k’umuykuspa kay lantita yupaychayta munakkuqkuna wañuchisqa kananpaq, chay hinallataq huk willakuymi ruwasqa kanqa, llapa mana domingo instituciónta manchakuspa yupaychaqkuna cárcelwan wañuywan castigasqa kananpaq. Chayhinataq Señorpa sábado-nin sarusqa, chakikuna uranpi takakusqa kan. Ichaqa Señormi willarqan: ‘¡Ay paykunapaq, mana allin kamachiykunata kamachiqkunapaq, llakiyta qillqaqkunapaq, imatachus qillqaykusqankuta!’ [Isaías 10:1]. [Sofonías 1:14–18; 2:1–3, qillqasqa.]” Manuscript Releases, volumen 14, 91.</w:t>
      </w:r>
    </w:p>
    <w:p>
      <w:pPr>
        <w:pStyle w:val="ArticleBody"/>
        <w:jc w:val="left"/>
      </w:pPr>
      <w:r>
        <w:rPr>
          <w:rFonts w:ascii="Times New Roman" w:hAnsi="Times New Roman" w:eastAsia="Times New Roman" w:cs="Times New Roman"/>
        </w:rPr>
        <w:t>Apocalipsis chunka hukniyuqpi “hatun allpa kuyuy” nisqapi, chunka kimsayuq versículopi domingo p’unchay kamachiyta rikuchisqanpi, kinsa islam nisqapa símbolonmi “allpa kuyuywan” t’inkisqa kachkan, chaymi Apocalipsis chunka kimsayuqpi allpa uywata kuyuchin, dragón hina rimarinan p’unchaypi. Isaías chunka kaq capitulopi, domingo p’unchay kamachiyqa “mana chanin kamachiy” hina rikuchisqanmi, chaypaqtaq “ay” nisqa willakusqa kachkan. Apocalipsis chunka hukniyuqpi “hatun allpa kuyuy” nisqa, chunka kimsayuq versículomanta chunka pusaqniyuqkama, kimsa kaq “ay”manta islamqa tawa islam símbolokunawan reqsichisqanmi, hinallataq domingo p’unchay kamachiypi Estados Unidos contra ruwasqan maqanakuywan; “Chay hora kikinpitaq hatun allpa kuyuy karqan,” hinaspa “iskay kaq ayqa pasaqñam; qhawariy, kinsa kaq ayqa utqayllam hamun. Qanchis kaq angeltaq waqra-ta pukuran” “hinaspa nacionkunaqa piñakurqanku.”</w:t>
      </w:r>
    </w:p>
    <w:p>
      <w:pPr>
        <w:pStyle w:val="ArticleBody"/>
        <w:jc w:val="left"/>
      </w:pPr>
      <w:r>
        <w:rPr>
          <w:rFonts w:ascii="Times New Roman" w:hAnsi="Times New Roman" w:eastAsia="Times New Roman" w:cs="Times New Roman"/>
        </w:rPr>
        <w:t>Chunka tawaqaqa, Daniel chunka hukniyuqpi tawa chunka hukniyuq versiculomanta pichqa chunka pichqayuq versiculokama, papal atiyninta rikuchin, maypacha papadokuna tukukuyninman chayankuchkan chaykama. Tawa chunka versiculoqa mana chunka tawaqaqa willakuyninman yaykunchu, imaraykuchus Isaíasqa chay tawa chunka versiculopa “pakasqa historianta” sut’inchashan, qhipa para willakuy sapaqchasqa iglesiaman apamusqa kaptin, Ahazwan rikuchisqa. Chunka hukniyuqpaq tukukuyninqa chay kikin historiapi papal atiymanta qespichisqa kayta rikuchishan.</w:t>
      </w:r>
    </w:p>
    <w:p>
      <w:pPr>
        <w:pStyle w:val="ArticleScripture"/>
        <w:jc w:val="left"/>
      </w:pPr>
      <w:r>
        <w:rPr>
          <w:rFonts w:ascii="Times New Roman" w:hAnsi="Times New Roman" w:eastAsia="Times New Roman" w:cs="Times New Roman"/>
        </w:rPr>
        <w:t>Hinaspan Señor Diosqa tukuy hinantin Egiptomanta lamar qallu simita chinkachinqa; atiyniyoq wayranwanmi mayuta patapi makinta kuyuchinqa, qanchis mayu rakinakunamanmi waqtanqa, ch’aki chakillawan runakunata chimpachinanpaq. Chaymantataq hatun ñan kanqa llaqtan puchuqninpaq, Asiriamanta puchuq kaqkunapaq, imaynachus Israelpaq karqa Egipto suyomanta lluqsimusqan p’unchaypi hina. Isaías 11:15, 16.</w:t>
      </w:r>
    </w:p>
    <w:p>
      <w:pPr>
        <w:pStyle w:val="ArticleBody"/>
        <w:jc w:val="left"/>
      </w:pPr>
      <w:r>
        <w:rPr>
          <w:rFonts w:ascii="Times New Roman" w:hAnsi="Times New Roman" w:eastAsia="Times New Roman" w:cs="Times New Roman"/>
        </w:rPr>
        <w:t>Isaías qanchis chunka t’aqaqa kikin historiapa hawapi kaqninmi, chunka hukniyuq t’aqaqataq ukhu kaqninmi. Hawapi kaqninwan ukhu kaqninwan Diospa Siminpiqa achka tupachisqa kanku, kay iskay paralelo t’aqakunataq Isaías nisqan hina kinsa kaq angelpa waqyay willakuyninta rikuchinku. Kinsa kaq angelpa waqyay willakuyninqa achka hinamantaña Diospa saminchayninwan pisi rimaypi huñusqa karqa, ichaqa ancha yanapaq rakiyqa kaymi: kinsa kaq angelpa waqyay willakuyninqa pruebapa tukukuyninwan tupaq ruwaykunata rikuchin, hinaspataq sapanka runapa sapaq wakichikuynin munasqanta sinchita qhawarichin. Isaías chunka t’aqaqa chay ruwaykunam, chunka hukniyuq t’aqaqataq wakichikuyninmi.</w:t>
      </w:r>
    </w:p>
    <w:p>
      <w:pPr>
        <w:pStyle w:val="ArticleScripture"/>
        <w:jc w:val="left"/>
      </w:pPr>
      <w:r>
        <w:rPr>
          <w:rFonts w:ascii="Times New Roman" w:hAnsi="Times New Roman" w:eastAsia="Times New Roman" w:cs="Times New Roman"/>
        </w:rPr>
        <w:t>“Probacionpa tukukuyninwan, hinaspa ñak’ariy pacha hamunanpaq wakichikuy llamk’aywan tupaq ruwaykunaqa sut’inchasqa qhawachisqa kanku. Ichaqa achka runakunaqa kay ancha allin chiqaqkunamanta mana aswan yachayniyuqchu kanku, imaynachus mana hayk’aqpas rikuchisqa kasqanman hina. Satanasqa qhawashanmi llapallan allin yuyay churasqakunata qichunaypaq, mayqinchus paykunata qispichiyman yachaysapa kanankupaq rurayman; hinaspa ñak’ariy pachaqa mana wakichisqa kaptinkum taripayanqa.</w:t>
      </w:r>
    </w:p>
    <w:p>
      <w:pPr>
        <w:pStyle w:val="ArticleScripture"/>
        <w:jc w:val="left"/>
      </w:pPr>
      <w:r>
        <w:rPr>
          <w:rFonts w:ascii="Times New Roman" w:hAnsi="Times New Roman" w:eastAsia="Times New Roman" w:cs="Times New Roman"/>
        </w:rPr>
        <w:t>“Dios runakunaman ancha importante willakuykunata kachamuspan, chaykuna hanaq pacha chawpinpi phawachkaq santu angelkuna willakusqankumanhina rikuchisqa kaptin, yuyayniyuq sapa runatam chay willakuyta uyarinanpaq mañan. Manchay juiciokuna animalta hinaspa paypa lantiñanta yupaychasqamanta willasqa kashan (Apocalipsis 14:9–11), llapa runakunatam profeciakunata allinta kuskata yachaqayman pusanan, animalpa señalnin ima kasqanta yachanankupaq, hinaspa imaynatas chaskiyta qespichinankupaq. Ichaqa achka runakuna cheqaq kayta uyarinankumanta rinrinkuta tikranku, hinaspa llulla willakuykunaman muyurichisqa kanku. Apostol Pablo qhepa p’unchaykunata qhawarispa nirqan: ‘Pacha hamunqa mayp’ichus allin yachachiyta mana muchunqakuchu.’ 2 Timoteo 4:3. Chay pachaqa hunt’asqaña hamusqa. Achka achka runakunaqa Bibliapa cheqaq kayninta mana munankuchu, imaraykuchus huchasapa, kay pachata munakuq sonqopa munayninkunaman hark’akapun; hinaspa Satanásqa paykuna munasqan engañokunata qon.”</w:t>
      </w:r>
    </w:p>
    <w:p>
      <w:pPr>
        <w:pStyle w:val="ArticleScripture"/>
        <w:jc w:val="left"/>
      </w:pPr>
      <w:r>
        <w:rPr>
          <w:rFonts w:ascii="Times New Roman" w:hAnsi="Times New Roman" w:eastAsia="Times New Roman" w:cs="Times New Roman"/>
        </w:rPr>
        <w:t>“Ichaqa Diosqa kay pachapi huk llaqtata kanqa, Bibliata waqaychananpaq, Bibliata sapallanta, llapa yachachikuykunaq kamachiqnin hina, llapa allinchaykunapaq takyachisqan tiyanan hina. Yachaysapa runakunaq yuyayninkuna, ciencia nisqapa hurqusqan rikch’ayninkuna, iglesiapi tantasqa consejo-kunaq iñiy siminkuna utaq kamachikuyninkuna, maychus paykuna representasqanku iglesiakuna ancha achka, chaymanta huknin hukninwan mana tinkisqa kasqankuman hina, achka runakunaq rimayninpas—manan hukninpas, nitaq llapankupas, ima religioso iñiy nisqapa ima punto-ninpaqpas chiqaq willakuq hinaqa qhawasqa kananchu, favorninpaqpas utaq contranpaqpas. Ima yachachikuyta utaq kamachikuyta chaskinanchikpaqqa, sut’i ‘Kayhinan Señor riman’ nisqata mañakunanchik tiyan chayta yanapananpaq.”</w:t>
      </w:r>
    </w:p>
    <w:p>
      <w:pPr>
        <w:pStyle w:val="ArticleScripture"/>
        <w:jc w:val="left"/>
      </w:pPr>
      <w:r>
        <w:rPr>
          <w:rFonts w:ascii="Times New Roman" w:hAnsi="Times New Roman" w:eastAsia="Times New Roman" w:cs="Times New Roman"/>
        </w:rPr>
        <w:t>“Satanásqa sapa kuti runamanmi yuyaykuna qhawariyta Diospa rantinpi apayta munan. Payqa runakunata pusanchikninkuna hina obispokunaman, pastor-kunaman, teología yachachiq-kunaman qhawariyta pusarqan, kikinkupaq ruranankuta yachanankupaq Qhelqakuna mana mask’aspa. Chaymanta, kay pusariqkunapa yuyayninkunata kamachispa, payqa askha runakunata munayninman hina apayta atin.” The Great Controversy, 594, 595.</w:t>
      </w:r>
    </w:p>
    <w:p>
      <w:pPr>
        <w:pStyle w:val="ArticleBody"/>
        <w:jc w:val="left"/>
      </w:pPr>
      <w:r>
        <w:rPr>
          <w:rFonts w:ascii="Times New Roman" w:hAnsi="Times New Roman" w:eastAsia="Times New Roman" w:cs="Times New Roman"/>
        </w:rPr>
        <w:t>Kay yachayta qatiqpas hamuq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Laodiceapi Qanchis p’unchaymanta Adventista Iglesiamanta - Chunkayuq kaq</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