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 hinallata Laodicea llaqtapi qhipa p’unchawkuna Adventista Iglesiamanta - Yupa iskay chunka pusaqniyuq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Iskay chunka pusaqniyuq##</w:t>
      </w:r>
    </w:p>
    <w:p>
      <w:pPr>
        <w:pStyle w:val="ArticleBody"/>
        <w:jc w:val="left"/>
      </w:pPr>
      <w:r>
        <w:rPr>
          <w:rFonts w:ascii="Times New Roman" w:hAnsi="Times New Roman" w:eastAsia="Times New Roman" w:cs="Times New Roman"/>
        </w:rPr>
        <w:t>Mateo qillqasqapi chunka iskayniyuq mesiánik hunt’akuykunata reqsisunchik, hinaspataq pachak tawa chunka tawayuq waranqakunapa señalkunawan tupachispa churaykuchkanchik. Cristo paqarisqanta reqsirqanchik pacha tukukuypa señalnin hina, mayqenmi sapa musuqchasqa kuyuriypa qallariynin kan. Cristo paqarisqanqa 1989 wataman tupanchan, pachak tawa chunka tawayuq waranqakunapaq pacha tukukuyninman. Chay señalqa sapa kuti qatiykusqa kachkan huk señalwan, maypichus willakuyqa llapa runakunaq ñawpaqman hurqusqaña kachkan, chaymanta pacha llapaqpas mañakusqa kayman hap’iqasqa kananpaq.</w:t>
      </w:r>
    </w:p>
    <w:p>
      <w:pPr>
        <w:pStyle w:val="ArticleBody"/>
        <w:jc w:val="left"/>
      </w:pPr>
      <w:r>
        <w:rPr>
          <w:rFonts w:ascii="Times New Roman" w:hAnsi="Times New Roman" w:eastAsia="Times New Roman" w:cs="Times New Roman"/>
        </w:rPr>
        <w:t>Iskay kaq Mesiasmanta hunt’asqa kasqanqa Cristo yachachisqan karqan parábolakunawan, chaymi sut’inchan ima metodologíatachus apaykachisqa kan willakuyta rikuchinapaq, chay willakuyqa tukukuypaq pacha qhipamanmi formalchasqa kachkan, maypachachus yachay yapakusqan huk willakuyman pusarin chay sapaq miraypaq. Milleristaq 1831 watapi karqan, huk pachak tawa chunka tawa waranqakunapaq kuyuytaq 1996 watapi. Willakuy llaqta runakunapaq rikuchisqa kaptinqa, chaymantaqa profecía hunt’akuyninwan kallpachasqa kachkan, chaymi qallarichin pruebayman yaykuy ruwanakuyta. Chay kallpachakuyninqa 11 de agosto de 1840 karqan Milleristapaq, 9/11-taq huk pachak tawa chunka tawa waranqakunapaq.</w:t>
      </w:r>
    </w:p>
    <w:p>
      <w:pPr>
        <w:pStyle w:val="ArticleHeading"/>
        <w:jc w:val="left"/>
      </w:pPr>
      <w:r>
        <w:rPr>
          <w:rFonts w:ascii="Arial" w:hAnsi="Arial" w:eastAsia="Arial" w:cs="Arial"/>
        </w:rPr>
        <w:t>Kimsaqa Mesiánico Waymarkqa 9/11 Chaskikuna kanku.</w:t>
      </w:r>
    </w:p>
    <w:p>
      <w:pPr>
        <w:pStyle w:val="ArticleScripture"/>
        <w:jc w:val="left"/>
      </w:pPr>
      <w:r>
        <w:rPr>
          <w:rFonts w:ascii="Times New Roman" w:hAnsi="Times New Roman" w:eastAsia="Times New Roman" w:cs="Times New Roman"/>
        </w:rPr>
        <w:t>Hinaspan hamuspa tiyakurqan Nazaret sutiyuq llaqtapi; chay hina hunt’akunampaq profetakuna nisqankuta: “Payqa Nazareno sutichasqa kanqa.” Mateo 2:23.</w:t>
      </w:r>
    </w:p>
    <w:p>
      <w:pPr>
        <w:pStyle w:val="ArticleHeading"/>
        <w:jc w:val="left"/>
      </w:pPr>
      <w:r>
        <w:rPr>
          <w:rFonts w:ascii="Arial" w:hAnsi="Arial" w:eastAsia="Arial" w:cs="Arial"/>
        </w:rPr>
        <w:t>Willakuy ñawpaq rimay</w:t>
      </w:r>
    </w:p>
    <w:p>
      <w:pPr>
        <w:pStyle w:val="ArticleScripture"/>
        <w:jc w:val="left"/>
      </w:pPr>
      <w:r>
        <w:rPr>
          <w:rFonts w:ascii="Times New Roman" w:hAnsi="Times New Roman" w:eastAsia="Times New Roman" w:cs="Times New Roman"/>
        </w:rPr>
        <w:t>Huk varamiqmi huk k’aspi Jesépa saphinmanta, hinaspa huk raman kawsarinqa paypa saphiyninkunamanta. Isaías 11:1, Jueces 13.</w:t>
      </w:r>
    </w:p>
    <w:p>
      <w:pPr>
        <w:pStyle w:val="ArticleBody"/>
        <w:jc w:val="left"/>
      </w:pPr>
      <w:r>
        <w:rPr>
          <w:rFonts w:ascii="Times New Roman" w:hAnsi="Times New Roman" w:eastAsia="Times New Roman" w:cs="Times New Roman"/>
        </w:rPr>
        <w:t>“Yuraq” nisqa simiman tikrasqa hebreo simipa saphinqa Netzer nisqami, chaymi Nazaret sutipaqpas saphi. Yuraqqa Nazaret llaqtapa wakcha chaykunamanta hamun.</w:t>
      </w:r>
    </w:p>
    <w:p>
      <w:pPr>
        <w:pStyle w:val="ArticleScripture"/>
        <w:jc w:val="left"/>
      </w:pPr>
      <w:r>
        <w:rPr>
          <w:rFonts w:ascii="Times New Roman" w:hAnsi="Times New Roman" w:eastAsia="Times New Roman" w:cs="Times New Roman"/>
        </w:rPr>
        <w:t>“Señorqa waqyasqa kanqa wayna qharikunata pisi yupaychasqa kawsay puriyninkumanta paypa servicioman, imaynatachus kay pachapi kikinta runa hina kawsashaspa rurasqanta hina. Yachaq rabikunata qhawaykuspa pasarkurqan, ñawpaq disipulonkuna kananpaq akllananpaq pisi yupaychasqa, mana yachayniyuq challwa hap’iqkunata. Llamkaqkuna kanmi, paymi waqyamunqa wakcha kaymanta, mana reqsisqa kaymantapas. Sapa p’unchaw kawsaypa llank’anankupi churakusqa, ch’ulla, qasachasqa p’achawan p’achallisqa, runakunaqa qhawanku pisillapaq yupaychasqa hina. Ichaqa paykuna tukunqaku ancha chanin anillukuna, Señorpaq sumaqta k’anchananpaq. ‘Paykunaqa ñuqap kanku, nispa Señor de los ejércitos, chay p’unchaypi ñuqaqa huñusqay anilluykunata ruraspa.’” Review and Herald, May 5, 1903.</w:t>
      </w:r>
    </w:p>
    <w:p>
      <w:pPr>
        <w:pStyle w:val="ArticleBody"/>
        <w:jc w:val="left"/>
      </w:pPr>
      <w:r>
        <w:rPr>
          <w:rFonts w:ascii="Times New Roman" w:hAnsi="Times New Roman" w:eastAsia="Times New Roman" w:cs="Times New Roman"/>
        </w:rPr>
        <w:t>1888 watapi Santo Espírituq kamachikuynin, Hermana Whitepa kamachikuynin, hinallataq Joneswan Waggonerwanpaq ch’uyanchasqa saywarisqanku, mana chaskisqachu karqan, imaynatachus Coréqa Moisespa kamachikuyninta mana chaskirqan hina.</w:t>
      </w:r>
    </w:p>
    <w:p>
      <w:pPr>
        <w:pStyle w:val="ArticleScripture"/>
        <w:jc w:val="left"/>
      </w:pPr>
      <w:r>
        <w:rPr>
          <w:rFonts w:ascii="Times New Roman" w:hAnsi="Times New Roman" w:eastAsia="Times New Roman" w:cs="Times New Roman"/>
        </w:rPr>
        <w:t>“Chaymi kimsa kaq angelpa willakuynin willakuyta rimanqa. Aswan atiyniyuqta qusqa kanan pacha chayamuptin, Señorqa llamp’u kaq yanapakuqkunawan llamkanqa, paypa servicionman sapaqchakusqankuta yuyayninkuta pusaspa. Llamkaqkunaqa manam qillqasqa yachay wasikunapi yachachisqa kasqankuraykuchu aswan kamachisqa kanqaku, astawanmi paypa Espiritunpa llumpay hawayninwan. Iñiyniyuq, mañakuq runakunaqa santu zealwan lluqsiyta mana atispa kallpachasqa kanqaku, Diospa qusqan simikunata willakuspa. Babiloniapa huchankunaqa sut’inchasqa kanqaku. Iglesiapa ruwasqankunata civil autoridadwan hunt’achiyqa manchaypaq rurukuykunata apamun, espiritualismopa yaykuyninkuna, papal poderpa pakasqa ichaqa utqayman wiñaynin—tukuy chaykunaqa q’alata rikuchisqa kanqaku. Kay solemne amonestacionkunawanmi llaqtaqa kuyuchisqa kanqa. Waranqa waranqakuna uyariq kanqaku, mana hayk’aqpas kayhina simikunata uyarisqankumanta. Musphaypi uyarispa, Babiloniaqa iglesia kasqanta testimoniota uyarinku, pantasqankunarayku, huchankunarayku urmasqa, hanaq pachamanta payman kachamusqa cheqaqta mana chaskisqanrayku. Llaqtaqa ñawpaq yachachiqninkuman kusisqa tapukuyninwan rispa, ¿Kaykunaqa chaynachu? nispa tapuptinku, ministrukunaqa llullakuy willakuykunata apamunku, llamp’u kaqkunata profetizanku, manchakusqankuta thañichinankupaq, rikch’arichisqa conciencia-ta upallachinankupaq. Ichaqa achka runakunaqa mana munankuchu runakunapa sapa autoridadnillanwan kusikuyta, astawan sut’i ‘Kayhinan Señor nin’ nisqanta mañakuspa, chaymi llaqta gustasqa ministerioqa, ñawpaq fariseokuna hina, autoridadninku tapusqa kasqanrayku phiñasqa hunt’asqa, mensajetaqa Satanaspa kasqanta sutichanqaku, huchata munakuq achka llaqtakunata hatarichispa saqranakuyta, qatiykachayta ima, chayta willakuqkunapa contra.” The Great Controversy, 606.</w:t>
      </w:r>
    </w:p>
    <w:p>
      <w:pPr>
        <w:pStyle w:val="ArticleBody"/>
        <w:jc w:val="left"/>
      </w:pPr>
      <w:r>
        <w:rPr>
          <w:rFonts w:ascii="Times New Roman" w:hAnsi="Times New Roman" w:eastAsia="Times New Roman" w:cs="Times New Roman"/>
        </w:rPr>
        <w:t>Nazaret llaqta pobre barriokunamanta qallpachakuq simikunaqa chayarqan Isaias qillqap iskay chunka qanchisniyuq kapitulupi “rimanakuyman”.</w:t>
      </w:r>
    </w:p>
    <w:p>
      <w:pPr>
        <w:pStyle w:val="ArticleScripture"/>
        <w:jc w:val="left"/>
      </w:pPr>
      <w:r>
        <w:rPr>
          <w:rFonts w:ascii="Times New Roman" w:hAnsi="Times New Roman" w:eastAsia="Times New Roman" w:cs="Times New Roman"/>
        </w:rPr>
        <w:t>Tupuywan hinallataq, wiñariqtin rimanakuytaq chaywan; paymi sinchi wayranta hark’an inti lloqsimuy wayra p’unchawpi. Isaías 27:8.</w:t>
      </w:r>
    </w:p>
    <w:p>
      <w:pPr>
        <w:pStyle w:val="ArticleBody"/>
        <w:jc w:val="left"/>
      </w:pPr>
      <w:r>
        <w:rPr>
          <w:rFonts w:ascii="Times New Roman" w:hAnsi="Times New Roman" w:eastAsia="Times New Roman" w:cs="Times New Roman"/>
        </w:rPr>
        <w:t>Islam nisq’amanta “inti lluqsimu wayra”, “kimsa kaq llaqikuy” hina rikuchisqa, hinallataq “nacionkunapa piñakuynin” nisqapas, 9/11 p’unchawpi kacharirqan, chaylla ratomantaq hark’asqa karqan.</w:t>
      </w:r>
    </w:p>
    <w:p>
      <w:pPr>
        <w:pStyle w:val="ArticleScripture"/>
        <w:jc w:val="left"/>
      </w:pPr>
      <w:r>
        <w:rPr>
          <w:rFonts w:ascii="Times New Roman" w:hAnsi="Times New Roman" w:eastAsia="Times New Roman" w:cs="Times New Roman"/>
        </w:rPr>
        <w:t>“Chay pachaspi, qespichiy llamk’ay tukukuyman chayaykaptin, allpapi ñak’ariy hamunqa, nacionkunapas phiñakunqaku, ichaqa hark’asqa kachkanqaku iskay ñiqin angelpa llamk’ayninta ama hark’anankupaq. Chay pachasmi ‘qhipa para’, utaq Señorpa qayllanmanta musuqchakuq samay, hamunqa, kinsa ñiqin angelpa sinchi qapariyninta atiyniyuqyachinampaq, hinallataq santoskunata wakichinampaq qanchis qhipa unquy plagas jich’asqa kanankupachapi sayarinankupaq.” Early Writings, 85.</w:t>
      </w:r>
    </w:p>
    <w:p>
      <w:pPr>
        <w:pStyle w:val="ArticleBody"/>
        <w:jc w:val="left"/>
      </w:pPr>
      <w:r>
        <w:rPr>
          <w:rFonts w:ascii="Times New Roman" w:hAnsi="Times New Roman" w:eastAsia="Times New Roman" w:cs="Times New Roman"/>
        </w:rPr>
        <w:t>Moisés, Ellen White, A. T. Jones y E. J. Waggonerqa chaymantapas 9/11 nisqapi sayarirqanku Habacuc qelqapa iskay kaq kapitulumanta qhawariqkuna hina, paykuna tapurqanku imatataq ninqaku Isaiaspa “rimanakuynin” ukhupi, inti lloqsimuymanta wayra chayamusqanmanta qallariqpi. Isaiasqa ninmi chay “rimanakuy” kasqanta Diospa llaqtanpa huchankunata pichaq.</w:t>
      </w:r>
    </w:p>
    <w:p>
      <w:pPr>
        <w:pStyle w:val="ArticleScripture"/>
        <w:jc w:val="left"/>
      </w:pPr>
      <w:r>
        <w:rPr>
          <w:rFonts w:ascii="Times New Roman" w:hAnsi="Times New Roman" w:eastAsia="Times New Roman" w:cs="Times New Roman"/>
        </w:rPr>
        <w:t>Tupuyman hina, wiñariqtinqa, qamqa paywan rimanakunkichikmi; llaqsan wayranta hark’an inti lluqsimuq wayra p’unchawpi. Chayraykun Jacobpa huchan pampachasqa kanqa; kaymi llapan rurun huchanta chinkachinapaq: altarpa llapan ruminkunata ruraspa t’ipisqa isku rumikunaman hina, sach’a yupaychana cheqakunapas, siq’ikuna yupaychasqapas manan sayarinqachu. Isaías 27:8, 9.</w:t>
      </w:r>
    </w:p>
    <w:p>
      <w:pPr>
        <w:pStyle w:val="ArticleBody"/>
        <w:jc w:val="left"/>
      </w:pPr>
      <w:r>
        <w:rPr>
          <w:rFonts w:ascii="Times New Roman" w:hAnsi="Times New Roman" w:eastAsia="Times New Roman" w:cs="Times New Roman"/>
        </w:rPr>
        <w:t>“riman qhipa parachamanta” debateqa 9/11-pi tupusqa kasqanmantam, Islam cacharisqa hinaspa chaymanta hark’asqa kasqanpi, Jacobpa huchankuna chinkachisqa kan imayna kasqanmanta; chayhinaqa Jacobta Israelman tikrachin. Bibliapi Jacobmanta, pactopa rantin runamanta, Israelman tikrayqa 1856 watata reqsichin, maypichus Filadelfia sutiyuq Millerita kuyuriynin Laodicea sutiyuq Millerita kuyuriyman tukurqan, hinaspa qanchis wata qhipaman Laodicea sutiyuq Qanchis Punchaw Adventista iglesiaman tukunanpaq. Chay tikrayqa Millerita historiapi huk waymarkta reqsichin pachak tawa chunka tawa waranqa runakunapa historiapi, maypichus pachak tawa chunka tawa waranqakunapa Laodicea kuyuriynin Filadelfia kuyuriyninman tikran. Chay tikray puntum Jacob, “qichuq” niqninmanta, Israelman, “atipaq” niqninman tikrasqanmi.</w:t>
      </w:r>
    </w:p>
    <w:p>
      <w:pPr>
        <w:pStyle w:val="ArticleBody"/>
        <w:jc w:val="left"/>
      </w:pPr>
      <w:r>
        <w:rPr>
          <w:rFonts w:ascii="Times New Roman" w:hAnsi="Times New Roman" w:eastAsia="Times New Roman" w:cs="Times New Roman"/>
        </w:rPr>
        <w:t>Chay “rimanakuy”qa Jacobpa huchankunata pichan, hinaspataq payqa Israel, atipaqman tukupun. Israel hina rikuchisqakunaqa Atipanku Simipa Yawarninwan, hinallataq testimoniomanta siminwan.</w:t>
      </w:r>
    </w:p>
    <w:p>
      <w:pPr>
        <w:pStyle w:val="ArticleScripture"/>
        <w:jc w:val="left"/>
      </w:pPr>
      <w:r>
        <w:rPr>
          <w:rFonts w:ascii="Times New Roman" w:hAnsi="Times New Roman" w:eastAsia="Times New Roman" w:cs="Times New Roman"/>
        </w:rPr>
        <w:t>Payta atiparqanku Corderopa yawarninrayku, hinaspa testimoniunko rimayninrayku; mana munakurqankuchu kawsayninkuta wañuykama. Apocalipsis 12:11.</w:t>
      </w:r>
    </w:p>
    <w:p>
      <w:pPr>
        <w:pStyle w:val="ArticleBody"/>
        <w:jc w:val="left"/>
      </w:pPr>
      <w:r>
        <w:rPr>
          <w:rFonts w:ascii="Times New Roman" w:hAnsi="Times New Roman" w:eastAsia="Times New Roman" w:cs="Times New Roman"/>
        </w:rPr>
        <w:t>«Qankunaq willakuyninkupa simin» chaymi Habacucpa rikchaq wawaq maqanakunata yachayta munarqan. Chayqa qhawaqninchikpaq sapaqchasqa kayninta, hinaspa Corderopa yawarninta, paykunaq chaninchasqa kayninta, rikuchin.</w:t>
      </w:r>
    </w:p>
    <w:p>
      <w:pPr>
        <w:pStyle w:val="ArticleScripture"/>
        <w:jc w:val="left"/>
      </w:pPr>
      <w:r>
        <w:rPr>
          <w:rFonts w:ascii="Times New Roman" w:hAnsi="Times New Roman" w:eastAsia="Times New Roman" w:cs="Times New Roman"/>
        </w:rPr>
        <w:t>Ñuqaqa ricchakuyniypi sayasaq, torre patapipas churakusaq; qhawasaq imatachus pay niwananta, imaynatachus kutichisaq huchachisqa kaptin. Habacuc 2:1.</w:t>
      </w:r>
    </w:p>
    <w:p>
      <w:pPr>
        <w:pStyle w:val="ArticleBody"/>
        <w:jc w:val="left"/>
      </w:pPr>
      <w:r>
        <w:rPr>
          <w:rFonts w:ascii="Times New Roman" w:hAnsi="Times New Roman" w:eastAsia="Times New Roman" w:cs="Times New Roman"/>
        </w:rPr>
        <w:t>“Reproved” nisqa simiqa “rimanakuywan k’amiy” ninmi, chaymi Isaiaspa “rimanakuy” nisqanta rikuchin, mayqenmi Jacobpa huchankunata qichun. Habacucpi ricchariqqa yachayta munan imatachus testimoniun kananpaq, hinaspataq willakuyta chaskin: Habacucpa tablankunaqa chay willakuy kasqanta, mayqenkunachus ñawiriyta munanku chaykunaq Escrituras nisqakunata purispa, iñiypi chaninchasqa kaypa willakuyninta tariyninpaq. Habacuc iskayqa sut’ita rikuchin ricchariqta, ñawpaq tawa versiculokunaq tukukuyninpi, iñiypi chaninchasqa kaqkunaq clasepi kasqanta.</w:t>
      </w:r>
    </w:p>
    <w:p>
      <w:pPr>
        <w:pStyle w:val="ArticleScripture"/>
        <w:jc w:val="left"/>
      </w:pPr>
      <w:r>
        <w:rPr>
          <w:rFonts w:ascii="Times New Roman" w:hAnsi="Times New Roman" w:eastAsia="Times New Roman" w:cs="Times New Roman"/>
        </w:rPr>
        <w:t>Qhawariy, paypa hatunchasqa alman manam cheqanchu paypi kachkan: ichaqa chanin runaqa kawsanqa iñiyninwan. Habakkuk 2:4.</w:t>
      </w:r>
    </w:p>
    <w:p>
      <w:pPr>
        <w:pStyle w:val="ArticleBody"/>
        <w:jc w:val="left"/>
      </w:pPr>
      <w:r>
        <w:rPr>
          <w:rFonts w:ascii="Times New Roman" w:hAnsi="Times New Roman" w:eastAsia="Times New Roman" w:cs="Times New Roman"/>
        </w:rPr>
        <w:t>Chay ishkay tablapi qillqasqa willakuyqa Jeremíaspa ñawpaq ñankunanmi. Ichaqa Jeremíaspa ricchachiqnin corneta waqachiptin, alma­nku oqarisqa kachkan chay rebeldekunapa ayllunqa uyariyta mana munarqankuchu. Paykunaqa ñawpaq versículopi kikin ayllum kanku, ñawpaq ñankunapi puriyta mana munaspa, samayta chaymanta kallpachakuyta tarinankupaq.</w:t>
      </w:r>
    </w:p>
    <w:p>
      <w:pPr>
        <w:pStyle w:val="ArticleScripture"/>
        <w:jc w:val="left"/>
      </w:pPr>
      <w:r>
        <w:rPr>
          <w:rFonts w:ascii="Times New Roman" w:hAnsi="Times New Roman" w:eastAsia="Times New Roman" w:cs="Times New Roman"/>
        </w:rPr>
        <w:t>Kaymi nin Señor: Ñankunapi sayaychis, qhawariychis, hinaspa tapuychis ñawpaq ñankunamanta, maypichus allin ñan kasqa; chaypi puriychis, hinaspa almaykichispaq samayta tariychis. Ichaqa paykuna nirqanku: Manam chaypi purisunchischu. Chaymantapas qankunapaq ricchakuqkunata churarqani, nispa: Trompetapa unquyninta uyariychis. Ichaqa paykuna nirqanku: Manam uyarisunchischu. Jeremías 6:16, 17.</w:t>
      </w:r>
    </w:p>
    <w:p>
      <w:pPr>
        <w:pStyle w:val="ArticleBody"/>
        <w:jc w:val="left"/>
      </w:pPr>
      <w:r>
        <w:rPr>
          <w:rFonts w:ascii="Times New Roman" w:hAnsi="Times New Roman" w:eastAsia="Times New Roman" w:cs="Times New Roman"/>
        </w:rPr>
        <w:t>Diospa llaqtanman churakusqa qhawariqkuna 9/11 p’unchaypi karqanku Moisés, Elena White, Jones, hinallataq Waggoner; chayta rikuchirqan Moiséspa taksa-taksa rimayninwan, mayqinchus rikuchisqa karqan Egipto simipi rimayta manchakusqanwan, chay simita tawa chunka watakuna mana hayk’aqpas llamk’achisqanrayku. Moiséswan Puka Qochata chimpaspa hamuq hebreokunaman llapanman, hinallataq chaqrusqa achka runakunaman, Moisésqa huk qhapaq runa karqan huk llaqtayoq rimayniyuq. Paypa rimayninqa nazareno rimaymi karqan. Pedroqpa rimayninpas sut’inchasqa karqan.</w:t>
      </w:r>
    </w:p>
    <w:p>
      <w:pPr>
        <w:pStyle w:val="ArticleScripture"/>
        <w:jc w:val="left"/>
      </w:pPr>
      <w:r>
        <w:rPr>
          <w:rFonts w:ascii="Times New Roman" w:hAnsi="Times New Roman" w:eastAsia="Times New Roman" w:cs="Times New Roman"/>
        </w:rPr>
        <w:t>Huk ratomantataq, qayllanpi sayaqkunam Pedrota nirqanku: Cheqaqmi qampas paykunamanta hukniyki kanki; rimayniykim sut’inta riqsichisunki. Mateo 26:73.</w:t>
      </w:r>
    </w:p>
    <w:p>
      <w:pPr>
        <w:pStyle w:val="ArticleBody"/>
        <w:jc w:val="left"/>
      </w:pPr>
      <w:r>
        <w:rPr>
          <w:rFonts w:ascii="Times New Roman" w:hAnsi="Times New Roman" w:eastAsia="Times New Roman" w:cs="Times New Roman"/>
        </w:rPr>
        <w:t>Pedroq historianta rimanakusqanpi, kimsa kuti llullakurqan, hinaspataq rimanakusqanpi reqsichisqa karqan rimayninrayku, icha simin watasqa hina kasqanrayku. Huk t’aqaqa chay rimanakusqanpi Diosta tapurqan: “imataq ñoqa nisay chay rimanakusqanpi.” Paykunaqa ñawpaq ñankunata “rikunku”, hinaspataq waqra waqachiqpa qapariyninta “uyarinku.” Rikunku hinaspa uyarinku, hinaspataq tukukuyninpi “rimanakunku” chayqa atipanku. Qhepa p’unchaykunapi atipanapaq willakuyqa Laodicea willakuy hinam sut’inchasqa kashan. Laodicea iglesiamanta hukniraymi, Filadelfia iglesiaqa mana ima huchachayniyoqchu.</w:t>
      </w:r>
    </w:p>
    <w:p>
      <w:pPr>
        <w:pStyle w:val="ArticleScripture"/>
        <w:jc w:val="left"/>
      </w:pPr>
      <w:r>
        <w:rPr>
          <w:rFonts w:ascii="Times New Roman" w:hAnsi="Times New Roman" w:eastAsia="Times New Roman" w:cs="Times New Roman"/>
        </w:rPr>
        <w:t>Atipaqkunata atipaqtaqa Diosniypa templonpi huk pilarta rurasaq, payqa manañam hayk’aqpas lluqsinqachu; paypa hawanpitaq qillqasqayá Diosniypa sutinta, Diosniypa llaqtanpa sutintawan, chay musuq Jerusalén sutiyuqta, mayqinchus Diosniymanta hanaq pachamanta uraykamun; hinallataq paypa hawanpi qillqasqayá musuq sutiytapas. Rinriyuq kaqqa uyariychun Espíritu imatachus iglesiakunaman nin chayta. Apocalipsis 3:12, 13.</w:t>
      </w:r>
    </w:p>
    <w:p>
      <w:pPr>
        <w:pStyle w:val="ArticleBody"/>
        <w:jc w:val="left"/>
      </w:pPr>
      <w:r>
        <w:rPr>
          <w:rFonts w:ascii="Times New Roman" w:hAnsi="Times New Roman" w:eastAsia="Times New Roman" w:cs="Times New Roman"/>
        </w:rPr>
        <w:t>Mana juchachasqa kashaqtinpas, Filadelfiaman qispichisqa simiqa “atipaqkunallapaqmi” kan. Filadelfia iglesiaqa Laodicea iglesiawan tupachisqa kashan, chaymantaqa ishkay laya runakunawan sut’inchasqa kashan: huk laya atinanpaq kasqankuna, huk layañataq atipaqña kasqankuna. Filadelfia iglesiaqa Laodicea iglesiwan tupachisqa kashan, Laodicea iglesiataq Mateo 25 nisqapi mana yuyaysapa sipaskunam kanku.</w:t>
      </w:r>
    </w:p>
    <w:p>
      <w:pPr>
        <w:pStyle w:val="ArticleScripture"/>
        <w:jc w:val="left"/>
      </w:pPr>
      <w:r>
        <w:rPr>
          <w:rFonts w:ascii="Times New Roman" w:hAnsi="Times New Roman" w:eastAsia="Times New Roman" w:cs="Times New Roman"/>
        </w:rPr>
        <w:t>“Iglesiapa kasqan, mana yuyayniyuq sipaskunawan rikuchisqa kaqninqa, Laodicea kasqanmanta hina rimarisqallataqmi.” Review and Herald, August 19, 1890.</w:t>
      </w:r>
    </w:p>
    <w:p>
      <w:pPr>
        <w:pStyle w:val="ArticleBody"/>
        <w:jc w:val="left"/>
      </w:pPr>
      <w:r>
        <w:rPr>
          <w:rFonts w:ascii="Times New Roman" w:hAnsi="Times New Roman" w:eastAsia="Times New Roman" w:cs="Times New Roman"/>
        </w:rPr>
        <w:t>9/11 nisqapi, iskay Torre Gemela nisqakuna urmaykuptin angel uraykamusqan pachapi, Joneswan Waggonerwan Laodicea willakuyta qallarirqanku, hinaspataq qhipa paraq rimanakuy qallarirqan. Jeremíaspa trompetan willakuyninqa qanchis kaq trompetam, chaymi kinsa kaq ay aylla, chaymi Islam, ñawpa ñankunapi reqsisqa, cheqaq kaykunawan rikuchisqa, LLAPA cheqaq kaykunawan, Habacucpa 1843 hinallataq 1850 watakunapa tablankunapi rikuchisqa. Laodicea willakuyninqa qespichikuypaq sapa suyayllam, hinaspa “qespichikuy” nisqa simi hampiyta nin. Cristo pay kikinta Laodicea runapa sonqon punkupi takaq hina rikuchikuspanpas, utaq Laodicea runata nispa, paywan allinyakuyta ruwaptin, paypas paywan allinyakunqa nispa prometespanpas, Laodicea qanchis p’unchay sábado waqaychaq Adventista runamanqa hampiy willakuyllam qusqa kachkan.</w:t>
      </w:r>
    </w:p>
    <w:p>
      <w:pPr>
        <w:pStyle w:val="ArticleHeading"/>
        <w:jc w:val="left"/>
      </w:pPr>
      <w:r>
        <w:rPr>
          <w:rFonts w:ascii="Arial" w:hAnsi="Arial" w:eastAsia="Arial" w:cs="Arial"/>
        </w:rPr>
        <w:t>Tawaq Mesiániku Naniypa Señalninmi Laodiceaman qelqasqa willakuy, 9/11 nisqapa.</w:t>
      </w:r>
    </w:p>
    <w:p>
      <w:pPr>
        <w:pStyle w:val="ArticleScripture"/>
        <w:jc w:val="left"/>
      </w:pPr>
      <w:r>
        <w:rPr>
          <w:rFonts w:ascii="Times New Roman" w:hAnsi="Times New Roman" w:eastAsia="Times New Roman" w:cs="Times New Roman"/>
        </w:rPr>
        <w:t>Chaymi hunt’asqa kananpaqmi, Isaias willakuq rimarisqanman hina: Pay kikinmi ñoqanchikpa onqoykunata apakurqan, unquyninchikkunatataq aparqan. Mateo 8:17.</w:t>
      </w:r>
    </w:p>
    <w:p>
      <w:pPr>
        <w:pStyle w:val="ArticleHeading"/>
        <w:jc w:val="left"/>
      </w:pPr>
      <w:r>
        <w:rPr>
          <w:rFonts w:ascii="Arial" w:hAnsi="Arial" w:eastAsia="Arial" w:cs="Arial"/>
        </w:rPr>
        <w:t>Willakuy qhipaqmanta rimana</w:t>
      </w:r>
    </w:p>
    <w:p>
      <w:pPr>
        <w:pStyle w:val="ArticleScripture"/>
        <w:jc w:val="left"/>
      </w:pPr>
      <w:r>
        <w:rPr>
          <w:rFonts w:ascii="Times New Roman" w:hAnsi="Times New Roman" w:eastAsia="Times New Roman" w:cs="Times New Roman"/>
        </w:rPr>
        <w:t>Cheqaqmi payqa ñak'ariyninchiskunata aparqa, llakikuyninchiskunatapas apakapurqa; ichaqa ñoqanchikqa paytaqa yuyarqanchik Diospa maqasqa, waktasqa, ñak'arichisqa kasqanta. Isaías 53:4.</w:t>
      </w:r>
    </w:p>
    <w:p>
      <w:pPr>
        <w:pStyle w:val="ArticleScripture"/>
        <w:jc w:val="left"/>
      </w:pPr>
      <w:r>
        <w:rPr>
          <w:rFonts w:ascii="Times New Roman" w:hAnsi="Times New Roman" w:eastAsia="Times New Roman" w:cs="Times New Roman"/>
        </w:rPr>
        <w:t>Laodiceapi iglesiapi angelninman qelqay: Kaykunatan nin Amén nisqaqa, cheqaq testigo, fiel nisqapas, Diospa kamasqanpa qallariyninmi: Ruwasqaykikunatan reqsini, mana chiriqchu kanki, nitaq ruphaqchu: munaymanmi chiriq utaq ruphaq kayman. Chayrayku qañi-qañilla kasqaykirayku, mana chiriqchu nitaq ruphaqchu kasqaykirayku, simiymantan wikch’uykusqayki.</w:t>
      </w:r>
    </w:p>
    <w:p>
      <w:pPr>
        <w:pStyle w:val="ArticleScripture"/>
        <w:jc w:val="left"/>
      </w:pPr>
      <w:r>
        <w:rPr>
          <w:rFonts w:ascii="Times New Roman" w:hAnsi="Times New Roman" w:eastAsia="Times New Roman" w:cs="Times New Roman"/>
        </w:rPr>
        <w:t>Imaraykitaqmi: Ñuqaqa qhapaqmi kani, imaymanapim miraykusqa kani, mana imapas pisiwachkanchu; ichaqa mana yachankichu qamqa llaqllasqa, kuyapayakuypaq, wakcha, ñawsa, q’ala kanki:</w:t>
      </w:r>
    </w:p>
    <w:p>
      <w:pPr>
        <w:pStyle w:val="ArticleScripture"/>
        <w:jc w:val="left"/>
      </w:pPr>
      <w:r>
        <w:rPr>
          <w:rFonts w:ascii="Times New Roman" w:hAnsi="Times New Roman" w:eastAsia="Times New Roman" w:cs="Times New Roman"/>
        </w:rPr>
        <w:t>Qanmanmi yuyaychayki: ñuqamanta rantinaykipaq ninapi suysusqa quri, qapaq kananaykipaq; hinaspa yuraq p’achata, p’achallisqa kananaykipaq, mana q’alala kayniykipa p’enqaynin rikurinanpaq; hinaspa ñawiykikunata llamp’u hampiwan hawinaykipaq, rikanaykipaq.</w:t>
      </w:r>
    </w:p>
    <w:p>
      <w:pPr>
        <w:pStyle w:val="ArticleScripture"/>
        <w:jc w:val="left"/>
      </w:pPr>
      <w:r>
        <w:rPr>
          <w:rFonts w:ascii="Times New Roman" w:hAnsi="Times New Roman" w:eastAsia="Times New Roman" w:cs="Times New Roman"/>
        </w:rPr>
        <w:t>Khuyayta munasqaykunataqa qhawarini hinaspa muchuchini: chayrayku kallpachakuy, huchaykita saqey, wanakuy. Qhawariy, punkupa punkunpi sayaspa takakusani: pipas rimariyniyta uyarispan punkuta kicharinqa chayqa payman yaykuspa paywan mikhusaq, paypas noqawan. Atipaqmanqa qosaq noqawan tiyayta tronuypi, imaynan noqapas atiparqani hinaspa Yayaywan paypa trununpi tiyaykuchkani hina. Rinriyoq kaqqa uyariychun Imayna Espiritu iglesiakunaman nin chayta. Apocalipsis 3:14–22.</w:t>
      </w:r>
    </w:p>
    <w:p>
      <w:pPr>
        <w:pStyle w:val="ArticleBody"/>
        <w:jc w:val="left"/>
      </w:pPr>
      <w:r>
        <w:rPr>
          <w:rFonts w:ascii="Times New Roman" w:hAnsi="Times New Roman" w:eastAsia="Times New Roman" w:cs="Times New Roman"/>
        </w:rPr>
        <w:t>Quriquta rantinapaq, yuraq p’achawan pachachikuyta, ñawikunataq llump’achiywan hawiyta nisqa yuyaychayqa, wiñay wañuyman tukukuq kasqapaq rimarisqa hampinmi, manam wañuyllapaqchu. Ima sasachakuykunatapas quri, p’acha, ñawita llump’achiq hampi alliyachinman chaykunataqa, chay sasachakuykuna aswan allinta tupanku Cristoq ñuqanchikpa onqoyninchikkunata apasqanwan. Juanqa Patmospi wisq’asqa karqa Diospa Siminrayku, Jesuspa willakuyninrayku ima, chaymi Profeciapa Espiritun. Profeciapa Espiritunqa Laodiceapaq hampinmi, hinaspapas Profeciapa Espiritunpa hampiq kallpankuna rikuchisqa karqan Cristo ñuqanchikpa onqoyninchikkunata apasqanwan, llakikuykunataq apaqtin.</w:t>
      </w:r>
    </w:p>
    <w:p>
      <w:pPr>
        <w:pStyle w:val="ArticleBody"/>
        <w:jc w:val="left"/>
      </w:pPr>
      <w:r>
        <w:rPr>
          <w:rFonts w:ascii="Times New Roman" w:hAnsi="Times New Roman" w:eastAsia="Times New Roman" w:cs="Times New Roman"/>
        </w:rPr>
        <w:t>Cristoqa ñoqanchikpa usuykunata apananpaq sapan ñanqa kan sonqonchikpa punkunta kicharispa, Paypa Dios kayninwan ñoqanchikpa runa kaynin hukllachasqa kananpaq saqeykuptinmi. Payqa ñoqanchikpa usuykunata apan, Santo Espíritu kasqanwan kawsayninchikman haykumuptin. Ñoqanchikqa punkuta kicharichkanchik hampi hunt’asqata churaspanchik. Sonqota kicharinan hampiqa qori, yurac p’achawan ñawi hampim. Ñawi hampiqa Diospa Siminpa k’anchayninmi, chayqa Santo Espíritu ruwasqanllawanmi hunt’akun. Bibliam ñawinchikpa chakintaq michiyninmi, ñanta k’anchachiq k’anchayqa Chawpi Tuta Qapariymanta k’anchaymi.</w:t>
      </w:r>
    </w:p>
    <w:p>
      <w:pPr>
        <w:pStyle w:val="ArticleScripture"/>
        <w:jc w:val="left"/>
      </w:pPr>
      <w:r>
        <w:rPr>
          <w:rFonts w:ascii="Times New Roman" w:hAnsi="Times New Roman" w:eastAsia="Times New Roman" w:cs="Times New Roman"/>
        </w:rPr>
        <w:t>Qan Simiykiqaqqa k’ancharichiqmi, ñanñiypaqpas achkayaymi. Salmos 119:105.</w:t>
      </w:r>
    </w:p>
    <w:p>
      <w:pPr>
        <w:pStyle w:val="ArticleBody"/>
        <w:jc w:val="left"/>
      </w:pPr>
      <w:r>
        <w:rPr>
          <w:rFonts w:ascii="Times New Roman" w:hAnsi="Times New Roman" w:eastAsia="Times New Roman" w:cs="Times New Roman"/>
        </w:rPr>
        <w:t>Maypachus Laodiceapi kaqkunata yachachinku ñawinkunata llipt’achinankupaq, chayta ruwananmi Diospa Siminwan, mayqinchus huk mechha hina; ichaqa chunka sipaskunapa rikch’ayninpi sut’ichasqa hina, huk mechhaqa mana imapaqpas valechu aceitemanta mana kaptinqa. Laodiceapi kaqkuna Bibliankuta charinku, aswanpas mana llapallanchu King James Version nisqapi, ichaqa mana charinkuchu Espíritu Santopa aceite-ninta. Laodiceapi ñawikunapa llipt’ayninqa hunt’akun huk willakuyniyoq mensajewan mayqinchus Espíritu Santopa qayllayninta apamun.</w:t>
      </w:r>
    </w:p>
    <w:p>
      <w:pPr>
        <w:pStyle w:val="ArticleBody"/>
        <w:jc w:val="left"/>
      </w:pPr>
      <w:r>
        <w:rPr>
          <w:rFonts w:ascii="Times New Roman" w:hAnsi="Times New Roman" w:eastAsia="Times New Roman" w:cs="Times New Roman"/>
        </w:rPr>
        <w:t>Quriqa qori, mayqan Laodicea runaman rantinanpaq yachachisqa, mana sapanpi iñiyllachu, aswanpas munaywan llamk’aq, hinaspa almanan pichaq iñiymi. Ñawi hampi hinallataq, qoriqa ayqamanta rurasqa llulla Laodicea willakuyniyuqmi. Laodicea runaqa, tukuy Cristo sutipi kaqkunahina, “iñiyniyuqmi” nispa willakun. Chay hina iñiyqa runa yuyaymanta cree-nakuyllam, hinaspa qoripi rikuchisqa iñiypa llulla rikch’ayninmi, imaraykuchus chay iñiyqa almata pichan. Chayqa santuyachiq iñiymi, hinallataq cheqaq santuyasqa iñiyniyuqkunaqa santuq kanku, imaraykuchus “santuyasqa” ninqa santu ruwasqa kaytam nin. Laodicea runakunaqa mana chay iñiyniyuqchu, imaraykuchus ceqaqtapuni chayta hap’iq kaptinkuqa, Cristoqa mana hawapi kanmanchu, yaykunanpaq maskhaspa.</w:t>
      </w:r>
    </w:p>
    <w:p>
      <w:pPr>
        <w:pStyle w:val="ArticleScripture"/>
        <w:jc w:val="left"/>
      </w:pPr>
      <w:r>
        <w:rPr>
          <w:rFonts w:ascii="Times New Roman" w:hAnsi="Times New Roman" w:eastAsia="Times New Roman" w:cs="Times New Roman"/>
        </w:rPr>
        <w:t>“Manam kanchu Paradisoman kutichisqa ñanqa mana kanchu. Kay qhipa p’unchaykunapaq runaman qusqasqa willakuyqa mana runapa yuyaychakusqanwan chaqrusqa kananpaqchu. Manam kay pachapi abogadokunapa yachayninmanqa qespichikunanchu. Ñuqanchikqa mañakuq, llamp’u sunqu runakuna kanan tiyan, mana Satanaspa rurasqanwan ñawsa kuyuchisqa hina ruraykuchu.</w:t>
      </w:r>
    </w:p>
    <w:p>
      <w:pPr>
        <w:pStyle w:val="ArticleScripture"/>
        <w:jc w:val="left"/>
      </w:pPr>
      <w:r>
        <w:rPr>
          <w:rFonts w:ascii="Times New Roman" w:hAnsi="Times New Roman" w:eastAsia="Times New Roman" w:cs="Times New Roman"/>
        </w:rPr>
        <w:t>“Achka runakunaqa iñiyniyuqmi kanku, ichaqa mana munakuyniywan llank’aq, nitaq almanuta pichaq iñiyniyuqchu. Qispichiq iñiyqa manam sut’i chiqaqta sapa yuyayllawan creeyllachu. ‘Supaykunapas iñinku, mancharinkutataq.’ Diospa Espiritunpa qispichisqan yachachiyqa runakunaman qun huk iñiyta, chay iñiyqa kallpachaq atiymi, chaymi rurayninkuta sayarichin, hinaspa runakunata pusamun aswan hanaqman, mana sapa formal ruraykunallamanqa. Simikuna, ruraykuna, espiritupas testigota apamunanmi kay chiqamanta: ñuqanchikqa Cristopa qatiqninmi kanchik.”</w:t>
      </w:r>
    </w:p>
    <w:p>
      <w:pPr>
        <w:pStyle w:val="ArticleScripture"/>
        <w:jc w:val="left"/>
      </w:pPr>
      <w:r>
        <w:rPr>
          <w:rFonts w:ascii="Times New Roman" w:hAnsi="Times New Roman" w:eastAsia="Times New Roman" w:cs="Times New Roman"/>
        </w:rPr>
        <w:t>“Diospa qowasqan hatun aswan achkiywan saminchaypas manan kay qhipa p’unchaykunapi huchaman urmaymanta, nitaq sapaqmanta kutirikuy mantapas waqaychakuqchu. Pikunatachus Diosqa hatun atinayniyuq confiakuy chiqankunaman hoqarqan, chaykunaqa hanaq pacha achkiyninmanta runa yachaymanmi kutiriyta atinku. Chaymanta achkiyninkuqa tutayman tukupunqa, Diospa makinkunaman churakusqan atiyninkupas huk toqllaman tukupunqa, kasukuyninkutaq Diospaq millay mana allinman. Diosqa manan asikuyta atinakuqchu. Paymanta karunchakuyqa karqanmi, hinallataq wiñaypaqmi kachkan mana pantasqa rurayninwan qatishqa. Diospa mana kusichisqan ruraykunata ruraspa, mana kallpawan wanakuspalla, mana saqespalla, chaykunata chaninchayta maskhayqa, mana allin ruwaqta llulla qochamanmi sapa puriyninpi pusasqa, achka huchakuna mana muchuywan rurasqa kanankama. Llapan pikunachus munanku huk kasukuyta hap’iyta, chay kasukuymi paykunata Dioswan kuska llamk’aqkuna kananpaq, hinallataq Diospa allin rimayninta chaskinanpaq, paykunaqa Diospa awqankunamanta rakisqa kananmi, hinaspataq Cristo Juanman qosqan cheqaq kayta waqaychananmi, paytaq kay pachaman qonampaq.” Manuscript Releases, volumen 18, 30–36.</w:t>
      </w:r>
    </w:p>
    <w:p>
      <w:pPr>
        <w:pStyle w:val="ArticleBody"/>
        <w:jc w:val="left"/>
      </w:pPr>
      <w:r>
        <w:rPr>
          <w:rFonts w:ascii="Times New Roman" w:hAnsi="Times New Roman" w:eastAsia="Times New Roman" w:cs="Times New Roman"/>
        </w:rPr>
        <w:t>Yuraq p’achaqa Cristopa chanin kayninmi.</w:t>
      </w:r>
    </w:p>
    <w:p>
      <w:pPr>
        <w:pStyle w:val="ArticleScripture"/>
        <w:jc w:val="left"/>
      </w:pPr>
      <w:r>
        <w:rPr>
          <w:rFonts w:ascii="Times New Roman" w:hAnsi="Times New Roman" w:eastAsia="Times New Roman" w:cs="Times New Roman"/>
        </w:rPr>
        <w:t>Kusikuywan hinaspa ancha kusikuywan, payta hatunchaspa yupaychasun; Corderopaq kasarakuy p’unchawnin chayaramunña, warminpas wakichikusqanñataq. Paymanmi qusqakuran allin linu tela p’achawan p’achakunanpaq, chuyaq hinaspa yuraq; chay allin linu telaqa santospa chanin kayninku. Hinaspan niwan, Qillqay: Samiyoqmi kanku Corderopaq kasarakuy mikhuyman waqyasukasqakuna. Hinaspan niwan, Kaykunaqa Diospa chiqap rimayninkunam. Apocalipsis 19:7–9.</w:t>
      </w:r>
    </w:p>
    <w:p>
      <w:pPr>
        <w:pStyle w:val="ArticleBody"/>
        <w:jc w:val="left"/>
      </w:pPr>
      <w:r>
        <w:rPr>
          <w:rFonts w:ascii="Times New Roman" w:hAnsi="Times New Roman" w:eastAsia="Times New Roman" w:cs="Times New Roman"/>
        </w:rPr>
        <w:t>Qhari warmiqa kimsay remedio Laodiceaman qusqamanta hap’ikuspanmi wakichikurqa; chhaynata ruwaspanqa, pay kikinmanta huk Filadelfia sutiyoq novia-man tukurqa. Chay versículokunaqa chiqapmi Adventismo-man rimashan, chaymi chunka virgenkunaq parábolapi rikuchisqa kachkan. Virgenkunaqa qayaqasqa kaspanku risaq suyakuna, casarakuyman rinaqkuna. Noviaqa kikinta wakichikurqa, imaraykuchus chayta Zacarías qhapaq 3 kaq capitulopi qusqan kachkarqa, Josuéwan angelwan kuska. Chaypim qhellichasqa Laodicea p’achanta qichuspa, yuraj lino casarakuq p’achawan tikrasqa karqa. Chay remedioqa iskay kaq testigotapas apamun Ellen Gould White sutipi. Ellen sutinqa k’anchayniyoq, lliphipiq k’anchay ninanmi, ñawipa hamp’inata rikuchin. Gouldqa machu inglés simipi qori ninanmi, chaymantataq qori nin. Whiteqa chanin kayta rikuchin, hinaspataq chay suti manam payman qusqachu 1846 watakama, Jameswan casarakusqan p’unchaykama. Chaymantaqa sutin White-man tukurqa. Suti tikraypas casarakuywan kuskaqa, iskayninmi convenio nisqapa simbolonkuna kanku. Casarakuy manaraq kaptinqa sutinqa Harmon karqa, chayqa thak kay soldado ninanmi, imaynachus chay pacha pay karqa hina. Ellen Whiteqa Laodicea willakuymi, payta mana chaskiyqa salvacionta mana chaskiywan kikinmi!</w:t>
      </w:r>
    </w:p>
    <w:p>
      <w:pPr>
        <w:pStyle w:val="ArticleBody"/>
        <w:jc w:val="left"/>
      </w:pPr>
      <w:r>
        <w:rPr>
          <w:rFonts w:ascii="Times New Roman" w:hAnsi="Times New Roman" w:eastAsia="Times New Roman" w:cs="Times New Roman"/>
        </w:rPr>
        <w:t>Qatiqnin hamuq qillqapiqa qhawayta riqsichisunchik, Mateo qillqapi kashaq chunka iskay Mesiyanik willakuykunata hamuq artikulopi.</w:t>
      </w:r>
    </w:p>
    <w:p>
      <w:pPr>
        <w:pStyle w:val="ArticleScripture"/>
        <w:jc w:val="left"/>
      </w:pPr>
      <w:r>
        <w:rPr>
          <w:rFonts w:ascii="Times New Roman" w:hAnsi="Times New Roman" w:eastAsia="Times New Roman" w:cs="Times New Roman"/>
        </w:rPr>
        <w:t>“Apocalipsis 3:14–18 nisqa qillqasqa.”</w:t>
      </w:r>
    </w:p>
    <w:p>
      <w:pPr>
        <w:pStyle w:val="ArticleScripture"/>
        <w:jc w:val="left"/>
      </w:pPr>
      <w:r>
        <w:rPr>
          <w:rFonts w:ascii="Times New Roman" w:hAnsi="Times New Roman" w:eastAsia="Times New Roman" w:cs="Times New Roman"/>
        </w:rPr>
        <w:t>“¡Ay, imayna willakuyqa! May askha runakuna kay manchaylla kasqapi kanku. Tukuy ministrokunata ancha mañakuni, Apocalipsis qillqap kimsa kaq kapitlonta allinta yachaykuspa qhawaychik, chaypiqa qhipa p’unchaykunapi imayna kawsaykuna kasqankumanta rikuchisqa kashan. Kay kapitlopi sapa versículota allinta yachaychik, kay simikunawanqa Jesúsmi qankunaman rimashasunki.”</w:t>
      </w:r>
    </w:p>
    <w:p>
      <w:pPr>
        <w:pStyle w:val="ArticleScripture"/>
        <w:jc w:val="left"/>
      </w:pPr>
      <w:r>
        <w:rPr>
          <w:rFonts w:ascii="Times New Roman" w:hAnsi="Times New Roman" w:eastAsia="Times New Roman" w:cs="Times New Roman"/>
        </w:rPr>
        <w:t>“Sichus huk llaqtapas Laodiceaman qillqasqa willakuywan rikuchisqa kanman chayqa, chayqa kanku hatun k’anchayta chaskiq runakuna, Qillqasqa Simiq rikuchikuyninta, mayqinkunatam Qanchis p’unchayniyuq Adventista runakuna chaskirqanku.” Manuscript Releases, volumen 18, 193.</w:t>
      </w:r>
    </w:p>
    <w:p>
      <w:pPr>
        <w:pStyle w:val="ArticleScripture"/>
        <w:jc w:val="left"/>
      </w:pPr>
      <w:r>
        <w:rPr>
          <w:rFonts w:ascii="Times New Roman" w:hAnsi="Times New Roman" w:eastAsia="Times New Roman" w:cs="Times New Roman"/>
        </w:rPr>
        <w:t>“Diospa chiqap kamachikuyninkunata waqaychaq runankunaqa kay pachaman rikuchinku mana qhelliyoq chanin kayta, kikinkupa puriyninkuwan testificaspanku Señorpa leyinqa hunt’asqa kasqanta, almanata kutirichiq kasqanta. Chay hinaqa Señor Jesús, Diospa Churin, Diospa leyinman kasukusqanrayku, chay leytam hatuncharqan, yupaychasqa kananpaqtaq rurarqan. Diosqa cheqaqtapuni huchacharinqa sapa huk miembrota sapa iglesiamanta Séptimo Día Adventista sutichakuqta, payta mana sirvispa, aswanqa hatun tukuyninwan, sapanpaq munakuyninwan, kay pachapa kaqkunata munasqanwan rikuchisqanrayku hanaq pacha paqarimuq cheqaq kaq mana reformaciónta ruwasqanta paypa characterninpi.”</w:t>
      </w:r>
    </w:p>
    <w:p>
      <w:pPr>
        <w:pStyle w:val="ArticleScripture"/>
        <w:jc w:val="left"/>
      </w:pPr>
      <w:r>
        <w:rPr>
          <w:rFonts w:ascii="Times New Roman" w:hAnsi="Times New Roman" w:eastAsia="Times New Roman" w:cs="Times New Roman"/>
        </w:rPr>
        <w:t>Ama hina sumaqta ñawiriy Apocalipsis 3:15–18 nisqata. Jesucristoq simin uyarikun. “Kuyasqaykunataqa llapanmanmi piñakuni, yachachinipuni ima llakiywanpas: chayrayku sonqoykichikta hap’iychis [mana kuska-sonqolla], hinaspa wanakuychis. Qhawariy, Ñoqa [Qispichiqniyki] punku punkupi sayani, hinaspa takakuni: pipas Simiyta uyarispa punkuta kicharimuwan chayqa, payman yaykusaq, paywan kuska mikusaq, paypas Ñoqawan. Atipaqmanqa qosqayki, Ñoqawan kamachikuy tiyanaypi tiyayta, imaynachus Ñoqapas atiparqani, hinaspa Taytaywan kuska Paypa kamachikuy tiyananpi tiyaykuni” [Apocalipsis 3:19–21].</w:t>
      </w:r>
    </w:p>
    <w:p>
      <w:pPr>
        <w:pStyle w:val="ArticleScripture"/>
        <w:jc w:val="left"/>
      </w:pPr>
      <w:r>
        <w:rPr>
          <w:rFonts w:ascii="Times New Roman" w:hAnsi="Times New Roman" w:eastAsia="Times New Roman" w:cs="Times New Roman"/>
        </w:rPr>
        <w:t>“Iglisakunaqa Laodiceamanta willakuyta uyarisunchu? Arrepentikunkuchu, icha, aswan allin qanchariq cheqam willakuy — kinsa kaq angilpa willakuynin — kay pachaman willakusqa kaptinpas, huchallapi purillankuchu? Kaymi qhipa khuyapayakuy willakuy, urmaq pachapaq qhipa amonestakuy. Sichus Diospa iglesian q’uñi-chiri tukukunman, mana ña Diospa ñawpaqninpi allin rikurisqachu, urmasqa kasqankuta sut’inchasqa iglesiakunahinataq, supaykunapa wasin, tukuy millay espiritupa waqaychanan, tukuy mana ch’uya cheqnisqa p’isaqpa jaulannintin tukusqa. Cheqaq kayta uyarinankupaq chaskinankupaqpas ocasiónniyuq karqanku, Seventh-day Adventist iglesiaman huñukuspa, Diospa kamachinkunata waqaychaq llaqtan sutichakuspapas, ichaqa mana aswan kallpayuqchu nitaq Diospaq sapaqchasqachu, sutillamanta iglesiakuna hina, chaykunaqa Diospa onqoyninkunata chaskinqaku, kikintaqmi, Diospa leyninta sayachiq iglesiakuna hina. Cheqaq kaynintaq santifikasqa kaqllam hanan pacha wasikunapi, Cristo munakuqninman hinaspa kamachinkunata waqaychaqkunaman wakichiq risqanpi, reypa ayllunta hunt’achinqaku.”</w:t>
      </w:r>
    </w:p>
    <w:p>
      <w:pPr>
        <w:pStyle w:val="ArticleScripture"/>
        <w:jc w:val="left"/>
      </w:pPr>
      <w:r>
        <w:rPr>
          <w:rFonts w:ascii="Times New Roman" w:hAnsi="Times New Roman" w:eastAsia="Times New Roman" w:cs="Times New Roman"/>
        </w:rPr>
        <w:t>“‘Payta niwanchikmi riksini, nispa nin, ichaqa manam Kamachikuyninkunata waqaychanchu, llullaqmi, cheqaq kaypas manam paypi kanchu’ [1 Juan 2:4]. Kayqa llapan paykunata hap’iqmi, Diosmanta yachayniyoq kasqankuta nispa, Kamachikuyninkunatapas waqaychasqankuta nispa, ichaqa allin ruwaykunawan mana rikuchiqkunata. Paykunaqa ruwasqankuman hina chaskinqaku. ‘Pipas Paypi qhipakuqqa manam huchallikunchu; pipas huchallikuqqa manam Payta rikurqachu, nitaq reqsirqachu’ [1 Juan 3:6]. Kayqa llapan iglesiapi kaqkunamanmi rimashan, qanchis p’unchay Adventista iglesiakunapi kaqkunatapas yupaychaspa. ‘Wawaykuna huch’uykuna, ama pipas qankunata pantachichunchu: pichus chanin kayta ruwaqqa chaninmi, Pay chanin kasqan hina. Pichus huchata ruwaqqa supaymantaqmi; supayqa qallariymantapachan huchallikun. Chayraykun Diospa Churinqa rikuchisqa karqan, supaypa ruwasqankunata tukuchinanpaq. Pipas Diosmanta paqarisqa kaqqa manam huchata ruwaqchu; imaraykuchus Muruynin paypi qhiparin; manataqmi huchallikuyta atinchu, Diosmanta paqarisqa kasqanrayku. Kaypin Diospa wawankuna, supaypa wawankunapas rikuchikunku: pichus mana chanin kayta ruwaqqa manam Diosmantachu, nitaq wawqinta mana munakuqpas’ [1 Juan 3:7–10].”</w:t>
      </w:r>
    </w:p>
    <w:p>
      <w:pPr>
        <w:pStyle w:val="ArticleScripture"/>
        <w:jc w:val="left"/>
      </w:pPr>
      <w:r>
        <w:rPr>
          <w:rFonts w:ascii="Times New Roman" w:hAnsi="Times New Roman" w:eastAsia="Times New Roman" w:cs="Times New Roman"/>
        </w:rPr>
        <w:t>“Llapa runakuna, sábado p’unchayta waqaychaq adventistakuna kasqankuta nispa, ichaqa huchallapi hinalla puriqkunaqa, Diospa ñawpaqenpi llullaqkuna kanku. Huchasapa puriyninkuqa Diospa llamkayninta hark’an. Hukkunatapas huchaman pusachkanku. Diosmanta simi hamun iglesiaykuq sapa huk miembronman: ‘Chakikikunapaq chiqan ñankunata ruwakuychis, ama wisq’u kaq ñanmanta lluqsichisqa kananpaq; aswanpas hampisqa kachun. Llapa runakunawan thak kayta qatiychis, hinallataq santu kayta, chay mana kaqtinqa mana pipas Señor-ta rikunqachu: allinta qhawarispa, ama pipas Diospa gracianta qichakuchunpaq; ama hayk’aqpas ayaq millay saphi wiñarispa qankunata turbachunpaq, chaywan achkha runakuna qhellichasqa kananpaq; ama hayk’aqpas waqllikuq, utaq profano runa, Esaú hina, huk mikhunallapaq paqarisqan derecho-ninta rantikuchunpaq. Yachankichismi imayna qhepaman, bendicionta herenciata hina chaskiyta munaspa, wischunakusqa karqan; arrepentikuypaq mana maytapas tarirqanchu, waqaspapas ancha mask’aspa’ [Hebreos 12:13–17].”</w:t>
      </w:r>
    </w:p>
    <w:p>
      <w:pPr>
        <w:pStyle w:val="ArticleScripture"/>
        <w:jc w:val="left"/>
      </w:pPr>
      <w:r>
        <w:rPr>
          <w:rFonts w:ascii="Times New Roman" w:hAnsi="Times New Roman" w:eastAsia="Times New Roman" w:cs="Times New Roman"/>
        </w:rPr>
        <w:t>“Kayqaqqa allinmi achka runakunapaq, paykunaqa ninku cheqaqta creenankuta. Munayninkumanta hucha ruraykunata mana saqespaqa, Satanaspa llullachiq yachachisqan q’ewi rimayninwan pantasqa yachachiy ñanpi purinku. Huchaqa manam reqsichikunchu huchaqa hina. Kikin yuyayninkupas qhellichasqanmi, sonqonkupas ismusqanmi, hasta yuyaykunaqa sapa kuti ismusqanllam kanku. Satanasqa paykunata llamk’achin aychan hina, almaskunata qhellichiq ruraykunaman pusananpaq, chaykunaqa tukuy kayninchikta qhellichin. ‘Pipis Moisespa ley nirqanta pisipaqchaspa [chayqa Diospa leyninmi karqa] iskay otaq kimsa testigokunapaq ñawpaqninpi mana khuyakuyniyoq wañurqa: ¿Hayk’aqta aswan sasa muchuyman hinataq yupaychasqa kanqa, piqaqa Diospa Churinta chakip uranman saruspa, santoyachisqa kasqan pactopa yawarninta mana llimp’i kaqta hina yupaychaspa, graciapa Espiritunta p’iñachisqa? Yachanchikmi pichus nirqan: Venganzayqa Ñoqapam, kutichisqaytaqmi, nin Señor. Hukmantaq: Señorqa llaqtanta juzganqa. Manchaymi kawsayniyoq Diospa makinkunaman urmayqa’ [Hebreos 10:28–31].” Manuscript Releases, tomo 19, 175–177.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 hinallata Laodicea llaqtapi qhipa p’unchawkuna Adventista Iglesiamanta - Yupa iskay chunka pusaqniyuq</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