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Qillqapawanmi Laodiceapi Qanchis Punchaw Adventista Iglesiapiwan - Kimsa Chunka Tawañiqin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Yupay Kinsa Chunka Tawa</w:t>
      </w:r>
    </w:p>
    <w:p>
      <w:pPr>
        <w:pStyle w:val="ArticleBody"/>
        <w:jc w:val="left"/>
      </w:pPr>
      <w:r>
        <w:rPr>
          <w:rFonts w:ascii="Times New Roman" w:hAnsi="Times New Roman" w:eastAsia="Times New Roman" w:cs="Times New Roman"/>
        </w:rPr>
        <w:t>Ch’inpiqpiqpi kaqpi huk kunan kasunanpaq, ch’inpiqpiqmi kanan. 2023 watapa julio killapi, huk kunan qallarikurqan uyariykuyta, chaypi reqsichispa Judá ayllumanta Leónmi hina kachkarqanmi Kikinpa qhawayninta kicharispa, imaynachus Apocalipsis libroq ñawpaq kaq capítulo hukpi churakusqa kasqanman hina. Sábado p’unchaypi, julio 18, 2020 watapi, llakikuy qallariqmi Apocalipsis chunka hukniyuqpi kimsa p’unchay chawpin p’unchaykunata, chaymi tukurqan sábado p’unchaypi, diciembre 30, 2023 watapi. Chay sábado p’unchaypi, julio 2020 watamanta kayman, Future for America huk kutitaqmi llapa runakunapaq rimarqan Zoom huñunakuypi.</w:t>
      </w:r>
    </w:p>
    <w:p>
      <w:pPr>
        <w:pStyle w:val="ArticleBody"/>
        <w:jc w:val="left"/>
      </w:pPr>
      <w:r>
        <w:rPr>
          <w:rFonts w:ascii="Times New Roman" w:hAnsi="Times New Roman" w:eastAsia="Times New Roman" w:cs="Times New Roman"/>
        </w:rPr>
        <w:t>Chaymanta pachaqa, Jesucristoq Revelacionninqa aswan-aswan kichakusqa. Qallarisqa huk revelacionwan “cheqaq kay” nisqa simimanta; chaymanta qhawasqa karqa, chay simiqa rikuchisqanman hina kasqanta kimsa puriyniyuq huk marco nisqapi, hebreo alfabetoq ñawpaq, chunka kimsayuq, iskay chunka iskayniyuq qillqankunawan sut’ichasqa; chaykuna huñusqa kaspa “cheqaq kay” nisqa simita ruwanku. “Cheqaq kay” nisqa simiq marconpi rikuchisqa kimsa puriyninkunaqa ñawpaq cheqaq kay karqa, musuq churakuypi churakusqa.</w:t>
      </w:r>
    </w:p>
    <w:p>
      <w:pPr>
        <w:pStyle w:val="ArticleBody"/>
        <w:jc w:val="left"/>
      </w:pPr>
      <w:r>
        <w:rPr>
          <w:rFonts w:ascii="Times New Roman" w:hAnsi="Times New Roman" w:eastAsia="Times New Roman" w:cs="Times New Roman"/>
        </w:rPr>
        <w:t>Wata watakunapiña rikuchirqanchik patio, Santo Lugar, Hinantin Santo Lugarmanta kimsa patakunata, Espíritu Santopa kimsa ruwayninwan kuska-paralelo kasqanta: patiopi huchamanta yuyayman churan, Santo Lugarpi chiqap kayta rikuchin, Hinantin Santo Lugarpita juzgan. Kay kimsa patakuna Diospa Simin tukuypi rikurimusqanta reqsichirqanchik; ichaqa 2023 watakama, chay llapan yachaykunaqa “cheqaq kay” nisqapa marco-ninwan hatunman churasqa karqan. Ñawpaq cheqaq kayta hap’ispa, musuq cheqaq kay marco-man churayqa, Cristopa ruwasqanmi, paypa Siminta sapa kuti aswan astawan kichaspa. 2023 watapi tukukuq “ch’in pampa”qa, profético “pacha tukukuypa tiempo-nin”ta rikuchin, maypachachus huk profecía kichasqa kan. Chay profecíaqa Jesucristopa revelaciónninmi, paymi “Cheqaq Kay.”</w:t>
      </w:r>
    </w:p>
    <w:p>
      <w:pPr>
        <w:pStyle w:val="ArticleScripture"/>
        <w:jc w:val="left"/>
      </w:pPr>
      <w:r>
        <w:rPr>
          <w:rFonts w:ascii="Times New Roman" w:hAnsi="Times New Roman" w:eastAsia="Times New Roman" w:cs="Times New Roman"/>
        </w:rPr>
        <w:t>“Qispichiqpaq pacha chaypi, judiokunaqa yachay chiqaqpa ancha chanin quri ruminkunataqa unay yachachiykunapa, willakuy qillqakunaq q’upakunawan hina allinta pakarqanku, chaymi mana atikurqachu chiqaqta llullaqmanta reqsiy. Qispichiq hamurqa chay superstición nisqapa q’upanta, unaymanta munasqa pantaykunatawan pichanapaq, hinaspa Diospa siminpa quri ruminkunata chiqaq kaypa marconpi churarinapaq. Imatataq Qispichiq ruwanmanku, kunan noqanchisman hamuspan, imaynatachus judiokunaman hamurqa hina? Payqa hinallataq llamk’anan karqan unay yachachiykunapa, ceremonia nisqakunapa q’upanta pichaspa. Judiokunaqa anchatapuni chinkachisqa sonqowan tarikurqanku pay chay llamk’ayta ruwaptin. Paykunaqa Diospa ñawpaq chiqaqninta mana rikuytaña atirqankuchu, ichaqa Cristoqa musuqmanta qhawachirqan. Noqanchispa llamk’ayninchismi Diospa ancha chanin chiqaqkunata supersticiónmanta pantaymantawan qispichiy. Imayna hatun llamk’aytaq evangeliopi noqanchisman kamachisqa kachkan!” Review and Herald, June 4, 1889.</w:t>
      </w:r>
    </w:p>
    <w:p>
      <w:pPr>
        <w:pStyle w:val="ArticleBody"/>
        <w:jc w:val="left"/>
      </w:pPr>
      <w:r>
        <w:rPr>
          <w:rFonts w:ascii="Times New Roman" w:hAnsi="Times New Roman" w:eastAsia="Times New Roman" w:cs="Times New Roman"/>
        </w:rPr>
        <w:t>“Llamk’asqanchikmi kan Diospa chanin ancha kuyay yachachiykunata supersticionmanta hinaspa pantaymanta qispichiy,” hinaspa “Diospa Siminpa qori rumi sapa qhapaqkunata cheqaq kaypa marconninpi churay.” 2023 watapi Señorqa cheqaq kaypa marconninta riqsichirqan, “cheqaq kay” nisqa simipi rikuchisqa estructura ukhupi. Chay marconqa rikuchin Diospa “ñawpaq” cheqaq yachachiykunata.</w:t>
      </w:r>
    </w:p>
    <w:p>
      <w:pPr>
        <w:pStyle w:val="ArticleScripture"/>
        <w:jc w:val="left"/>
      </w:pPr>
      <w:r>
        <w:rPr>
          <w:rFonts w:ascii="Times New Roman" w:hAnsi="Times New Roman" w:eastAsia="Times New Roman" w:cs="Times New Roman"/>
        </w:rPr>
        <w:t>“Pantanakuna llut’a q’upakuna pantasqapa allin chanin kaq cheqaq kaymanta qori rumi-hinalla sumaq ancha chanin kaqkunata pampachirqanku; ichaqa Señorpa llamk’aqninkuna kay qori qhapaq qori qori kaq qhapaq rikch’ayninkunata urqunankumanmi, chay hinaqa waranqa waranqakuna kusikuywan manchakuy yupaychaywanpas paykunata qhawarinqaku. Diospa angelkuna moqochasqa llamk’aqpa ladonpin kashaqku, graciawan hanaq pacha k’anchayninwanpas qospa, hinaptin waranqa waranqakuna Davidwan kuska mañakunqaku: ‘Ñawiykuna kichariy, kamachikuyki-manta admiraypaq kaqkunata qhawarinaypaq.’ Cheqaq kaykuna, unay wata watakuna mana rikusqa mana kasukusqa kasqankumanta, Diospa santu siminpa k’anchachisqa p’anqankunamanta nina hina phicharinqa. Iglesiakuna llapa, cheqaq kayta uyarispapas mana chaskispa, qespichispa saruch’aspa, aswan mana allin ruwaykunata ruwankaku; ichaqa “yachaqkuna”, cheqaq sonqoyuqkunaqa entiendenqaku. Libro kicharisqan, Diospa siminkunapas chayanqa chaykunapa sonqonman, paypa munayninta yachanankuta munasqankuman. Hanaq pachamanta angelpa sinchi qapariyninpi, kimsa kaq angelwan huñunakuspa, waranqa waranqakuna rikch’arinqaku chay suñuy mana yuyayniyuq kaymanta, mayqenmi kay pachata unay wata watakuna hap’isharqan; hinaspan cheqaq kaypa sumaq kayninta chanintaq qhawarinqaku.” Review and Herald, December 15, 1885.</w:t>
      </w:r>
    </w:p>
    <w:p>
      <w:pPr>
        <w:pStyle w:val="ArticleBody"/>
        <w:jc w:val="left"/>
      </w:pPr>
      <w:r>
        <w:rPr>
          <w:rFonts w:ascii="Times New Roman" w:hAnsi="Times New Roman" w:eastAsia="Times New Roman" w:cs="Times New Roman"/>
        </w:rPr>
        <w:t>“Señorpa llamk’aqninkuna”, “yuyaysapakunapas” hinaspa “chiqap sonqoyuqkunapas”, “entiendenqanku”, hinaspa “pakasqa qhapaq kaykunata” “riqsichinqaku, chay hina waranqakuna kusikuywan mancharikuywanpas qhawanankupaq.” Llaquypaqmi Laodicea Adventismoqpaq mana paykunachu k’achallakuy llaqta kasqankumanta rikch’arinakuq kinsaq angelpa hatun qapariyninpi, imaraykuchus chayqa domingo leymin, hinaspataq chayqa ancha qhipallañam Adventismopa rikch’arinanpaq. Chunka hukniyuq horaspi llamk’aqkunaqa “k’achallakuy llaqta kasqankumanta” rikch’arinaku “angelpa hatun qapariyninpi, mayqinchus kinsa kaq angelman huñukun” utqaylla hamuq domingo leypi. 2024 watamanta pacha, “Cheqaq-kaykuna, unay pacha mana rikusqa mana uyarisqapas kasqankuna,” k’ancharimushanku “Diospa ch’uya siminpa k’anchasqa p’anqakunamanta.”</w:t>
      </w:r>
    </w:p>
    <w:p>
      <w:pPr>
        <w:pStyle w:val="ArticleBody"/>
        <w:jc w:val="left"/>
      </w:pPr>
      <w:r>
        <w:rPr>
          <w:rFonts w:ascii="Times New Roman" w:hAnsi="Times New Roman" w:eastAsia="Times New Roman" w:cs="Times New Roman"/>
        </w:rPr>
        <w:t>Isaías 22:22pi Eliakimman huk llaveta chaskin, hinallataq Mateo 16pi Pedroman hanaq pacha qhapaq suyupa llavenkunata chaskin.</w:t>
      </w:r>
    </w:p>
    <w:p>
      <w:pPr>
        <w:pStyle w:val="ArticleScripture"/>
        <w:jc w:val="left"/>
      </w:pPr>
      <w:r>
        <w:rPr>
          <w:rFonts w:ascii="Times New Roman" w:hAnsi="Times New Roman" w:eastAsia="Times New Roman" w:cs="Times New Roman"/>
        </w:rPr>
        <w:t>Davidpa wasinpa llavinta umallanta paypa rikranman churasaq; chaymi kicharinqa, mana pipas wichq’anqachu; wichq’arinqataqmi, mana pipas kichanqachu. Isaías 22:22.</w:t>
      </w:r>
    </w:p>
    <w:p>
      <w:pPr>
        <w:pStyle w:val="ArticleBody"/>
        <w:jc w:val="left"/>
      </w:pPr>
      <w:r>
        <w:rPr>
          <w:rFonts w:ascii="Times New Roman" w:hAnsi="Times New Roman" w:eastAsia="Times New Roman" w:cs="Times New Roman"/>
        </w:rPr>
        <w:t>“llave” nisqaqa Filadelfiamanmi qusqa, chayqa Sagradas Escrituraspi hukllaña huk cheqapi kichaypa hinaspa wichq’aypa llave nisqamanta rimarisqanrayku.</w:t>
      </w:r>
    </w:p>
    <w:p>
      <w:pPr>
        <w:pStyle w:val="ArticleScripture"/>
        <w:jc w:val="left"/>
      </w:pPr>
      <w:r>
        <w:rPr>
          <w:rFonts w:ascii="Times New Roman" w:hAnsi="Times New Roman" w:eastAsia="Times New Roman" w:cs="Times New Roman"/>
        </w:rPr>
        <w:t>Filadelfiapi iglesiapa angelninman qillqay: Kaykunatan nin chay Santo kaq, Cheqaq kaq, Davidpa llavinta hap’iq kaq, kicharin, mana pipas wichq’ananpaq; wichq’an, mana pipas kicharinanpaq: Ruwayniykikunatan reqsini: qhawariy, ñawpaqniykipi kichasqa punkutan churani, mana pipas wichq’ayta atinchu: aswan pisilla kallpayuq kanki, simiytapas waqaycharqanki, sutiytapas mana ñegarqankichu. Apocalipsis 3:7, 8.</w:t>
      </w:r>
    </w:p>
    <w:p>
      <w:pPr>
        <w:pStyle w:val="ArticleBody"/>
        <w:jc w:val="left"/>
      </w:pPr>
      <w:r>
        <w:rPr>
          <w:rFonts w:ascii="Times New Roman" w:hAnsi="Times New Roman" w:eastAsia="Times New Roman" w:cs="Times New Roman"/>
        </w:rPr>
        <w:t>Qhipa tinkuypi qillqaq judíokunawan, Cristoqa huk tapuyta hatarichirqan, chay tapuytaqa judíokuna mana kutichiyta atirqankuchu.</w:t>
      </w:r>
    </w:p>
    <w:p>
      <w:pPr>
        <w:pStyle w:val="ArticleScripture"/>
        <w:jc w:val="left"/>
      </w:pPr>
      <w:r>
        <w:rPr>
          <w:rFonts w:ascii="Times New Roman" w:hAnsi="Times New Roman" w:eastAsia="Times New Roman" w:cs="Times New Roman"/>
        </w:rPr>
        <w:t>Fariseokuna huñusqa kashaqtinku, Jesusqa paykunata tapurqan, nispa: ¿Imatatak Cristo-manta yuyankichik? ¿Pipa churinmi payqa? Paykunañataq nirqanku: Davidpa Churinmi. Paytaq paykunaman nirqan: ¿Imanataq chayqa Davidqa Espíritu piñi payta Señor nispalla sutichan, nispa: “Señorqa Señorniyman nirqan: Paña ladoypi tiyay, awqaykikunata chakikipa uranman churaykama”? Chayhinaqa, David payta Señor nispa sutichaptinqa, ¿imaynataq paypa churin kanman?</w:t>
      </w:r>
    </w:p>
    <w:p>
      <w:pPr>
        <w:pStyle w:val="ArticleScripture"/>
        <w:jc w:val="left"/>
      </w:pPr>
      <w:r>
        <w:rPr>
          <w:rFonts w:ascii="Times New Roman" w:hAnsi="Times New Roman" w:eastAsia="Times New Roman" w:cs="Times New Roman"/>
        </w:rPr>
        <w:t>Manam pipis payta huk simillata atiparqachu, chay p’unchawmanta ñawpaqmanpas manam pipis aswan tapuykunata payta tapuyta atirqachu. Mateo 22:41–46.</w:t>
      </w:r>
    </w:p>
    <w:p>
      <w:pPr>
        <w:pStyle w:val="ArticleBody"/>
        <w:jc w:val="left"/>
      </w:pPr>
      <w:r>
        <w:rPr>
          <w:rFonts w:ascii="Times New Roman" w:hAnsi="Times New Roman" w:eastAsia="Times New Roman" w:cs="Times New Roman"/>
        </w:rPr>
        <w:t>Judíokunaqa mana atiparqankuchu Davidwan Cristowan proféticamente tinkisqanraykuta entiendenaykuta, imaraykuchus paykunaqa faltasqaykutaqa profético llavekunata, Bibliaq siminpi “línea patanpi línea” nisqanta entiendenankupaq. Cristoqa Judíokunawan rimasqanta tukuchirqan, paykunaq ñawsa kayninkuqa sayarqan cheqaq simita allinta rakiyta mana atisqankupi nispa reqsichispa. Payqa nisqanman hina, Moisesta entiendespaqa Cristotapas entiendenkimanmi; ichaqa paykunaqa mana entienderqankuchu chay Qellqakunata, mayqentachus nirqanku sayachispa amachasqankuta.</w:t>
      </w:r>
    </w:p>
    <w:p>
      <w:pPr>
        <w:pStyle w:val="ArticleBody"/>
        <w:jc w:val="left"/>
      </w:pPr>
      <w:r>
        <w:rPr>
          <w:rFonts w:ascii="Times New Roman" w:hAnsi="Times New Roman" w:eastAsia="Times New Roman" w:cs="Times New Roman"/>
        </w:rPr>
        <w:t>“Davidpa wasinpa” “llavisninqa” qusqa karqan Milleritakunaman, paykunaqa Filadelfia iglesiata karqanku. “Llavisninqa” huk musuqchasqa kuyuy karqan, kichasqa punkukunawan wisqasqa punkukunawan rikuchisqa. 1798 watamanta 1863 watakama, Milleritakunaq kuyusqanqa Filadelfiapa experienciamantan Laodiceapa experienciankama rirqan, chay hinallataq huk kuyuy kasqanmanta huk iglesia kasqankama rirqan. Huk punku kichakurqan, huk punkutaq wisq’akurqan 1844 wata Abril killapa 19 p’unchawninpi, imaynan huk punku kichakurqan, huk punkutaq wisq’akurqan 1844 wata Octubre killapa 22 p’unchawninpi, chay hinallataq huk punku kichakurqan, huk punkutaq wisq’akurqan 1863 watapi.</w:t>
      </w:r>
    </w:p>
    <w:p>
      <w:pPr>
        <w:pStyle w:val="ArticleBody"/>
        <w:jc w:val="left"/>
      </w:pPr>
      <w:r>
        <w:rPr>
          <w:rFonts w:ascii="Times New Roman" w:hAnsi="Times New Roman" w:eastAsia="Times New Roman" w:cs="Times New Roman"/>
        </w:rPr>
        <w:t>Eliakimqa huk llaveta karqan, ichaqa Pedroman “llavetakuna” qusqan karqa. Sapa llavetaqa 1844 watapi wisq’asqa punkum karqa.</w:t>
      </w:r>
    </w:p>
    <w:p>
      <w:pPr>
        <w:pStyle w:val="ArticleScripture"/>
        <w:jc w:val="left"/>
      </w:pPr>
      <w:r>
        <w:rPr>
          <w:rFonts w:ascii="Times New Roman" w:hAnsi="Times New Roman" w:eastAsia="Times New Roman" w:cs="Times New Roman"/>
        </w:rPr>
        <w:t>“1844 watapi llaquikuy-manasqankupa pakasqa ima kasqanta kicharirqan santuario nisqamanta yachachiyqa llavi hina. Chaymi rikuchirqan hunt’asqa cheqaq-kaypa huk sistemata, hukninwan huknin t’inkisqa, sumaq tinkisqa, Diospa makinqa hatun advento kuyuriyninta pusasqanta qhawachispa, kunan p’unchawpi rurananchikta sut’inchaspa, paypa llaqtanpa maypi kasqanta hinaspa imata ruwasqanta achkiyman orqomuspa.” The Great Controversy, 423.</w:t>
      </w:r>
    </w:p>
    <w:p>
      <w:pPr>
        <w:pStyle w:val="ArticleBody"/>
        <w:jc w:val="left"/>
      </w:pPr>
      <w:r>
        <w:rPr>
          <w:rFonts w:ascii="Times New Roman" w:hAnsi="Times New Roman" w:eastAsia="Times New Roman" w:cs="Times New Roman"/>
        </w:rPr>
        <w:t>Santuario nisqamanta yachayqa 1844 watapi wisqasqa punkuta kicharichiq llave karqan, ichaqa Pedro-manpas qhapaq suyupa llavenkuna qoykusqa karqan.</w:t>
      </w:r>
    </w:p>
    <w:p>
      <w:pPr>
        <w:pStyle w:val="ArticleScripture"/>
        <w:jc w:val="left"/>
      </w:pPr>
      <w:r>
        <w:rPr>
          <w:rFonts w:ascii="Times New Roman" w:hAnsi="Times New Roman" w:eastAsia="Times New Roman" w:cs="Times New Roman"/>
        </w:rPr>
        <w:t>Hinaspan Jesusqa nirqan: Kusisqa kanki, Simón Barjona; mana aycha nitaq yawarpas kayta qantaqa rikuchisurqanchu, aswanpas hanaq pachapi kaq Yayaymi. Noqapas qanta nini: qamqa Pedro kanki, kay rumi patanpitaq iglesiayta sayarichisaq; infiernopa punkunkunapas manam atipanquchu chayta atipayninwan llalliyta. Qamtataq hanaq pacha qhapaq suyupa llavikunata qosqayki; imam qampas kay pachapi watankiqa, hanaq pachapipas watasqa kanqa; imam qampas kay pachapi paskankiqa, hanaq pachapipas paskasqa kanqa. Mateo 16:17–19.</w:t>
      </w:r>
    </w:p>
    <w:p>
      <w:pPr>
        <w:pStyle w:val="ArticleBody"/>
        <w:jc w:val="left"/>
      </w:pPr>
      <w:r>
        <w:rPr>
          <w:rFonts w:ascii="Times New Roman" w:hAnsi="Times New Roman" w:eastAsia="Times New Roman" w:cs="Times New Roman"/>
        </w:rPr>
        <w:t>Sapa siq’ipi sapa siq’i hina, Filadelfia, qhipa rimanakuy novia, Pedro nisqawan rikuchisqa, Davidpa wasinpa llaventa chaskin, hina llataq hanaq pacha qhapaq suyupa llavenkunatapas. Davidpa wasinpa llaveqa qhipa yachachiymi karqa Jesuspa fariseokunawan rimanakusqanpi.</w:t>
      </w:r>
    </w:p>
    <w:p>
      <w:pPr>
        <w:pStyle w:val="ArticleScripture"/>
        <w:jc w:val="left"/>
      </w:pPr>
      <w:r>
        <w:rPr>
          <w:rFonts w:ascii="Times New Roman" w:hAnsi="Times New Roman" w:eastAsia="Times New Roman" w:cs="Times New Roman"/>
        </w:rPr>
        <w:t>Fariseokuna huñusqa kashaqtinku, Jesusqa paykunata tapurqan, nispa: “¿Imatata yuyankichik Cristomanta? ¿Pipa churinmi payqa?” Paykunañataq nirqanku: “Davidpa Churinmi.” Payñataq paykunata nirqan: “Chhaynaqa, ¿imaynataq Davidqa Espiritupi payta ‘Señor’ nispa sutichan, nispa: ‘Señorqa Señorniyman nirqan: Pañay laduypi tiyay, awqaykikunata chakikipa uranman churaniykama’? Chhaynaqa, David sichus payta ‘Señor’ nin, ¿imaynataq payqa churin kanman?”</w:t>
      </w:r>
    </w:p>
    <w:p>
      <w:pPr>
        <w:pStyle w:val="ArticleScripture"/>
        <w:jc w:val="left"/>
      </w:pPr>
      <w:r>
        <w:rPr>
          <w:rFonts w:ascii="Times New Roman" w:hAnsi="Times New Roman" w:eastAsia="Times New Roman" w:cs="Times New Roman"/>
        </w:rPr>
        <w:t>Hinallataq mana huk simillawampis kutichiyta atirqachu, nitaqmi chay p’unchawmanta ñawpaqmanqa pipas manchakuspa aswan tapuykunata ruwarquchu. Mateo 22:41–46.</w:t>
      </w:r>
    </w:p>
    <w:p>
      <w:pPr>
        <w:pStyle w:val="ArticleBody"/>
        <w:jc w:val="left"/>
      </w:pPr>
      <w:r>
        <w:rPr>
          <w:rFonts w:ascii="Times New Roman" w:hAnsi="Times New Roman" w:eastAsia="Times New Roman" w:cs="Times New Roman"/>
        </w:rPr>
        <w:t>Davidpa, hinallataq Señorninwan kuska kaqmanta rimayqa, Pedroqa chaymanta pacha qallarin Pentecostés p’unchawpi, alto cuartopi, kinsa horapi. Fariseokunawan Cristowan tinkuynin punkuta wichq’arqanku chay rimayqa, Pedroq hatun llaveynin karqan Pentecostés p’unchawpi alto cuarto punkuta kicharinanpaq.</w:t>
      </w:r>
    </w:p>
    <w:p>
      <w:pPr>
        <w:pStyle w:val="ArticleScripture"/>
        <w:jc w:val="left"/>
      </w:pPr>
      <w:r>
        <w:rPr>
          <w:rFonts w:ascii="Times New Roman" w:hAnsi="Times New Roman" w:eastAsia="Times New Roman" w:cs="Times New Roman"/>
        </w:rPr>
        <w:t>Davidqa manam hanaq pachakunaman wichqarqanichu; ichaqa pay kikinmi nin: “Señor Diosmi niwarqa Señorniyman: Paña ladoypi tiyay, ñoqaqa contraykikunata chakiykipa sarunanman tukuchinaykama.” Chayrayku tukuy Israelpa ayllun cheqaqtapuni yachachun: Diosmi chay kikin Jesusta, qankuna chakatarqankichis chayta, Señor hinataq Cristota ruwarqa.</w:t>
      </w:r>
    </w:p>
    <w:p>
      <w:pPr>
        <w:pStyle w:val="ArticleScripture"/>
        <w:jc w:val="left"/>
      </w:pPr>
      <w:r>
        <w:rPr>
          <w:rFonts w:ascii="Times New Roman" w:hAnsi="Times New Roman" w:eastAsia="Times New Roman" w:cs="Times New Roman"/>
        </w:rPr>
        <w:t>Kunanmi kayta uyarispa, sonqonkupi sinchita nanachisqa karqaku; hinaspan Pedro-man, hinallataq wakin apostolkunaman nirqaku: Qharikuna, wawqeykuna, ¿imataq ruwanayku?</w:t>
      </w:r>
    </w:p>
    <w:p>
      <w:pPr>
        <w:pStyle w:val="ArticleScripture"/>
        <w:jc w:val="left"/>
      </w:pPr>
      <w:r>
        <w:rPr>
          <w:rFonts w:ascii="Times New Roman" w:hAnsi="Times New Roman" w:eastAsia="Times New Roman" w:cs="Times New Roman"/>
        </w:rPr>
        <w:t>Chaymi Pedro paykunata nirqan: Arrepentikuychis, sapankamachis bautizakuychis Jesucristoq sutimpi huchakuna pampachakunanpaq, hinaptin Santo Espírituq qowasqan regalonta chaskinkichis. Imaraykuchus prometesqaqqa qankunapaqmi, wawaykikunapaqmi, llapa karupi kaqkunapaqmi, tukuy mayqenkunatapas Señor Diosninchis qayasqankaman hinam. Achka huk simikunawanpas willakurqan, kallpachakurqanpas, nispa: Kay millay mana allin miraymanta qespichikuychis. Chay hinaqa, paypa siminta kusikuywan chaskiqkunaqa bautizakurkanku; chay p'unchayllataq paykunaman yapasqa karqanku kimsa waranqa alma hina. Hechos 2:34–41.</w:t>
      </w:r>
    </w:p>
    <w:p>
      <w:pPr>
        <w:pStyle w:val="ArticleBody"/>
        <w:jc w:val="left"/>
      </w:pPr>
      <w:r>
        <w:rPr>
          <w:rFonts w:ascii="Times New Roman" w:hAnsi="Times New Roman" w:eastAsia="Times New Roman" w:cs="Times New Roman"/>
        </w:rPr>
        <w:t>Pedroqa karqa llavekunata watanaypaq utaq paskanaypaq, hinaspataq chayta ruraspaqa, hanaq pachapas Pedroq rurasqanwan acuerdopi kasharqa. Pedroqa Dios kaytawan runa kaytawan kuska llamk’asqankuta rikuchin, Diospa Siminpi kaq cheqaqkunata kicharinankupaq. Chay cheqaqkuna kicharisqa kaptinqa, yachay hina rikuchisqa kanku.</w:t>
      </w:r>
    </w:p>
    <w:p>
      <w:pPr>
        <w:pStyle w:val="ArticleScripture"/>
        <w:jc w:val="left"/>
      </w:pPr>
      <w:r>
        <w:rPr>
          <w:rFonts w:ascii="Times New Roman" w:hAnsi="Times New Roman" w:eastAsia="Times New Roman" w:cs="Times New Roman"/>
        </w:rPr>
        <w:t>“Yachaypa llavinta Cristopa p’unchayninpi qichusqa karqan chaykunawanmi, pikunachus chayta hap’iyta kasqa karqanku, Antiguo Testamentoq Qellqasqanpi yachaypa quri wasinta kicharinankupaq. Rabíkunapas yachachiqkunapas hanaq pacha qhapaq suyu punkunta waqchakunamanta, ñak’arisqakunamantapas casi wichqarqanku, chay hinallataq paykunata chinkayman saqirqanku. Paypa rimayninkunapiqa Cristoqa manam achka imakunata huk kutillapi paykunapa ñawpaqenman apamurqanchu, ama yuyayninkuta pantachinanpaq. Sapa puntoqa sut’i, t’aqaqa rikuchirqan. Manam p’enqakurqanchu ñawpaq, reqsisqa cheqaqkunata profecíakunapi yapamanta rimayta, sichus chaykuna paypa munayninman yanapanman karqan yuyaykunata sonqonkupi allinta sayachinanpaq.”</w:t>
      </w:r>
    </w:p>
    <w:p>
      <w:pPr>
        <w:pStyle w:val="ArticleScripture"/>
        <w:jc w:val="left"/>
      </w:pPr>
      <w:r>
        <w:rPr>
          <w:rFonts w:ascii="Times New Roman" w:hAnsi="Times New Roman" w:eastAsia="Times New Roman" w:cs="Times New Roman"/>
        </w:rPr>
        <w:t>“Cristoqa karqa llapa ñawpaq cheqaq kaypa ancha chanin rumi-kunapa qallariynin. Awqaqpa rurayninrayku, kay cheqaq kaykunaqa maymanta kuyuchisqa karqanku. Chiqaq mayninmanta t’aqasqa karqanku, hinaspa pantaypa marconninman churakusqa. Cristoq rurayninqa karqa kay ancha chanin rumi-kunata wakmanta allinchaspa, cheqaq kaypa marconninpi sayachiy hinaspa takyachiy. Chay cheqaq kaypa kamachikuyninkuna, pay kikinpa qosqan, pachantinta saminchananpaq, Satanaspa rurasqanrayku pampachisqa karqanku, hinaspa rikurirqan chinkasqa hina. Cristoqa paykunata qispichirqan pantaypa q’upa-manta, mosoq, kawsayniyoq kallpata qorqan, hinaspa kamachirqan ancha chanin jawa rumi-kuna hina lliphiyta, wiñaypaq sinchita sayayta.”</w:t>
      </w:r>
    </w:p>
    <w:p>
      <w:pPr>
        <w:pStyle w:val="ArticleScripture"/>
        <w:jc w:val="left"/>
      </w:pPr>
      <w:r>
        <w:rPr>
          <w:rFonts w:ascii="Times New Roman" w:hAnsi="Times New Roman" w:eastAsia="Times New Roman" w:cs="Times New Roman"/>
        </w:rPr>
        <w:t>“Cristo Kikinmi kaykunata ñawpaq kaq cheqaq yachachikuykunamanta mayqintapas manam aslla huch’uylla mañakuspalla apaykachanmanchu, paymi llapanta qallariq karqan. Paymi sapanka wiñay paqarimuq miraykunapa yuyayninkuman, hamut’ayninkumanpas churarqan; hinaspa kay pachaman hamuspanqa, wañusqa hina tukusqa cheqaq yachachikuykunata wakmanta ñit’ichispa, kawsayta quspa, qhipa miraykunapa allinninpaq aswan kallpayoqta rurarqan. Jesucristoqa paylla karqan chay cheqaq yachachikuykunata q’upa q’upamanta qispichiy atiyniyuq, hinaspa wakmanta kay pachaman quspa, ñawpaq musuq kaynintawan kallpantawanpas aswanraqta qospa.” Manuscript Releases, volumen 13, 240, 241.</w:t>
      </w:r>
    </w:p>
    <w:p>
      <w:pPr>
        <w:pStyle w:val="ArticleBody"/>
        <w:jc w:val="left"/>
      </w:pPr>
      <w:r>
        <w:rPr>
          <w:rFonts w:ascii="Times New Roman" w:hAnsi="Times New Roman" w:eastAsia="Times New Roman" w:cs="Times New Roman"/>
        </w:rPr>
        <w:t>Pitirpa llavinkunaqa watanaypaq hinallataq paskanaypaq karqan, chaymanta Pitirqa qhipa cristiano novia-ta rikuchin, paykunataq pachak tawa chunka tawa waranqa kanku. Pachak tawa chunka tawa waranqapa testigonkupi rikuchisqa Pitirpa watana willakuyninqa sellado nisqam. Pachak tawa chunka tawa waranqapa testigonkupi rikuchisqa Pitirpa paskana willakuyninqa kimsakaq ay usaymanta Islam nisqam.</w:t>
      </w:r>
    </w:p>
    <w:p>
      <w:pPr>
        <w:pStyle w:val="ArticleScripture"/>
        <w:jc w:val="left"/>
      </w:pPr>
      <w:r>
        <w:rPr>
          <w:rFonts w:ascii="Times New Roman" w:hAnsi="Times New Roman" w:eastAsia="Times New Roman" w:cs="Times New Roman"/>
        </w:rPr>
        <w:t>“Chaymantam kimsa kaq angelta rikurqani. Ñuqawan puriq angelnillaymi nirqan: ‘Manchaymi paypa rurasqanqa. Hatun manchaymi paypa kamachikuyninqa. Paymi chay angel, trigo-ta cizañamanta akllananpaq, hinaspa sello churayta, utaq watayta, trigo-man hanaq pacha pirwaqpaq. Kaykunan hunt’ananku llapan yuyayta, llapan atenciontapas.’” Early Writings, 119.</w:t>
      </w:r>
    </w:p>
    <w:p>
      <w:pPr>
        <w:pStyle w:val="ArticleBody"/>
        <w:jc w:val="left"/>
      </w:pPr>
      <w:r>
        <w:rPr>
          <w:rFonts w:ascii="Times New Roman" w:hAnsi="Times New Roman" w:eastAsia="Times New Roman" w:cs="Times New Roman"/>
        </w:rPr>
        <w:t>Pentecostés p’unchaypa ñawpaq ruru trigota haywarisqanmi chay watasqa trigokunata rikuchin, mayqinchus oqarisqa haywarikuq hina pachapi oqarisqa unanchata pachak tawa chunka tawa waranqa runakunapaq rikuchinman. Diospa llaqtanpa sellosqanqa Pedroq uku willakuyninmi, mayqinchus kimsakaq ay paqarisqan Islampa historianta ukhupi pasakuchkan, 9/11-manta ñawpaqman hinallataq sapa kuti astawan paskarispa.</w:t>
      </w:r>
    </w:p>
    <w:p>
      <w:pPr>
        <w:pStyle w:val="ArticleScripture"/>
        <w:jc w:val="left"/>
      </w:pPr>
      <w:r>
        <w:rPr>
          <w:rFonts w:ascii="Times New Roman" w:hAnsi="Times New Roman" w:eastAsia="Times New Roman" w:cs="Times New Roman"/>
        </w:rPr>
        <w:t>Kaykunakuna qhipamanqa rikurqani tawa angelkunata kay pachapa tawa k'uchunkunapi sayasqankuta, kay pachapa tawa wayrakunata hapisqankuta, ama wayra phukunanpaq kay pachapi, ni lamar qochapi, ni mayqin sach'apipas. Hinallataq rikurqani huk angelta inti lloqsimuy cheqmanta wichariqta, kawsak Diospa sellonta apaqta; paymi sinchi kunkawan qayakurqan chay tawa angelkunaman, pikunamanpas qosqa karqan kay pachatawan lamar qochatapas ñak'arinankupaq, nispa: Ama ñak'arichiychischu kay pachata, nitaq lamar qochata, nitaq sach'akunata, ñawpaqtaq Diosniykupa kamachinkunata urkunkupi sellosqaykikama. Apocalipsis 7:1–3.</w:t>
      </w:r>
    </w:p>
    <w:p>
      <w:pPr>
        <w:pStyle w:val="ArticleBody"/>
        <w:jc w:val="left"/>
      </w:pPr>
      <w:r>
        <w:rPr>
          <w:rFonts w:ascii="Times New Roman" w:hAnsi="Times New Roman" w:eastAsia="Times New Roman" w:cs="Times New Roman"/>
        </w:rPr>
        <w:t>Chay tawa wayrakunaqa, Diospa llaqtanta watasqa kasqan tiempopi hark’asqa karqan, 9/11 p’unchaypi kacharisqa karqanku, chaymantaq George Bush uchuy kaq runa paykuna­ta yapamanta hark’arqan. Pedroq hawaq willakuyninqa Islammi, hinaspataq paskasqa kaywan hark’asqa kaywanqa, Islam chay hawaq willakuy kaptinqa, sellasqa kay pacha tukuy tiemponta purin. Pedroq runa kayninqa Dios kaywan tinkisqa kashan, payman qusqa llavekunarayku hanaq pachawan kay pachawan rimanakuyta rikuchinku.</w:t>
      </w:r>
    </w:p>
    <w:p>
      <w:pPr>
        <w:pStyle w:val="ArticleBody"/>
        <w:jc w:val="left"/>
      </w:pPr>
      <w:r>
        <w:rPr>
          <w:rFonts w:ascii="Times New Roman" w:hAnsi="Times New Roman" w:eastAsia="Times New Roman" w:cs="Times New Roman"/>
        </w:rPr>
        <w:t>Kay qatiq yachayta qatiq qillqapi qatiqrisun.</w:t>
      </w:r>
    </w:p>
    <w:p>
      <w:pPr>
        <w:pStyle w:val="ArticleScripture"/>
        <w:jc w:val="left"/>
      </w:pPr>
      <w:r>
        <w:rPr>
          <w:rFonts w:ascii="Times New Roman" w:hAnsi="Times New Roman" w:eastAsia="Times New Roman" w:cs="Times New Roman"/>
        </w:rPr>
        <w:t>Saqra supaypa tutayayninmi muyurqon Diosman mañakuyta qillqakamuqkunata. Awqaqa upallata rimarispa munachin huchaman urmanankupaq; chayqa llapallanmi kaptin, Diospa qorqan privilegioykunata mana allinta llamk’achisqankurayku, divinamente churakusqa mañakuypi. Imanaqtintaq Diospa churinkuna, ususinkunapas, mañakuyta manchakunman? Mañakuyqa feq makinpi llave hina, hanaq pacha waqaychana qollqepa punkunta kicharinanpaqmi, maypichus tukuy atiyniyoqpa mana tukukuq qhapaq kayninkuna waqaychasqa kashan. Mana sayk’uspa mañakuspa, allinta qhawarispa mana purispaqa, qillqayman churakuspa, cheq ñanmanta karunchakuspa pantayman urmananchikpaqmi peligropi kashanchik. Awqanchikqa sapa kuti maskhan khuyapayakuy tiyanaman richkanata hark’ayta, chaynaqa mana sonqonchikmanta mañakuspa, fe-wan kuska, gracia-ta atiytawan mana chaskinanchikpaq, tentacionta hark’ananchikpaq.</w:t>
      </w:r>
    </w:p>
    <w:p>
      <w:pPr>
        <w:pStyle w:val="ArticleScripture"/>
        <w:jc w:val="left"/>
      </w:pPr>
      <w:r>
        <w:rPr>
          <w:rFonts w:ascii="Times New Roman" w:hAnsi="Times New Roman" w:eastAsia="Times New Roman" w:cs="Times New Roman"/>
        </w:rPr>
        <w:t>“Wakin hina kaqninchiskuna kan, chaykunaman hina suyananchikpaq Diosqa mañakusqanchikkunata uyarispa kutichinanta. Kaykunamanta huk ñawpaq kaqmi kay: paymanta yanapayninta necesitachkasqanchikta sientinanchik. Payqa nisqanman hina prometerqan: ‘Yaku taq churasaq yakunayuqman, mayukuna taq ch’aki allpaman.’ Isaías 44:3. Chaykunamanta, pichkunaqmi chiqap kaymanta yarqaychakunku, yakunayachkanku, Diosmanta ancha munakunku, paykunaqa allinta yachanankum kan huntasqa kanankuta. Sonqonqa Espíritu Santoq kallpachayninman kichasqa kanan tiyan; mana chayqa, Diospa saminchayninqa mana chaskisqa kayta atinchu.”</w:t>
      </w:r>
    </w:p>
    <w:p>
      <w:pPr>
        <w:pStyle w:val="ArticleScripture"/>
        <w:jc w:val="left"/>
      </w:pPr>
      <w:r>
        <w:rPr>
          <w:rFonts w:ascii="Times New Roman" w:hAnsi="Times New Roman" w:eastAsia="Times New Roman" w:cs="Times New Roman"/>
        </w:rPr>
        <w:t>Ñoqanchikpa hatun necesitayninchikqa kikinmi huk argumentokuna hina, ñoqanchikraykutaq ancha sumaq simipi mañakun. Ichaqa kaykunata ñoqanchikpaq ruwanampaqa Señorqa mask’asqa kananmi. Paymi nin: “Mañakuychik, hinaspa qosqasqa kankichik.” Hinaspa: “Kikin Churinmanta mana qhispichispa, aswanpas llapanchikrayku entregaspa, ¿imaynataq mana Paywan kuska llapa imakunatapas munayllamanta ñoqanchikman qonqachu?” Mateo 7:7; Romanos 8:32.</w:t>
      </w:r>
    </w:p>
    <w:p>
      <w:pPr>
        <w:pStyle w:val="ArticleScripture"/>
        <w:jc w:val="left"/>
      </w:pPr>
      <w:r>
        <w:rPr>
          <w:rFonts w:ascii="Times New Roman" w:hAnsi="Times New Roman" w:eastAsia="Times New Roman" w:cs="Times New Roman"/>
        </w:rPr>
        <w:t>“Sichus sonqonchikpi mana allin ruwasqata waqaychaspa qhawarikuptinchik, ichaqa mayqin reqsisqa huchaman hap’ipakuspanchikqa, Señorqa manan uyarinqachu; ichaqa arrepentisqa, llakikuywan p’akisqa almaq mañakuyninqa wiñaypaq chaskisqan kachkan. Llapa reqsisqa pantasqakuna allinyachisqa kaptinqa, creeyta atisunman Diosqa mañakusqanchikkunata kutichinanta. Kikinchikpa mérito nisqanchikqa manan hayk’aqpas Diospa munakuyninman chayananchikpaq yallinchu; Jesuspa allin kayninmi salvanqa, paypa yawarninmi pichanqa; chaywanpas noqanchikqa ruwananchikta ruwananchikmi tiyan, chaskisqa kaypa condicionninkunaman kasukuspa.”</w:t>
      </w:r>
    </w:p>
    <w:p>
      <w:pPr>
        <w:pStyle w:val="ArticleScripture"/>
        <w:jc w:val="left"/>
      </w:pPr>
      <w:r>
        <w:rPr>
          <w:rFonts w:ascii="Times New Roman" w:hAnsi="Times New Roman" w:eastAsia="Times New Roman" w:cs="Times New Roman"/>
        </w:rPr>
        <w:t>Atipaqmi allinta mañakuypa huknin ima kaqninmi iñiy. “Pipas Diosman hamuqqa creenanmi kanan pay kasqanta, hinaspa sinchi mast’aywan maskaqkunaman kutichiq kasqantapas.” Hebreos 11:6. Jesúsqa discípulonkuman nirqan: “Imakunatapas munankichik, mañakuspaykichikqa creeychikña chaskisqaykichikta, hinaspa hap’inkichikmi,” nispa. Marcos 11:24. ¿Paypa siminta cheqaqtapunichu jap’ikunchik? Cristo-man Ñan, 94–96.</w:t>
      </w:r>
    </w:p>
    <w:p>
      <w:pPr>
        <w:pStyle w:val="ArticleScripture"/>
        <w:jc w:val="left"/>
      </w:pPr>
      <w:r>
        <w:rPr>
          <w:rFonts w:ascii="Times New Roman" w:hAnsi="Times New Roman" w:eastAsia="Times New Roman" w:cs="Times New Roman"/>
        </w:rPr>
        <w:t>“Kayqa yachachiymi kashan Diospa sirviqnin kasqankuta rimakuq wayna runakunapaq, paypa willakuyninta apaqkunapaq, kikinkupaq tantiykusqankupi hatunchasqa kaqkunapaq. Paykunaqa mana imatapas muskhanaq kaqta tarinkumanchu kawsayninkupi, Elías hinaqa; ichaqa paykunaqa yuyanku mana uchuychasqa llamk’aykunata ruranankupaq hina, paykunapaq pisi chaninnaq rikuriptin. Mana uraykuyta munankuchu ministron kayninku hatun kaymanta, munasqa yanapakuyta ruranankupaq, manchakuspa sirvienteq llamk’ayninta rurasqankurayku. Tukuy chay hina kaqkunaqa Elíaspa ejemplonmanta yachakuychik. Paypa siminmi hanaq pachapa quri qaparinankunata wichqarqan, ch’akiytawan parachatawan kay pachamanta kimsa wata. Paypa simillanmi karqan hanaq pachata kicharinapaq llave, para phuyukunata apamunanpaq. Diospaqmi yupaychasqa karqan reyq ñawpaqninpi, Israelpa waranqankunaq ñawpaqninpi ima, mana sasachayniyuq mañakusqanta haywariptin; chayta kutichispa nina hanaq pachamanta llipyarqamurqan hinaspa sacrificiopa altarpi ninata hap’ichirqan. Paypa makinqa Diospa juicioyninta rurqarqan Baalpa pusaq pachak phisqa chunka sacerdotekunata wañuchispa; chaywanpas, p’itirisqa llamk’aymanta, p’unchaypa aswan reqsisqa atipayninmanta qhepaman, phuyu, para, nina hanaq pachamanta uraykuchiy atiyuq kaq runaqa munarqan uchuychasqa yanapakuyta rurayta hinaspa Ahabpa carronpa ñawpaqninpi tuta tutapi, wayrapi, parapipas phawayta, sirvinanpaq kamachiqta, paypa huchankunarayku, mana allin rurayninkunarayku ñawpaqninpi qapariyta mana manchakusqan kaqta. Reyqa punkukunaman yaykurqan. Elíasqa mantonwan p’istakurqan hinaspa q’ala allpapi sirikurqan.” Testimonios, tomo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Qillqapawanmi Laodiceapi Qanchis Punchaw Adventista Iglesiapiwan - Kimsa Chunka Tawañiqin</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